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22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2004, № 45, ст. 4377; 2005, № 30, ст. 3117; 2008, № 10, ст. 895; 2014, № 6, ст. 563) дополнить частями тринадцатой - пятнадцатой следующего содержания: "Банк России в установленном им порядке осуществляет действия по аккредитации иностранных граждан, которые будут осуществлять трудовую деятельность в представительстве иностранной кредитной организации (далее - персональная аккредитация). Формы документов, подтверждающих аккредитацию Банком России представительства иностранной кредитной организации и персональную аккредитацию иностранного гражданина, порядок осуществления Банком России контроля за деятельностью представительства иностранной кредитной организации устанавливаются Банком России. Банк России в установленном им порядке вправе оказывать содействие при оформлении документов для въезда на территорию Российской Федерации и пребывания на территории Российской Федерации иностранных граждан, являющихся работниками представительств иностранных кредитных организаций, членов их семей.".</w:t>
      </w:r>
    </w:p>
    <w:p>
      <w:r>
        <w:rPr>
          <w:b/>
        </w:rPr>
        <w:t>Статья 2</w:t>
      </w:r>
    </w:p>
    <w:p>
      <w:r>
        <w:t>Внести в Закон Российской Федерации от 7 июля 1993 года № 5340-I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 33, ст. 1309; 1995, № 21, ст. 1930; 2008, № 18, ст. 1939) следующие изменения: 1) в пункте 3 статьи 15: а) в абзаце втором после слов "выдает разрешения на открытие в Российской Федерации представительств" дополнить словами "и филиалов", слова ", а также иностранных фирм и организаций, в сотрудничестве с которыми заинтересованы члены торгово-промышленных палат" исключить; б) дополнить новыми абзацами третьим и четвертым следующего содержания: "осуществляет персональную аккредитацию иностранных граждан, являющихся работниками филиалов, представительств иностранных юридических лиц, цель создания, открытия и (или) деятельность которых имеют коммерческий характер и которые несут имущественную ответственность по принятым ими в связи с осуществлением указанной деятельности на территории Российской Федерации обязательствам (за исключением иностранных граждан, являющихся работниками представительств иностранных кредитных организаций, и иностранных граждан, являющихся работниками представительств иностранных юридических лиц, осуществляющих деятельность в области гражданской авиации), а также вправе представлять интересы иностранных юридических лиц при осуществлении аккредитации их филиалов, представительств; оказывает содействие при оформлении документов для въезда на территорию Российской Федерации и пребывания на территории Российской Федерации иностранных граждан, являющихся работниками филиалов, представительств иностранных юридических лиц, членов их семей и работников иностранных юридических лиц, членов их семей (за исключением иностранных граждан, являющихся работниками представительств иностранных кредитных организаций, и членов их семей);"; в) абзацы третий и четвертый считать соответственно абзацами пятым и шестым; 2) дополнить статьей 151 следующего содержания: "Статья 151. Аккредитация иностранных граждан, являющихся работниками филиала, представительства иностранного юридического лица 1. Для работы в филиале, представительстве иностранного юридического лица могут приглашаться иностранные граждане, подлежащие аккредитации в пределах численности работников, сведения о которой содержатся в предусмотренном Федеральным законом от 9 июля 1999 года № 160-ФЗ "Об иностранных инвестициях в Российской Федерации" государственном реестре аккредитованных филиалов, представительств иностранных юридических лиц (далее - персональная аккредитация).</w:t>
      </w:r>
    </w:p>
    <w:p>
      <w:r>
        <w:rPr>
          <w:b/>
        </w:rPr>
        <w:t xml:space="preserve">2. </w:t>
      </w:r>
      <w:r>
        <w:t>Документом, подтверждающим осуществление персональной аккредитации, является свидетельство о персональной аккредитации</w:t>
      </w:r>
    </w:p>
    <w:p>
      <w:r>
        <w:rPr>
          <w:b/>
        </w:rPr>
        <w:t xml:space="preserve">3. </w:t>
      </w:r>
      <w:r>
        <w:t>Порядок осуществления персональной аккредитации, форма свидетельства о персональной аккредитации утверждаются Торгово-промышленной палатой Российской Федерации</w:t>
      </w:r>
    </w:p>
    <w:p>
      <w:r>
        <w:rPr>
          <w:b/>
        </w:rPr>
        <w:t xml:space="preserve">4. </w:t>
      </w:r>
      <w:r>
        <w:t>Положения настоящей статьи не распространяются на аккредитацию иностранных граждан, являющихся работниками представительств иностранных кредитных организаций, и иностранных граждан, являющихся работниками представительств иностранных юридических лиц, осуществляющих деятельность в области гражданской авиации."</w:t>
      </w:r>
    </w:p>
    <w:p>
      <w:r>
        <w:rPr>
          <w:b/>
        </w:rPr>
        <w:t>Статья 3</w:t>
      </w:r>
    </w:p>
    <w:p>
      <w:r>
        <w:t>Абзац двенадцатый подпункта 1 части первой статьи 25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2008, № 30, ст. 3616; 2009, № 52, ст. 6450; 2010, № 11, ст. 1173; № 31, ст. 4196; № 52, ст. 7000; 2011, № 13, ст. 1689; 2012, № 47, ст. 6398; № 53, ст. 7628; 2013, № 52, ст. 6955) изложить в следующей редакции: "г) филиалов, представительств иностранных коммерческих организаций, аккредитованных в Российской Федерации в установленном порядке и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 в случае приглашения данными филиалами, представительствами иностранных граждан в целях осуществления трудовой деятельности в Российской Федерации;".</w:t>
      </w:r>
    </w:p>
    <w:p>
      <w:r>
        <w:rPr>
          <w:b/>
        </w:rPr>
        <w:t>Статья 4</w:t>
      </w:r>
    </w:p>
    <w:p>
      <w:r>
        <w:t>Внести в Федеральный закон от 9 июля 1999 года № 160-ФЗ "Об иностранных инвестициях в Российской Федерации" (Собрание законодательства Российской Федерации, 1999, № 28, ст. 3493; 2005, № 30, ст. 3128; 2006, № 23, ст. 2382; 2014, № 6, ст. 563) следующие изменения: 1) абзац первый пункта 2 статьи 1 после слов "иностранных кредитных организаций" дополнить словами "(за исключением отношений, регулируемых положениями пунктов 8 и 9 статьи 21 настоящего Федерального закона)"; 2) пункт 3 статьи 4 изложить в следующей редакции: "3. Иностранное юридическое лицо, цель создания и (или) деятельность которого имеют коммерческий характер и которое несет имущественную ответственность по принятым им в связи с осуществлением указанной деятельности на территории Российской Федерации обязательствам (далее - иностранное юридическое лицо), имеет право осуществлять деятельность на территории Российской Федерации через филиал, представительство со дня их аккредитации, если иное не установлено федеральными законами. Иностранное юридическое лицо прекращает деятельность на территории Российской Федерации через филиал, представительство со дня прекращения действия аккредитации филиала, представительства. Днем аккредитации филиала, представительства иностранного юридического лица или внесения изменений в сведения, содержащиеся в государственном реестре аккредитованных филиалов, представительств иностранных юридических лиц, являющемся информационной системой (далее также - реестр), либо прекращения действия аккредитации филиала, представительства иностранного юридического лица признается день внесения соответствующей записи в реестр."; 3) в абзаце четвертом статьи 11 слова "или филиала иностранного юридического лица" заменить словами "или прекращением деятельности филиала, представительства иностранного юридического лица"; 4) в статье 19: а) в наименовании слова "и головной организацией филиала иностранного юридического лица" заменить словами "и филиалом, представительством иностранного юридического лица"; б) слова "а филиалом иностранного юридического лица - по усмотрению головной организации" заменить словами "а филиалом, представительством иностранного юридического лица - по усмотрению иностранного юридического лица"; 5) статью 21 изложить в следующей редакции: "Статья 21. Создание, открытие на территории Российской Федерации филиала, представительства иностранного юридического лица, прекращение деятельности этих филиала, представительства. Аккредитация филиала, представительства иностранного юридического лица. Государственный реестр аккредитованных филиалов, представительств иностранных юридических лиц 1. Филиал иностранного юридического лица, его представительство создаются, открываются, прекращают свою деятельность на территории Российской Федерации на основании решения иностранного юридического лица. Государственный контроль за созданием филиала иностранного юридического лица, открытием его представительства, прекращением деятельности этих филиала, представительства, в том числе за открытием и прекращением деятельности представительства иностранного юридического лица, осуществляющего деятельность в области гражданской авиации, на территории Российской Федерации осуществляется посредством их аккредитации. Аккредитация филиалов, представительств иностранных юридических лиц, в том числе представительств иностранных юридических лиц, осуществляющих деятельность в области гражданской авиации, осуществляется федеральным органом исполнительной власти, уполномоченным Правительством Российской Федерации на аккредитацию филиалов, представительств иностранных юридических лиц (далее - уполномоченный федеральный орган исполнительной власти). Решения об аккредитации представительств иностранных юридических лиц, осуществляющих деятельность в области гражданской авиации, о внесении изменений в сведения, содержащиеся в реестре, о прекращении действия их аккредитации, об аккредитации иностранных граждан, являющихся работниками представительств иностранного юридического лица, осуществляющего деятельность в области гражданской авиации,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в порядке, установленном воздушным законодательством Российской Федерации. Подтверждением факта аккредитации филиала, представительства иностранного юридического лица, в том числе представительства иностранного юридического лица, осуществляющего деятельность в области гражданской авиации, является документ о внесении соответствующей записи в реестр, выданный уполномоченным федеральным органом исполнительной власти.</w:t>
      </w:r>
    </w:p>
    <w:p>
      <w:r>
        <w:rPr>
          <w:b/>
        </w:rPr>
        <w:t xml:space="preserve">2. </w:t>
      </w:r>
      <w:r>
        <w:t>В течение двенадцати месяцев после принятия решения о создании, об открытии на территории Российской Федерации филиала, представительства иностранного юридического лица данное иностранное юридическое лицо (за исключением иностранного юридического лица, осуществляющего деятельность в области гражданской авиации) обязано представить заявление об аккредитации, включающее в себя заверенные Торгово-промышленной палатой Российской Федерации сведения о численности иностранных граждан, являющихся работниками этих филиала, представительства, и документы для аккредитации филиала, представительства иностранного юридического лица в уполномоченный федеральный орган исполнительной власти. В течение двенадцати месяцев после принятия решения об открытии на территории Российской Федерации представительства иностранного юридического лица, осуществляющего деятельность в области гражданской авиации, данное юридическое лицо обязано представить заявление об аккредитации, включающее в себя сведения о численности иностранных граждан, являющихся работниками этого представительства, и документы для принятия решения об аккредитации этого представительства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Заявление об аккредитации подписывается уполномоченным в установленном порядке представителем иностранного юридического лица. Перечень документов, которые представляются в уполномоченный федеральный орган исполнительной власти иностранным юридическим лицом вместе с заявлением об аккредитации, о внесении изменений в сведения, содержащиеся в реестре, о прекращении действия аккредитации, требования к оформлению документов, порядок аккредитации, внесения изменений в сведения, содержащиеся в реестре, прекращения действия аккредитации филиала, представительства иностранного юридического лица, осуществляющих деятельность на территории Российской Федерации, формы и форматы заявлений и документов, используемых при осуществлении аккредитации, внесении изменений в сведения, содержащиеся в реестре, прекращении действия аккредитации, утверждаются указанным федеральным органом исполнительной власти. Перечень документов, которые представляются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иностранным юридическим лицом, осуществляющим деятельность в области гражданской авиации, вместе с заявлением об аккредитации, о внесении изменений в сведения, содержащиеся в реестре, о прекращении действия аккредитации, порядок принятия решения об аккредитации, о внесении изменений в сведения, содержащиеся в реестре, о прекращении действия аккредитации представительств иностранных юридических лиц, осуществляющих деятельность в области гражданской авиации, и формы документов, используемых при принятии соответствующего решения, утверждаются указанным федеральным органом исполнительной власти</w:t>
      </w:r>
    </w:p>
    <w:p>
      <w:r>
        <w:rPr>
          <w:b/>
        </w:rPr>
        <w:t xml:space="preserve">3. </w:t>
      </w:r>
      <w:r>
        <w:t>Отказ в аккредитации филиала, представительства иностранного юридического лица или в принятии решения об аккредитации представительства иностранного юридического лица, осуществляющего деятельность в области гражданской авиации, осуществляется соответственно уполномоченным федеральным органом исполнительной власти 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при наличии хотя бы одного из следующих оснований: не представлены необходимые для аккредитации документы, либо эти документы представлены с нарушением срока, установленного пунктом 2 настоящей статьи, либо представленные документы не соответствуют утвержденным в установленном порядке формам, форматам или требованиям к их оформлению; установлено, что в представленных учредительных или других документах иностранного юридического лица содержится недостоверная информация; цели создания, открытия филиала, представительства иностранного юридического лица противоречат Конституции Российской Федерации, международным договорам Российской Федерации, законодательству Российской Федерации; цели создания, открытия филиала, представительства иностранного юридического лица создают угрозу суверенитету, политической независимости, территориальной неприкосновенности, национальным интересам Российской Федерации; прекращена в связи с грубым нарушением Конституции Российской Федерации, международных договоров Российской Федерации, законодательства Российской Федерации аккредитация филиала, представительства иностранного юридического лица, сведения об аккредитации которых были внесены в реестр</w:t>
      </w:r>
    </w:p>
    <w:p>
      <w:r>
        <w:rPr>
          <w:b/>
        </w:rPr>
        <w:t xml:space="preserve">4. </w:t>
      </w:r>
      <w:r>
        <w:t>Отказ в аккредитации или в принятии решения об аккредитации может быть обжалован в судебном порядке</w:t>
      </w:r>
    </w:p>
    <w:p>
      <w:r>
        <w:rPr>
          <w:b/>
        </w:rPr>
        <w:t xml:space="preserve">5. </w:t>
      </w:r>
      <w:r>
        <w:t>Аккредитация филиала, представительства иностранного юридического лица (за исключением представительства иностранного юридического лица, осуществляющего деятельность в области гражданской авиации) осуществляется в срок не более чем двадцать пять рабочих дней со дня представления соответствующих документов вместе с заявлением об аккредитации в уполномоченный федеральный орган исполнительной власти. Аккредитация представительства иностранного юридического лица, осуществляющего деятельность в области гражданской авиации, осуществляется в срок не более чем двадцать пять рабочих дней со дня представления соответствующих документов вместе с заявлением об аккредитации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w:t>
      </w:r>
    </w:p>
    <w:p>
      <w:r>
        <w:rPr>
          <w:b/>
        </w:rPr>
        <w:t xml:space="preserve">6. </w:t>
      </w:r>
      <w:r>
        <w:t>Внесение изменений в сведения, содержащиеся в реестре (в том числе в заверенные Торгово-промышленной палатой Российской Федерации сведения о численности иностранных граждан, являющихся работниками филиала, представительства иностранного юридического лица) в отношении иностранного юридического лица (за исключением иностранного юридического лица, осуществляющего деятельность в области гражданской авиации), осуществляется уполномоченным федеральным органом исполнительной власти на основании представленных этим иностранным юридическим лицом заявления и документов, которые подтверждают данные изменения, в течение десяти рабочих дней со дня представления соответствующих заявления и документов. Внесение изменений в сведения, содержащиеся в реестре (в том числе в сведения о численности иностранных граждан, являющихся работниками представительства иностранного юридического лица) в отношении иностранного юридического лица, осуществляющего деятельность в области гражданской авиации, осуществляется уполномоченным федеральным органом исполнительной власти на основании представленных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сведений о принятии решения о внесении изменений в сведения, содержащиеся в реестре, в связи с поступлением заявления и документов, подтверждающих данные изменения. Внесение данных изменений осуществляется в течение десяти рабочих дней со дня поступления соответствующих заявления и документов. Подписанное руководителем филиала или представительства иностранного юридического лица либо руководителем представительства иностранного юридического лица, осуществляющего деятельность в области гражданской авиации, заявление о внесении изменений в сведения, содержащиеся в реестре, и документы, подтверждающие данные изменения, представляются в уполномоченный федеральный орган исполнительной власти или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не позднее чем в течение пятнадцати календарных дней со дня изменения соответствующих сведений</w:t>
      </w:r>
    </w:p>
    <w:p>
      <w:r>
        <w:rPr>
          <w:b/>
        </w:rPr>
        <w:t xml:space="preserve">7. </w:t>
      </w:r>
      <w:r>
        <w:t>Действие аккредитации филиала, представительства иностранного юридического лица (за исключением представительства иностранного юридического лица, осуществляющего деятельность в области гражданской авиации) прекращается в связи с прекращением деятельности этих филиала, представительства на территории Российской Федерации на основании решения такого иностранного юридического лица, прекращением деятельности такого иностранного юридического лица или по решению уполномоченного федерального органа исполнительной власти. Действие аккредитации представительства иностранного юридического лица, осуществляющего деятельность в области гражданской авиации, прекращается в связи с прекращением деятельности этого представительства на территории Российской Федерации на основании решения данного иностранного юридического лица, осуществляющего деятельность в области гражданской авиации, прекращением деятельности данного иностранного юридического лица, осуществляющего деятельность в области гражданской авиации, или по решению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Прекращение действия аккредитации филиала, представительства иностранного юридического лица (за исключением представительства иностранного юридического лица, осуществляющего деятельность в области гражданской авиации) по решению такого иностранного юридического лица осуществляется уполномоченным федеральным органом исполнительной власти на основании соответствующих решения и заявления, представленных таким иностранным юридическим лицом, в течение десяти рабочих дней со дня их представления. Прекращение действия аккредитации представительства иностранного юридического лица, осуществляющего деятельность в области гражданской авиации, по решению данного иностранного юридического лица осуществляется уполномоченным федеральным органом исполнительной власти на основании представленных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сведений о принятии решения о прекращении действия аккредитации представительства иностранного юридического лица, осуществляющего деятельность в области гражданской авиации, в связи с представлением данным иностранным юридическим лицом соответствующих решения и заявления. Такое прекращение действия аккредитации осуществляется в течение десяти рабочих дней со дня представления соответствующих решения и заявления. Подписанное руководителем филиала или представительства иностранного юридического лица либо руководителем представительства иностранного юридического лица, осуществляющего деятельность в области гражданской авиации, заявление о прекращении действия аккредитации соответствующих филиала, представительства и решение о прекращении деятельности соответствующих филиала, представительства иностранного юридического лица на территории Российской Федерации представляются соответственно в уполномоченный федеральный орган исполнительной власти 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не позднее чем в течение пятнадцати календарных дней со дня принятия такого решения. Действие аккредитации филиала, представительства иностранного юридического лица прекращается по решению уполномоченного федерального органа исполнительной власти, принятому, в том числе на основании решения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в случае, если: филиал, представительство иностранного юридического лица в течение последних двенадцати месяцев, предшествующих моменту принятия уполномоченным федеральным органом исполнительной власти соответствующего решения, не представляли документы отчетности, предусмотренные законодательством Российской Федерации о налогах и сборах, и с филиалом, представительством не может быть осуществлена связь по адресу места осуществления ими деятельности на территории Российской Федерации, содержащемуся в реестре, и филиал, представительство в указанный период не осуществляли операции хотя бы по одному банковскому счету, открытому в банке или другой кредитной организации, имеющих лицензию Центрального банка Российской Федерации; деятельность филиала, представительства иностранного юридического лица противоречит Конституции Российской Федерации, международным договорам Российской Федерации, законодательству Российской Федерации, создает угрозу суверенитету, политической независимости, территориальной неприкосновенности и национальным интересам Российской Федерации</w:t>
      </w:r>
    </w:p>
    <w:p>
      <w:r>
        <w:rPr>
          <w:b/>
        </w:rPr>
        <w:t xml:space="preserve">8. </w:t>
      </w:r>
      <w:r>
        <w:t>Центральный банк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обязаны сообщать в электронной форме (в том числе с использованием единой системы межведомственного электронного взаимодействия) в уполномоченный федеральный орган исполнительной власти сведения соответственно об аккредитации, о принятом решении об аккредитации, о внесении изменений в сведения, содержащиеся в реестре, о прекращении действия аккредитации, о принятом решении о прекращении действия аккредитации представительств иностранных кредитных организаций и представительств иностранных юридических лиц, осуществляющих деятельность в области гражданской авиации, сведения о численности иностранных граждан, являющихся работниками соответствующих представительств, иные сведения, подлежащие включению в реестр, в течение пяти рабочих дней со дня совершения соответствующих действий по формам и форматам, утвержденным уполномоченным федеральным органом исполнительной власти</w:t>
      </w:r>
    </w:p>
    <w:p>
      <w:r>
        <w:rPr>
          <w:b/>
        </w:rPr>
        <w:t xml:space="preserve">9. </w:t>
      </w:r>
      <w:r>
        <w:t>Представляемые Центральным банком Российской Федерации,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в соответствии с пунктом 8 настоящей статьи сведения подлежат внесению уполномоченным федеральным органом исполнительной власти в реестр в течение трех рабочих дней со дня получения таких сведений</w:t>
      </w:r>
    </w:p>
    <w:p>
      <w:r>
        <w:rPr>
          <w:b/>
        </w:rPr>
        <w:t xml:space="preserve">10. </w:t>
      </w:r>
      <w:r>
        <w:t>В срок не более чем три рабочих дня со дня внесения в реестр записи об аккредитации, о внесении изменений в сведения, содержащиеся в реестре, о прекращении действия аккредитации филиала, представительства иностранного юридического лица уполномоченный федеральный орган исполнительной власти направляет в электронной форме такие сведения в государственные внебюджетные фонды для регистрации или снятия с регистрационного учета филиала, представительства иностранного юридического лица в качестве страхователей и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в части, касающейся осуществления его полномочий. В срок не более чем пять рабочих дней со дня внесения соответствующей записи в реестр аккредитованным филиалу, представительству иностранного юридического лица выдается или направляется документ о внесении соответствующей записи в реестр. Форма указанного документа устанавливается уполномоченным федеральным органом исполнительной власти</w:t>
      </w:r>
    </w:p>
    <w:p>
      <w:r>
        <w:rPr>
          <w:b/>
        </w:rPr>
        <w:t xml:space="preserve">11. </w:t>
      </w:r>
      <w:r>
        <w:t>Сведения, содержащиеся в документах, представленных для аккредитации филиала, представительства иностранного юридического лица, внесения изменений в сведения, содержащиеся в реестре, прекращения действия аккредитации, составляют реестр. Создание, эксплуатация и ведение реестра осуществляются в порядке, установленном оператором информационной системы - уполномоченным федеральным органом исполнительной власти. Состав сведений, содержащихся в реестре, определяется уполномоченным федеральным органом исполнительной власти. Сведения, содержащиеся в реестре, являются открытыми и общедоступными, за исключением сведений, доступ к которым ограничен в соответствии с федеральными законами. Сведения, содержащиеся в реестре, размещаются на официальном сайте уполномоченного федерального органа исполнительной власти в информационно-телекоммуникационной сети "Интернет". Состав сведений, подлежащих размещению на официальном сайте уполномоченного федерального органа исполнительной власти в информационно-телекоммуникационной сети "Интернет", устанавливается уполномоченным федеральным органом исполнительной власти. Плата за доступ к сведениям, размещенным уполномоченным федеральным органом исполнительной власти на официальном сайте в информационно-телекоммуникационной сети "Интернет", не взимается. Заинтересованные лица вправе получить за плату сведения, содержащиеся в реестре, в виде выписки из реестра о конкретных филиале, представительстве иностранного юридического лица или справку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уполномоченным федеральным органом исполнительной власти. Размер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определяются уполномоченным федеральным органом исполнительной власти.";</w:t>
      </w:r>
    </w:p>
    <w:p>
      <w:r>
        <w:rPr>
          <w:b/>
        </w:rPr>
        <w:t xml:space="preserve">2. </w:t>
      </w:r>
      <w:r>
        <w:t>В положение о филиале иностранного юридического лица, положение о представительстве иностранного юридического лица могут быть включены другие сведения, отражающие особенности деятельности филиалов, представительств на территории Российской Федерации и не противоречащие законодательству Российской Федерации.";</w:t>
      </w:r>
    </w:p>
    <w:p>
      <w:r>
        <w:rPr>
          <w:b/>
        </w:rPr>
        <w:t xml:space="preserve">11. </w:t>
      </w:r>
      <w:r>
        <w:t>статью 22 изложить в следующей редакции: "Статья 22. Требования к положению о филиале иностранного юридического лица, положению о представительстве иностранного юридического лица 1. В положении о филиале иностранного юридического лица, положении о представительстве иностранного юридического лица должны быть указаны наименование иностранного юридического лица, его филиала, представительства, организационно-правовая форма иностранного юридического лица, место нахождения его филиала, представительства на территории Российской Федерации и адрес места нахождения иностранного юридического лица в стране регистрации, цели создания, открытия и виды деятельности его филиала, представительства, порядок управления филиалом, представительством иностранного юридического лица</w:t>
      </w:r>
    </w:p>
    <w:p>
      <w:r>
        <w:rPr>
          <w:b/>
        </w:rPr>
        <w:t xml:space="preserve">2. </w:t>
      </w:r>
      <w:r>
        <w:t>статью 27 признать утратившей силу</w:t>
      </w:r>
    </w:p>
    <w:p>
      <w:r>
        <w:rPr>
          <w:b/>
        </w:rPr>
        <w:t>Статья 5</w:t>
      </w:r>
    </w:p>
    <w:p>
      <w:r>
        <w:t>В части пятой статьи 9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2013, № 26, ст. 3207) слова "сводном государственном реестре аккредитованных на территории Российской Федерации представительств иностранных компаний" заменить словами "государственном реестре аккредитованных филиалов, представительств иностранных юридических лиц".</w:t>
      </w:r>
    </w:p>
    <w:p>
      <w:r>
        <w:rPr>
          <w:b/>
        </w:rPr>
        <w:t>Статья 6</w:t>
      </w:r>
    </w:p>
    <w:p>
      <w:r>
        <w:t>Часть первую статьи 52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11, ст. 1076) изложить в следующей редакции: "Банк России в установленном им порядке выдает разрешения на создание кредитных организаций с иностранными инвестициями, осуществляет аккредитацию представительств иностранных кредитных организаций, открываемых на территории Российской Федерации, а также осуществляет действия по аккредитации иностранных граждан, которые будут осуществлять трудовую деятельность в представительствах иностранных кредитных организаций.".</w:t>
      </w:r>
    </w:p>
    <w:p>
      <w:r>
        <w:rPr>
          <w:b/>
        </w:rPr>
        <w:t>Статья 7</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 49, ст. 6071; 2008, № 30, ст. 3616; 2009, № 19, ст. 2283; 2010, № 21, ст. 2524; № 40, ст. 4969; № 52, ст. 7000; 2011, № 13, ст. 1689; № 17, ст. 2321; № 27, ст. 3880; № 49, ст. 7043, 7061; 2012, № 53, ст. 7645; 2013, № 19, ст. 2309; № 23, ст. 2866; № 27, ст. 3477; № 30, ст. 4036, 4037, 4081; № 52, ст. 6955) следующие изменения</w:t>
      </w:r>
    </w:p>
    <w:p>
      <w:r>
        <w:t>подпункт 9 пункта 4 статьи 13 изложить в следующей редакции: "9) являющихся аккредитованными работниками аккредитованных в установленном порядке на территории Российской Федерации представительств иностранных юридических лиц, на основе принципа взаимности в соответствии с международными договорами Российской Федерации;"</w:t>
      </w:r>
    </w:p>
    <w:p>
      <w:r>
        <w:t>в статье 132: а) абзац четвертый подпункта 1 пункта 5 после слова "филиалами" дополнить словом ", представительствами"; б) пункт 61 после слова "филиала" дополнить словом ", представительства", слова "выступает филиал" заменить словами "выступают филиал, представительство"</w:t>
      </w:r>
    </w:p>
    <w:p>
      <w:r>
        <w:t>в статье 135: а) в пункте 3 слова "работников представительств иностранной коммерческой организации, согласованной при аккредитации уполномоченным аккредитирующим органом" заменить словами ", сведения о которой содержатся в государственном реестре аккредитованных филиалов, представительств иностранных юридических лиц"; б) в пункте 11 слова "сводном государственном реестре аккредитованных на территории Российской Федерации представительств иностранных компаний, а также государственном реестре филиалов иностранных юридических лиц, аккредитованных на территории Российской Федерации," заменить словами "государственном реестре аккредитованных филиалов, представительств иностранных юридических лиц"</w:t>
      </w:r>
    </w:p>
    <w:p>
      <w:r>
        <w:rPr>
          <w:b/>
        </w:rPr>
        <w:t>Статья 8</w:t>
      </w:r>
    </w:p>
    <w:p>
      <w:r>
        <w:rPr>
          <w:b/>
        </w:rPr>
        <w:t xml:space="preserve">1. </w:t>
      </w:r>
      <w:r>
        <w:t>Настоящий Федеральный закон вступает в силу с 1 января 2015 года, за исключением статей 1 и 6 настоящего Федерального закона</w:t>
      </w:r>
    </w:p>
    <w:p>
      <w:r>
        <w:rPr>
          <w:b/>
        </w:rPr>
        <w:t xml:space="preserve">2. </w:t>
      </w:r>
      <w:r>
        <w:t>Статьи 1 и 6 настоящего Федерального закона вступают в силу с 3 мая 2014 года</w:t>
      </w:r>
    </w:p>
    <w:p>
      <w:r>
        <w:rPr>
          <w:b/>
        </w:rPr>
        <w:t xml:space="preserve">3. </w:t>
      </w:r>
      <w:r>
        <w:t>Хранящиеся в организациях, осуществлявших аккредитацию филиалов, представительств иностранных юридических лиц, выдачу разрешений на открытие представительств иностранных юридических лиц на территории Российской Федерации, до дня вступления в силу настоящего Федерального закона дела филиалов, представительств иностранных юридических лиц (за исключением дел представительств иностранных кредитных организаций и представительств иностранных юридических лиц, осуществляющих деятельность в области гражданской авиации), которые соответственно были аккредитованы, осуществляли деятельность на основании разрешения на открытие представительств на территории Российской Федерации до дня вступления в силу настоящего Федерального закона и у которых срок действия соответственно аккредитации, разрешения не истечет на 1 января 2015 года, подлежат передаче в уполномоченный федеральный орган исполнительной власти в срок до 1 февраля 2015 года</w:t>
      </w:r>
    </w:p>
    <w:p>
      <w:r>
        <w:rPr>
          <w:b/>
        </w:rPr>
        <w:t xml:space="preserve">4. </w:t>
      </w:r>
      <w:r>
        <w:t>В срок до 1 апреля 2015 года филиалы, представительства иностранных юридических лиц (за исключением представительств иностранных кредитных организаций и представительств иностранных юридических лиц, осуществляющих деятельность в области гражданской авиации), которые соответственно были аккредитованы, осуществляли деятельность на основании разрешения на открытие представительств на территории Российской Федерации до дня вступления в силу настоящего Федерального закона и у которых срок действия соответственно аккредитации, разрешения не истечет до 1 апреля 2015 года, обязаны представить сведения в уполномоченный федеральный орган исполнительной власти для внесения в государственный реестр аккредитованных филиалов, представительств иностранных юридических лиц, если иное не установлено настоящей статьей</w:t>
      </w:r>
    </w:p>
    <w:p>
      <w:r>
        <w:rPr>
          <w:b/>
        </w:rPr>
        <w:t xml:space="preserve">5. </w:t>
      </w:r>
      <w:r>
        <w:t>В срок до 1 апреля 2015 года Центральный банк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обязаны сообщить в электронной форме в уполномоченный федеральный орган исполнительной власти сведения соответственно о представительствах иностранных кредитных организаций и представительствах иностранных юридических лиц, осуществляющих деятельность в области гражданской авиации, которые были аккредитованы до дня вступления в силу настоящего Федерального закона и у которых срок действия аккредитации не истечет на 1 апреля 2015 года, для внесения в государственный реестр аккредитованных филиалов, представительств иностранных юридических лиц</w:t>
      </w:r>
    </w:p>
    <w:p>
      <w:r>
        <w:rPr>
          <w:b/>
        </w:rPr>
        <w:t xml:space="preserve">6. </w:t>
      </w:r>
      <w:r>
        <w:t>Сведения, указанные в частях 4 и 5 настоящей статьи, представляются в порядке, по формам и форматам, которые утверждены уполномоченным федеральным органом исполнительной власти</w:t>
      </w:r>
    </w:p>
    <w:p>
      <w:r>
        <w:rPr>
          <w:b/>
        </w:rPr>
        <w:t xml:space="preserve">7. </w:t>
      </w:r>
      <w:r>
        <w:t>Филиалы, представительства иностранных юридических лиц (за исключением представительств иностранных кредитных организаций и представительств иностранных юридических лиц, осуществляющих деятельность в области гражданской авиации), у которых срок действия соответственно аккредитации, разрешения на открытие представительств иностранных юридических лиц на территории Российской Федерации не истечет на 1 апреля 2015 года и которые внесены в государственный реестр аккредитованных филиалов, представительств иностранных юридических лиц до 1 апреля 2015 года, считаются аккредитованными до окончания срока действия аккредитации филиалов, представительств иностранных юридических лиц, разрешений на открытие представительств иностранных юридических лиц на территории Российской Федерации</w:t>
      </w:r>
    </w:p>
    <w:p>
      <w:r>
        <w:rPr>
          <w:b/>
        </w:rPr>
        <w:t xml:space="preserve">8. </w:t>
      </w:r>
      <w:r>
        <w:t>Филиалы, представительства иностранных юридических лиц (за исключением представительств иностранных кредитных организаций и представительств иностранных юридических лиц, осуществляющих деятельность в области гражданской авиации), у которых срок действия соответственно аккредитации, разрешения на открытие представительств иностранных юридических лиц на территории Российской Федерации истечет после дня вступления в силу настоящего Федерального закона, вправе обратиться в уполномоченный федеральный орган исполнительной власти в течение тридцати календарных дней до даты окончания срока действия аккредитации филиалов, представительств иностранных юридических лиц, разрешений на открытие представительств иностранных юридических лиц на территории Российской Федерации для аккредитации в соответствии с Федеральным законом от 9 июля 1999 года № 160-ФЗ "Об иностранных инвестициях в Российской Федерации" (в редакции настоящего Федерального закона)</w:t>
      </w:r>
    </w:p>
    <w:p>
      <w:r>
        <w:rPr>
          <w:b/>
        </w:rPr>
        <w:t xml:space="preserve">9. </w:t>
      </w:r>
      <w:r>
        <w:t>Филиалы, представительства иностранных юридических лиц (за исключением представительств иностранных кредитных организаций и представительств иностранных юридических лиц, осуществляющих деятельность в области гражданской авиации), которые соответственно были аккредитованы, осуществляли деятельность на основании разрешения на открытие представительств иностранных юридических лиц на территории Российской Федерации до дня вступления в силу настоящего Федерального закона и у которых срок действия соответственно аккредитации, разрешения на открытие истечет в период с 1 января 2015 года по 31 января 2015 года включительно, вправе обратиться в уполномоченный федеральный орган исполнительной власти для аккредитации в соответствии с Федеральным законом от 9 июля 1999 года № 160-ФЗ "Об иностранных инвестициях в Российской Федерации" (в редакции настоящего Федерального закона) в период с 1 февраля 2015 года по 28 февраля 2015 года включительно</w:t>
      </w:r>
    </w:p>
    <w:p>
      <w:r>
        <w:rPr>
          <w:b/>
        </w:rPr>
        <w:t xml:space="preserve">10. </w:t>
      </w:r>
      <w:r>
        <w:t>На филиалы, представительства иностранных юридических лиц, которые соответственно были аккредитованы, осуществляли деятельность на основании разрешения на открытие представительств иностранных юридических лиц на территории Российской Федерации до дня вступления в силу настоящего Федерального закона и которые обратились в уполномоченный федеральный орган исполнительной власти для аккредитации в соответствии с частями 4, 8, 9 настоящей статьи, не распространяется установленный абзацами первым и вторым пункта 2 статьи 21 Федерального закона от 9 июля 1999 года № 160-ФЗ "Об иностранных инвестициях в Российской Федерации" (в редакции настоящего Федерального закона) срок для обращения в уполномоченный федеральный орган исполнительной власти</w:t>
      </w:r>
    </w:p>
    <w:p>
      <w:r>
        <w:rPr>
          <w:b/>
        </w:rPr>
        <w:t xml:space="preserve">11. </w:t>
      </w:r>
      <w:r>
        <w:t>С 1 апреля 2015 года прекращается действие аккредитации филиалов, представительств иностранных юридических лиц, разрешений на открытие представительств иностранных юридических лиц (за исключением представительств иностранных кредитных организаций и представительств иностранных юридических лиц, осуществляющих деятельность в области гражданской авиации), не выполнивших требований настоящей статьи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