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Арабской Республикой Египет о передаче для отбывания наказания лиц, осужденных к лишению свободы</w:t>
      </w:r>
    </w:p>
    <w:p>
      <w:r>
        <w:rPr>
          <w:b/>
        </w:rPr>
        <w:t>Статья None. Федеральный закон   от 27.05.2014 № 133-ФЗ</w:t>
      </w:r>
    </w:p>
    <w:p>
      <w:r>
        <w:t>О ратификации Договора между Российской Федерацией и Арабской Республикой Египет о передаче для отбывания наказания лиц, осужденных к лишению свободы РОССИЙСКАЯ ФЕДЕРАЦИЯ ФЕДЕРАЛЬНЫЙ ЗАКОН О ратификации Договора между Российской Федерацией и Арабской Республикой Египет о передаче для отбывания наказания лиц, осужденных к лишению свободы Принят Государственной Думой 16 мая 2014 года Одобрен Советом Федерации 21 мая 2014 года Ратифицировать Договор между Российской Федерацией и Арабской Республикой Египет о передаче для отбывания наказания лиц, осужденных к лишению свободы, подписанный в городе Каире 23 июня 2009 года. Президент Российской Федерации В.Путин Москва, Кремль 27 мая 2014 года № 133-ФЗ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