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w:t>
      </w:r>
    </w:p>
    <w:p>
      <w:r>
        <w:rPr>
          <w:b/>
        </w:rPr>
        <w:t>Статья 1</w:t>
      </w:r>
    </w:p>
    <w:p>
      <w:r>
        <w:t>Внести в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27, ст. 3480; № 52, ст. 6961) следующие изменения: 1) часть 2 статьи 1 дополнить пунктом 6 следующего содержания: "6) закупкой товаров, работ, услуг участковыми избирательными комиссиями, территориальными избирательными комиссиями, в том числе при возложении на них полномочий иной избирательной комиссии, окружными избирательными комиссиями, избирательными комиссиями муниципальных образований (за исключением избирательных комиссий муниципальных образований, являющихся административными центрами (столицами) субъектов Российской Федерации) во исполнение полномочий, предусмотренных законодательством Российской Федерации о выборах и референдумах."; 2) статью 3 дополнить пунктом 16 следующего содержания: "16) совокупный годовой объем закупок - утвержденный на соответствующий финансовый год общий объем финансового обеспечения для осуществления заказчиком закупок в соответствии с настоящим Федеральным законом, в том числе для оплаты контрактов, заключенных до начала указанного финансового года и подлежащих оплате в указанном финансовом году."; 3) в части 1 статьи 17 слова "на обеспечение функций заказчиков" заменить словами "на обеспечение функций государственных органов, органов управления государственными внебюджетными фондами, муниципальных органов"; 4) в статье 19: а) в пункте 2 части 3 слова "и (или) нормативные затраты на обеспечение функций заказчиков" заменить словами "и к определению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б) в пункте 2 части 4 слова "и (или) нормативные затраты на обеспечение функций заказчиков" заменить словами "и к определению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в том числе подведомственных указанным органам казенных учреждений"; в) в части 5 слова ", Государственная корпорация по атомной энергии "Росатом" и слова ", указанной корпорации" исключить, после слов "на обеспечение функций указанных органов" дополнить словами "и подведомственных им казенных учреждений"; 5) в статье 21: а) в части 8 слова "3 - 5 и 7" заменить словами "3 и 7"; б) в части 14 слово "календарных" исключить; 6) статью 22 дополнить частью 91 следующего содержания: "91. Проектно-сметный метод может применяться при определении и обосновании начальной (максимальной) цены контракта, цены контракта, заключаемого с единственным поставщиком (подрядчиком, исполнителем), на текущий ремонт зданий, строений, сооружений, помещений."; 7) в статье 30: а) часть 1 изложить в следующей редакции: "1. Заказчики обязаны осуществлять закупки у субъектов малого предпринимательства, социально ориентированных некоммерческих организаций в объеме не менее чем пятнадцать процентов совокупного годового объема закупок, рассчитанного с учетом части 11 настоящей статьи, путем: 1) проведения открытых конкурсов, конкурсов с ограниченным участием, двухэтапных конкурсов, электронных аукционов, запросов котировок, запросов предложений, в которых участниками закупок являются только субъекты малого предпринимательства, социально ориентированные некоммерческие организации. При этом начальная (максимальная) цена контракта не должна превышать двадцать миллионов рублей; 2) осуществления закупок с учетом положений части 5 настоящей статьи."; б) дополнить частью 11 следующего содержания: "11. При определении объема закупок, предусмотренного частью 1 настоящей статьи, в расчет совокупного годового объема закупок не включаются закупки: 1) для обеспечения обороны страны и безопасности государства; 2) услуг по предоставлению кредитов; 3) у единственного поставщика (подрядчика, исполнителя) в соответствии с частью 1 статьи 93 настоящего Федерального закона; 4) работ в области использования атомной энергии; 5) при осуществлении которых применяются закрытые способы определения поставщиков (подрядчиков, исполнителей)."; в) дополнить частью 12 следующего содержания: "12. Заказчики вправе осуществлять закупки, указанные в пунктах 1, 4 и 5 части 11 настоящей статьи, у субъектов малого предпринимательства, социально ориентированных некоммерческих организаций в соответствии с частью 1 настоящей статьи. При этом объем таких закупок учитывается в объеме закупок, осуществленных заказчиками у субъектов малого предпринимательства, социально ориентированных некоммерческих организаций в соответствии с частью 1 настоящей статьи, и включается в отчет, указанный в части 4 настоящей статьи."; г) в части 4 второе предложение изложить в следующей редакции: "При этом такие закупки, осуществленные на общих основаниях, не учитываются в объеме закупок, осуществленных заказчиками у субъектов малого предпринимательства, социально ориентированных некоммерческих организаций в соответствии с частью 1 настоящей статьи."; д) дополнить частью 41 следующего содержания: "41. Порядок подготовки отчета, указанного в части 4 настоящей статьи, его размещения в единой информационной системе, форма указанного отчета определяются Правительством Российской Федерации."; е) в части 5 второе предложение исключить; ж) часть 6 изложить в следующей редакции: "6. Условие о привлечении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 в случае, предусмотренном частью 5 настоящей статьи, включается в контракты с указанием объема такого привлечения, установленного в виде процента от цены контракта. Указанный объем учитывается в объеме закупок, осуществленных заказчиками у субъектов малого предпринимательства, социально ориентированных некоммерческих организаций в соответствии с частью 1 настоящей статьи, и включается в отчет, указанный в части 4 настоящей статьи. В контракты также должно быть включено обязательное условие о гражданско-правовой ответственности поставщиков (подрядчиков, исполнителей) за неисполнение условия о привлечении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 з) дополнить частью 8 следующего содержания: "8. В случае, если в извещении об осуществлении закупки установлены ограничения в соответствии с частью 3 настоящей статьи, в контракт, заключаемый с субъектом малого предпринимательства или социально ориентированной некоммерческой организацией, включается обязательное условие об оплате заказчиком поставленного товара, выполненной работы (ее результатов), оказанной услуги, отдельных этапов исполнения контракта не более чем в течение тридцати дней с даты подписания заказчиком документа о приемке, предусмотренного частью 7 статьи 94 настоящего Федерального закона."; 8) в статье 31: а) пункт 2 части 1 признать утратившим силу; б) часть 5 изложить в следующей редакции: "5. Информация об установленных требованиях в соответствии с частями 1, 11 и 2 настоящей статьи указывается заказчиком в извещении об осуществлении закупки и документации о закупке."; в) в части 8 слова "в пунктах 1, 2 и 6 части 1" заменить словами "в пункте 1 части 1 и части 11 (при наличии такого требования)"; г) в части 9 слова "в частях 1 и 2" заменить словами "в части 1, частях 11 и 2 (при наличии таких требований)"; 9) в части 5 статьи 32 первое предложение изложить в следующей редакции: "Сумма величин значимости всех критериев, предусмотренных документацией о закупке, составляет сто процентов."; 10) часть 15 статьи 34 изложить в следующей редакции: "15. При заключении контракта в случаях, предусмотренных пунктами 1, 4, 5, 8, 15, 20, 21, 26, 28 и 29 части 1 статьи 93 настоящего Федерального закона, требования частей 4 - 9, 11 - 13 настоящей статьи заказчиком могут не применяться к указанному контракту. В этих случаях контракт может быть заключен в любой форме, предусмотренной Гражданским кодексом Российской Федерации для совершения сделок."; 11) статью 37 дополнить частью 12 следующего содержания: "12. Положения настоящей статьи не применяются в случае, если при осуществлении закупок лекарственных препаратов, которые включены в утвержденный Правительством Российской Федерации перечень жизненно необходимых и важнейших лекарственных препаратов, участником закупки, с которым заключается контракт, предложена цена всех закупаемых лекарственных препаратов, сниженная не более чем на двадцать пять процентов относительно их зарегистрированной в соответствии с законодательством об обращении лекарственных средств предельной отпускной цены."; 12) в статье 38: а) в частях 1 и 2 слова "в соответствии с планом-графиком" исключить; б) в пункте 5 части 4 слово "претензионной" заменить словом "претензионно-исковой"; 13) в статье 44: а) часть 6 дополнить пунктом 7 следующего содержания: "7) получение заказчиком решения контрольного органа в сфере закупок об отказе в согласовании заключения контракта с единственным поставщиком (подрядчиком, исполнителем), а в случае проведения электронного аукциона получение оператором электронной площадки от заказчика указанного решения, направляемого не позднее рабочего дня, следующего после даты получения заказчиком указанного решения."; б) пункт 3 части 13 признать утратившим силу; 14) в статье 45: а) в части 1 слова "статьей 1761" заменить словами "статьей 741"; б) в пункте 3 части 2 слово "календарный" исключить; в) пункт 5 части 9 изложить в следующей редакции: "5) копия банковской гарантии;"; 15) пункт 2 части 3 статьи 49 изложить в следующей редакции: "2) требования, предъявляемые к участникам открытого конкурса, и исчерпывающий перечень документов, которые должны быть представлены участниками открытого конкурса в соответствии с пунктом 1 части 1 статьи 31 настоящего Федерального закона, а также требование, предъявляемое к участникам открытого конкурса в соответствии с частью 11 (при наличии такого требования) статьи 31 настоящего Федерального закона;"; 16) в пункте 1 части 2 статьи 51: а) подпункт "а" после слов "идентификационный номер налогоплательщика" дополнить словами "(при наличии)"; б) в подпункте "г" слова "пунктами 1 и 2" заменить словами "пунктом 1"; в) в подпункте "ж" цифры "28 - 30" заменить словами "28 и 29"; г) дополнить подпунктом "и" следующего содержания: "и) декларация о принадлежности участника открытого конкурса к субъектам малого предпринимательства или социально ориентированным некоммерческим организациям в случае установления заказчиком ограничения, предусмотренного частью 3 статьи 30 настоящего Федерального закона;"; 17) (Пункт утратил силу - Федеральный закон от 02.07.2021 № 360-ФЗ) 18) (Пункт утратил силу - Федеральный закон от 02.07.2021 № 360-ФЗ) 19) (Пункт утратил силу - Федеральный закон от 02.07.2021 № 360-ФЗ) 20) (Пункт утратил силу - Федеральный закон от 02.07.2021 № 360-ФЗ) 21) (Пункт утратил силу - Федеральный закон от 02.07.2021 № 360-ФЗ) 22) (Пункт утратил силу - Федеральный закон от 02.07.2021 № 360-ФЗ) 23) (Пункт утратил силу - Федеральный закон от 02.07.2021 № 360-ФЗ) 24) (Пункт утратил силу - Федеральный закон от 02.07.2021 № 360-ФЗ) 25) в части 2 статьи 72 второе предложение изложить в следующей редакции: "При этом годовой объем закупок, осуществляемых путем проведения запроса котировок, не должен превышать десять процентов совокупного годового объема закупок заказчика и не должен составлять более чем сто миллионов рублей."; 26) в статье 73: а) в части 1: в пункте 1 слова "требования, предъявляемые к участникам запроса котировок, и исчерпывающий перечень документов, которые должны быть представлены участниками запроса котировок в соответствии со статьей 31 настоящего Федерального закона" заменить словами "требования, предъявляемые к участникам запроса котировок, и исчерпывающий перечень документов, которые должны быть представлены участниками запроса котировок в соответствии с пунктом 1 части 1 статьи 31 настоящего Федерального закона, равно как и требование, предъявляемое к участникам запроса котировок в соответствии с частью 11 (при наличии такого требования) статьи 31 настоящего Федерального закона"; пункт 2 дополнить словами ", в том числе подаваемой в форме электронного документа"; в пункте 3 слово "(или)" исключить; б) в части 3: абзац первый изложить в следующей редакции: "3. Заявка на участие в запросе котировок должна содержать наименование, место нахождения (для юридического лица), фамилию, имя, отчество (при наличии), место жительства (для физического лица), банковские реквизиты участника закупки, а также следующие информацию и документы:"; пункт 1 дополнить словами ", наименование и характеристики поставляемого товара в случае осуществления поставки товара"; пункт 2 изложить в следующей редакции: "2) предложение о цене контракта;"; в пункте 3 цифры "28 - 30" заменить словами "28 и 29"; пункт 4 после слова "налогоплательщика" дополнить словами "(при наличии)"; дополнить пунктом 5 следующего содержания: "5) декларацию о принадлежности участника запроса котировок к субъектам малого предпринимательства или социально ориентированным некоммерческим организациям в случае установления заказчиком ограничения, предусмотренного частью 3 статьи 30 настоящего Федерального закона."; 27) статью 74 дополнить частью 7 следующего содержания: "7. Прием заявок на участие в запросе котировок прекращается с наступлением срока вскрытия конвертов с заявками на участие в запросе котировок и открытия доступа к поданным в форме электронных документов заявкам на участие в запросе котировок."; 28) статью 75 изложить в следующей редакции: "Статья 75. Особенности проведения запроса котировок для обеспечения деятельности заказчика на территории иностранного государства 1. Дипломатические представительства и консульские учреждения Российской Федерации, торговые представительства Российской Федерации, официальные представительства Российской Федерации при международных организациях и иные заказчики, осуществляющие свою деятельность на территории иностранного государства (далее - заказчики, осуществляющие деятельность на территории иностранного государства), вправе осуществлять на территории иностранного государства закупки товаров, работ, услуг у российских или иностранных поставщиков (подрядчиков, исполнителей) путем проведения запроса котировок для обеспечения своей деятельности на территории иностранного государства с учетом особенностей, предусмотренных частью 2 настоящей статьи и статьей 1111 настоящего Федерального закона.</w:t>
      </w:r>
    </w:p>
    <w:p>
      <w:r>
        <w:rPr>
          <w:b/>
        </w:rPr>
        <w:t xml:space="preserve">2. </w:t>
      </w:r>
      <w:r>
        <w:t>При проведении заказчиками, осуществляющими деятельность на территории иностранного государства, запроса котировок</w:t>
      </w:r>
    </w:p>
    <w:p>
      <w:r>
        <w:rPr>
          <w:b/>
        </w:rPr>
        <w:t xml:space="preserve">2. </w:t>
      </w:r>
      <w:r>
        <w:t>Пункт 16 части 3 статьи 4, статьи 16, 17, 18, 19, части 1 - 10, 12 - 15 статьи 21, части 1 и 2 статьи 23, пункт 11 части 2 статьи 25, пункты 1 и 2 части 4 статьи 38 настоящего Федерального закона вступают в силу с 1 января 2015 года."</w:t>
      </w:r>
    </w:p>
    <w:p>
      <w:r>
        <w:rPr>
          <w:b/>
        </w:rPr>
        <w:t xml:space="preserve">2. </w:t>
      </w:r>
      <w:r>
        <w:t>могут не применяться ограничения, установленные частью 2 статьи 72 настоящего Федерального закона</w:t>
      </w:r>
    </w:p>
    <w:p>
      <w:r>
        <w:rPr>
          <w:b/>
        </w:rPr>
        <w:t xml:space="preserve">2. </w:t>
      </w:r>
      <w:r>
        <w:t>в запросах, предусмотренных частью 4 статьи 74 настоящего Федерального закона, заказчик указывает:</w:t>
      </w:r>
    </w:p>
    <w:p>
      <w:r>
        <w:rPr>
          <w:b/>
        </w:rPr>
        <w:t xml:space="preserve">2. </w:t>
      </w:r>
      <w:r>
        <w:t>к извещению о проведении запроса котировок и к запросам, предусмотренным частью 4 статьи 74 настоящего Федерального закона, может прилагаться проект контракта, подготовленный с учетом требований законодательства иностранного государства, на территории которого заказчик осуществляет эту закупку</w:t>
      </w:r>
    </w:p>
    <w:p>
      <w:r>
        <w:rPr>
          <w:b/>
        </w:rPr>
        <w:t xml:space="preserve">2. </w:t>
      </w:r>
      <w:r>
        <w:t>заказчик вправе отменить проведение запроса котировок до заключения контракта</w:t>
      </w:r>
    </w:p>
    <w:p>
      <w:r>
        <w:rPr>
          <w:b/>
        </w:rPr>
        <w:t xml:space="preserve">2. </w:t>
      </w:r>
      <w:r>
        <w:t>все поданные заявки на участие в запросе котировок независимо от средств связи и доставки, посредством которых такие заявки поданы, рассматриваются в соответствии с требованиями статьи 78 настоящего Федерального закона. При этом заказчик не вправе отклонять такие заявки по причине их несоответствия положениям части 2 статьи 77 настоящего Федерального закона</w:t>
      </w:r>
    </w:p>
    <w:p>
      <w:r>
        <w:rPr>
          <w:b/>
        </w:rPr>
        <w:t xml:space="preserve">2. </w:t>
      </w:r>
      <w:r>
        <w:t>размещение в единой информационной системе извещения, предусмотренного статьей 73 настоящего Федерального закона, протокола, предусмотренного статьей 78 настоящего Федерального закона, иных предусмотренных настоящим Федеральным законом информации и документов не требуется</w:t>
      </w:r>
    </w:p>
    <w:p>
      <w:r>
        <w:rPr>
          <w:b/>
        </w:rPr>
        <w:t xml:space="preserve">2. </w:t>
      </w:r>
      <w:r>
        <w:t>контракт с победителем запроса котировок заключается не позднее чем через двадцать дней с даты подписания протокола, предусмотренного статьей 78 настоящего Федерального закона."</w:t>
      </w:r>
    </w:p>
    <w:p>
      <w:r>
        <w:rPr>
          <w:b/>
        </w:rPr>
        <w:t xml:space="preserve">2. </w:t>
      </w:r>
      <w:r>
        <w:t>в статье 77:</w:t>
      </w:r>
    </w:p>
    <w:p>
      <w:r>
        <w:rPr>
          <w:b/>
        </w:rPr>
        <w:t xml:space="preserve">2. </w:t>
      </w:r>
      <w:r>
        <w:t>(Пункт утратил силу - Федеральный закон от 02.07.2021 № 360-ФЗ) 31) пункт 3 части 5 статьи 80 изложить в следующей редакции: "3) требования, предъявляемые к участникам предварительного отбора, и исчерпывающий перечень документов, которые должны быть представлены участниками предварительного отбора в соответствии с пунктом 1 части 1 статьи 31 настоящего Федерального закона, а также требование, предъявляемое к участникам предварительного отбора в соответствии с частью 11 (при наличии такого требования) статьи 31 настоящего Федерального закона;"</w:t>
      </w:r>
    </w:p>
    <w:p>
      <w:r>
        <w:rPr>
          <w:b/>
        </w:rPr>
        <w:t xml:space="preserve">2. </w:t>
      </w:r>
      <w:r>
        <w:t>(Пункт утратил силу - Федеральный закон от 02.07.2021 № 360-ФЗ) 33) (Пункт утратил силу - Федеральный закон от 02.07.2021 № 360-ФЗ) 34) (Пункт утратил силу - Федеральный закон от 02.07.2021 № 360-ФЗ) 35) (Пункт утратил силу - Федеральный закон от 02.07.2021 № 360-ФЗ) 36) в статье 93:</w:t>
      </w:r>
    </w:p>
    <w:p>
      <w:r>
        <w:rPr>
          <w:b/>
        </w:rPr>
        <w:t xml:space="preserve">2. </w:t>
      </w:r>
      <w:r>
        <w:t>в статье 94:</w:t>
      </w:r>
    </w:p>
    <w:p>
      <w:r>
        <w:rPr>
          <w:b/>
        </w:rPr>
        <w:t xml:space="preserve">2. </w:t>
      </w:r>
      <w:r>
        <w:t>предусмотренных пунктами 1 - 9, 14, 15, 17 - 23, пунктом 24 (только при осуществлении закупок для обеспечения федеральных нужд), пунктами 25, 26, 28 - 30, 32, 33, 36 части 1 статьи 93 настоящего Федерального закона</w:t>
      </w:r>
    </w:p>
    <w:p>
      <w:r>
        <w:rPr>
          <w:b/>
        </w:rPr>
        <w:t xml:space="preserve">2. </w:t>
      </w:r>
      <w:r>
        <w:t>осуществления закупок услуг экспертов, экспертных организаций</w:t>
      </w:r>
    </w:p>
    <w:p>
      <w:r>
        <w:rPr>
          <w:b/>
        </w:rPr>
        <w:t xml:space="preserve">2. </w:t>
      </w:r>
      <w:r>
        <w:t>если результатом предусмотренной контрактом выполненной работы являются проектная документация объекта капитального строительства и (или) результаты инженерных изысканий, прошедшие государственную или негосударственную экспертизу, проведение которой обязательно в соответствии с положениями законодательства Российской Федерации.";</w:t>
      </w:r>
    </w:p>
    <w:p>
      <w:r>
        <w:rPr>
          <w:b/>
        </w:rPr>
        <w:t xml:space="preserve">2. </w:t>
      </w:r>
      <w:r>
        <w:t>в статье 95:</w:t>
      </w:r>
    </w:p>
    <w:p>
      <w:r>
        <w:rPr>
          <w:b/>
        </w:rPr>
        <w:t xml:space="preserve">2. </w:t>
      </w:r>
      <w:r>
        <w:t>в статье 96:</w:t>
      </w:r>
    </w:p>
    <w:p>
      <w:r>
        <w:rPr>
          <w:b/>
        </w:rPr>
        <w:t xml:space="preserve">2. </w:t>
      </w:r>
      <w:r>
        <w:t>заключения контракта с участником закупки, который является государственным или муниципальным казенным учреждением</w:t>
      </w:r>
    </w:p>
    <w:p>
      <w:r>
        <w:rPr>
          <w:b/>
        </w:rPr>
        <w:t xml:space="preserve">2. </w:t>
      </w:r>
      <w:r>
        <w:t>осуществления закупки услуги по предоставлению кредита</w:t>
      </w:r>
    </w:p>
    <w:p>
      <w:r>
        <w:rPr>
          <w:b/>
        </w:rPr>
        <w:t xml:space="preserve">2. </w:t>
      </w:r>
      <w:r>
        <w:t>заключения бюджетным учреждением контракта, предметом которого является выдача банковской гарантии."</w:t>
      </w:r>
    </w:p>
    <w:p>
      <w:r>
        <w:rPr>
          <w:b/>
        </w:rPr>
        <w:t xml:space="preserve">2. </w:t>
      </w:r>
      <w:r>
        <w:t>в статье 97:</w:t>
      </w:r>
    </w:p>
    <w:p>
      <w:r>
        <w:rPr>
          <w:b/>
        </w:rPr>
        <w:t xml:space="preserve">2. </w:t>
      </w:r>
      <w:r>
        <w:t>в части 271 статьи 99 цифры "111" заменить цифрами "112"</w:t>
      </w:r>
    </w:p>
    <w:p>
      <w:r>
        <w:rPr>
          <w:b/>
        </w:rPr>
        <w:t xml:space="preserve">2. </w:t>
      </w:r>
      <w:r>
        <w:t>информацию, предусмотренную пунктами 1 - 5 части 1 статьи 73 настоящего Федерального закона. При этом к участнику закупки заказчик предъявляет требования, которые установлены к лицам, осуществляющим поставку товара, выполнение работы или оказание услуги, являющихся объектом закупки, в том числе с учетом требований законодательства иностранного государства, на территории которого заказчик осуществляет эту закупку</w:t>
      </w:r>
    </w:p>
    <w:p>
      <w:r>
        <w:rPr>
          <w:b/>
        </w:rPr>
        <w:t xml:space="preserve">2. </w:t>
      </w:r>
      <w:r>
        <w:t>в части 7 статьи 106 первое предложение изложить в следующей редакции: "Контрольный орган в сфере закупок вправе приостановить определение поставщика (подрядчика, исполнителя) в части заключения контракта до рассмотрения жалобы по существу, направив заказчику, оператору электронной площадки, в уполномоченный орган, уполномоченное учреждение, специализированную организацию, комиссию по осуществлению закупок требование о приостановлении определения поставщика (подрядчика, исполнителя) в части заключения контракта до рассмотрения жалобы по существу, которое является для них обязательным."</w:t>
      </w:r>
    </w:p>
    <w:p>
      <w:r>
        <w:rPr>
          <w:b/>
        </w:rPr>
        <w:t xml:space="preserve">2. </w:t>
      </w:r>
      <w:r>
        <w:t>информацию о возможности подачи заявок на участие в запросе котировок с использованием любых средств связи и доставки, в том числе в письменной форме в запечатанном конверте, не позволяющем просматривать содержание такой заявки до вскрытия конверта, или в форме электронного документа</w:t>
      </w:r>
    </w:p>
    <w:p>
      <w:r>
        <w:rPr>
          <w:b/>
        </w:rPr>
        <w:t xml:space="preserve">2. </w:t>
      </w:r>
      <w:r>
        <w:t>главу 7 дополнить статьей 1111 следующего содержания: "Статья 1111. Особенности планирования и осуществления закупок на территории иностранного государства для обеспечения деятельности заказчиков, осуществляющих деятельность на территории иностранного государства Заказчики, осуществляющие деятельность на территории иностранного государства, при закупке на территории иностранного государства товаров, работ, услуг вправе:</w:t>
      </w:r>
    </w:p>
    <w:p>
      <w:r>
        <w:rPr>
          <w:b/>
        </w:rPr>
        <w:t xml:space="preserve">2. </w:t>
      </w:r>
      <w:r>
        <w:t>не руководствоваться положениями статей 28, 30, 34 - 37, 41, 44, 45, 103 настоящего Федерального закона</w:t>
      </w:r>
    </w:p>
    <w:p>
      <w:r>
        <w:rPr>
          <w:b/>
        </w:rPr>
        <w:t xml:space="preserve">2. </w:t>
      </w:r>
      <w:r>
        <w:t>не размещать в единой информационной системе информацию, предусмотренную настоящим Федеральным законом."</w:t>
      </w:r>
    </w:p>
    <w:p>
      <w:r>
        <w:rPr>
          <w:b/>
        </w:rPr>
        <w:t xml:space="preserve">2. </w:t>
      </w:r>
      <w:r>
        <w:t>в статье 112:</w:t>
      </w:r>
    </w:p>
    <w:p>
      <w:r>
        <w:rPr>
          <w:b/>
        </w:rPr>
        <w:t xml:space="preserve">2. </w:t>
      </w:r>
      <w:r>
        <w:t>части 12 и 2 статьи 114 изложить в следующей редакции: "12. Часть 26 статьи 34, статья 35 настоящего Федерального закона вступают в силу с 1 июля 2014 года</w:t>
      </w:r>
    </w:p>
    <w:p>
      <w:r>
        <w:rPr>
          <w:b/>
        </w:rPr>
        <w:t xml:space="preserve">2. </w:t>
      </w:r>
      <w:r>
        <w:t>часть 2 изложить в следующей редакции: "2. Заявка на участие в запросе котировок подается заказчику в письменной форме в запечатанном конверте, не позволяющем просматривать содержание такой заявки до вскрытия конверта, или в форме электронного документа до даты и времени вскрытия конвертов с заявками на участие в запросе котировок и открытия доступа к поданным в форме электронных документов заявкам на участие в запросе котировок, указанных в извещении о проведении запроса котировок."</w:t>
      </w:r>
    </w:p>
    <w:p>
      <w:r>
        <w:rPr>
          <w:b/>
        </w:rPr>
        <w:t xml:space="preserve">2. </w:t>
      </w:r>
      <w:r>
        <w:t>в части 4 в первом предложении слово "(или)" исключить</w:t>
      </w:r>
    </w:p>
    <w:p>
      <w:r>
        <w:rPr>
          <w:b/>
        </w:rPr>
        <w:t xml:space="preserve">2. </w:t>
      </w:r>
      <w:r>
        <w:t>в части 1: пункт 1 дополнить словами ", а также услуг центрального депозитария"; в пункте 4 слова "При этом совокупный годовой объем закупок, который заказчик вправе осуществить на основании настоящего пункта, не превышает пять процентов размера средств, предусмотренных на осуществление всех закупок заказчика в соответствии с планом-графиком, и составляет не более чем пятьдесят миллионов рублей в год. Указанные ограничения в части установления предельных значений для определения размера средств не распространяются на закупки товаров, работ, услуг, осуществляемые заказчиками для нужд сельских поселений;" заменить словами "При этом годовой объем закупок, которые заказчик вправе осуществить на основании настоящего пункта, не должен превышать два миллиона рублей или не должен превышать пять процентов совокупного годового объема закупок заказчика и не должен составлять более чем пятьдесят миллионов рублей. Указанные ограничения годового объема закупок, которые заказчик вправе осуществить на основании настоящего пункта, не применяются в отношении закупок, осуществляемых заказчиками для обеспечения муниципальных нужд сельских поселений. В отношении федерального органа исполнительной власти, осуществляющего закупки для обеспечения федеральных нужд государственных органов, образованных для обеспечения деятельности Президента Российской Федерации, Правительства Российской Федерации, расчет указанных ограничений годового объема закупок, которые заказчик вправе осуществить на основании настоящего пункта, производится раздельно для такого федерального органа исполнительной власти и каждого такого государственного органа;"; в пункте 5 слова "При этом совокупный годовой объем закупок, который заказчик вправе осуществить на основании настоящего пункта, не превышает пятьдесят процентов размера средств, предусмотренных на осуществление всех закупок заказчика в соответствии с планом-графиком, и составляет не более чем двадцать миллионов рублей в год;" заменить словами "При этом годовой объем закупок, которые заказчик вправе осуществить на основании настоящего пункта, не должен превышать пятьдесят процентов совокупного годового объема закупок заказчика и не должен составлять более чем двадцать миллионов рублей;"; пункт 14 после слов "или электронных изданий" дополнить словами "(в том числе используемых в них программно-технических средств и средств защиты информации)", после слов "доступа к" дополнить словом "таким"; пункт 20 после слов "эксплуатация компьютерного оборудования," дополнить словами "оргтехники, звукотехнического оборудования (в том числе для обеспечения синхронного перевода),"; в пункте 21 после слов "эксплуатация компьютерного оборудования," дополнить словами "оргтехники, звукотехнического оборудования (в том числе для обеспечения синхронного перевода),", слова "предоставление безопасного питания" заменить словами "предоставление питания (включая безопасное питание"; пункт 24 изложить в следующей редакции: "24) признание определения поставщика (подрядчика, исполнителя) закрытым способом несостоявшимся и принятие заказчиком решения о заключении контракта с единственным поставщиком (подрядчиком, исполнителем) в соответствии с положениями части 9 статьи 89 и статьи 92 настоящего Федерального закона по согласованию с уполномоченным Правительством Российской Федерации на осуществление данных функций федеральным органом исполнительной власти. При этом контракт должен быть заключен с единственным поставщиком (подрядчиком, исполнителем) на условиях, предусмотренных документацией о закупке, по цене, предложенной участником закупки, с которым заключается контракт. Такая цена не должна превышать начальную (максимальную) цену контракта или цену контракта, предложенную в заявке соответствующего участника закупки. Обращение заказчика о согласовании заключения контракта с единственным поставщиком (подрядчиком, исполнителем) направляется в указанный федеральный орган исполнительной власти в срок не позднее чем в течение десяти дней с даты подписания соответствующих протоколов, содержащих информацию о признании определения поставщика (подрядчика, исполнителя) закрытым способом несостоявшимся. При этом срок согласования не должен быть более чем десять рабочих дней с даты поступления обращения о согласовании заключения контракта с единственным поставщиком (подрядчиком, исполнителем). Контракт с единственным поставщиком (подрядчиком, исполнителем) заключается в срок не более чем двадцать дней с даты получения заказчиком согласования. Порядок согласования заключения контракта с единственным поставщиком (подрядчиком, исполнителем) устанавливается федеральным органом исполнительной власти по регулированию контрактной системы в сфере закупок;"; пункт 25 изложить в следующей редакции: "25) признание несостоявшимися открытого конкурса, конкурса с ограниченным участием, двухэтапного конкурса, повторного конкурса, электронного аукциона, запроса котировок, запроса предложений в соответствии с частями 1 и 7 статьи 55, частями 1 - 31 статьи 71, частями 1 и 3 статьи 79, частью 18 статьи 83 настоящего Федерального закона. Согласование заключения контракта в указанных случаях, за исключением случаев заключения контрактов в соответствии с частями 1 и 3 статьи 79 настоящего Федерального закона, проводится при осуществлении закупок для обеспечения федеральных нужд, нужд субъекта Российской Федерации, муниципальных нужд соответственно с федеральным органом исполнительной власти, уполномоченным на осуществление контроля в сфере закупок, или контрольным органом в сфере государственного оборонного заказа, органом исполнительной власти субъекта Российской Федерации, органом местного самоуправления муниципального района или органом местного самоуправления городского округа, уполномоченными на осуществление контроля в сфере закупок. В соответствии с настоящим пунктом контракт должен быть заключен с единственным поставщиком (подрядчиком, исполнителем) на условиях, предусмотренных документацией о закупке, по цене, предложенной участником закупки, с которым заключается контракт. Такая цена не должна превышать начальную (максимальную) цену контракта, цену контракта, предложенную в заявке соответствующего участника закупки, или цену контракта, предложенную соответствующим участником закупки при проведении электронного аукциона. Обращение заказчика о согласовании заключения контракта с единственным поставщиком (подрядчиком, исполнителем) направляется в контрольный орган в сфере закупок в срок не позднее чем в течение десяти дней с даты размещения в единой информационной системе соответствующих протоколов, содержащих информацию о признании определения поставщика (подрядчика, исполнителя) несостоявшимся. При этом срок согласования не должен быть более чем десять рабочих дней с даты поступления указанного обращения. Контракт с единственным поставщиком (подрядчиком, исполнителем) заключается в срок не более чем двадцать дней с даты получения заказчиком такого согласования или в случаях, предусмотренных частями 1 и 3 статьи 79 настоящего Федерального закона, в срок, установленный частью 13 статьи 78 настоящего Федерального закона. Порядок согласования заключения контракта с единственным поставщиком (подрядчиком, исполнителем) устанавливается федеральным органом исполнительной власти по регулированию контрактной системы в сфере закупок;"; в пункте 30 после слова "предложениям" дополнить словами "Центральной избирательной комиссии Российской Федерации,", слова "муниципальных образованиях с числом избирателей свыше двухсот тысяч человек" заменить словами "муниципальных образованиях, являющихся административными центрами (столицами) субъектов Российской Федерации, за исключением случаев, установленных пунктом 6 части 2 статьи 1 настоящего Федерального закона"; пункт 32 изложить в следующей редакции: "32) аренда нежилого здания, строения, сооружения, нежилого помещения для обеспечения федеральных нужд, нужд субъекта Российской Федерации, муниципальных нужд, а также аренда жилых помещений, находящихся на территории иностранного государства, заказчиками, осуществляющими деятельность на территории иностранного государства;"; дополнить пунктом 35 следующего содержания: "35) заключение организациями, осуществляющими образовательную деятельность и признанными в соответствии с законодательством об образовании федеральными или региональными инновационными площадками, контрактов на поставки оборудования (в том числе его техническую эксплуатацию), программного обеспечения, необходимых для внедрения научно-технических результатов и результатов интеллектуальной деятельности, с обладателем исключительных прав на такие оборудование и программное обеспечение за счет средств, выделенных на развитие инновационной инфраструктуры в системе образования;"; дополнить пунктом 36 следующего содержания: "36) заключение бюджетным учреждением контракта, предметом которого является выдача банковской гарантии;"; дополнить пунктом 37 следующего содержания: "37) осуществление закупок изделий народных художественных промыслов признанного художественного достоинства, образцы которых зарегистрированы в порядке, установленном уполномоченным Правительством Российской Федерации федеральным органом исполнительной власти."</w:t>
      </w:r>
    </w:p>
    <w:p>
      <w:r>
        <w:rPr>
          <w:b/>
        </w:rPr>
        <w:t xml:space="preserve">2. </w:t>
      </w:r>
      <w:r>
        <w:t>часть 3 дополнить предложением следующего содержания: "Положения настоящей части не распространяются на случаи осуществления закупки у единственного поставщика (подрядчика, исполнителя), предусмотренные пунктами 1, 2, 4, 5, 7, 8, 15, 16, 19 - 21, 24 - 26, 28, 29, 33, 36 части 1 настоящей статьи."</w:t>
      </w:r>
    </w:p>
    <w:p>
      <w:r>
        <w:rPr>
          <w:b/>
        </w:rPr>
        <w:t xml:space="preserve">2. </w:t>
      </w:r>
      <w:r>
        <w:t>часть 4 дополнить словами ", за исключением случаев осуществления закупки у единственного поставщика (подрядчика, исполнителя), при которых документальное оформление отчета, предусмотренного частью 3 настоящей статьи, не требуется"</w:t>
      </w:r>
    </w:p>
    <w:p>
      <w:r>
        <w:rPr>
          <w:b/>
        </w:rPr>
        <w:t xml:space="preserve">2. </w:t>
      </w:r>
      <w:r>
        <w:t>часть 4 изложить в следующей редакции: "4. Заказчик обязан привлекать экспертов, экспертные организации к проведению экспертизы поставленного товара, выполненной работы или оказанной услуги, если закупка осуществляется у единственного поставщика (подрядчика, исполнителя), за исключением случаев:</w:t>
      </w:r>
    </w:p>
    <w:p>
      <w:r>
        <w:rPr>
          <w:b/>
        </w:rPr>
        <w:t xml:space="preserve">2. </w:t>
      </w:r>
      <w:r>
        <w:t>дополнить частью 41 следующего содержания: "41. Правительство Российской Федерации вправе определить иные случаи обязательного проведения экспертами, экспертными организациями экспертизы предусмотренных контрактом поставленных товаров, выполненных работ, оказанных услуг."</w:t>
      </w:r>
    </w:p>
    <w:p>
      <w:r>
        <w:rPr>
          <w:b/>
        </w:rPr>
        <w:t xml:space="preserve">2. </w:t>
      </w:r>
      <w:r>
        <w:t>абзац первый части 9 после слов "исполнения контракта" дополнить словами "(за исключением контракта, заключенного в соответствии с пунктом 4 или 5 части 1 статьи 93 настоящего Федерального закона)"</w:t>
      </w:r>
    </w:p>
    <w:p>
      <w:r>
        <w:rPr>
          <w:b/>
        </w:rPr>
        <w:t xml:space="preserve">2. </w:t>
      </w:r>
      <w:r>
        <w:t>в части 12 слова "в течение одного рабочего дня, следующего за датой" заменить словами "не позднее чем в течение трех рабочих дней с даты"</w:t>
      </w:r>
    </w:p>
    <w:p>
      <w:r>
        <w:rPr>
          <w:b/>
        </w:rPr>
        <w:t xml:space="preserve">2. </w:t>
      </w:r>
      <w:r>
        <w:t>часть 15 после слов "не соответствует установленным" дополнить словами "извещением о проведении запроса котировок,"</w:t>
      </w:r>
    </w:p>
    <w:p>
      <w:r>
        <w:rPr>
          <w:b/>
        </w:rPr>
        <w:t xml:space="preserve">2. </w:t>
      </w:r>
      <w:r>
        <w:t>в части 20 слова "в течение одного рабочего дня, следующего за датой" заменить словами "не позднее чем в течение трех рабочих дней с даты"</w:t>
      </w:r>
    </w:p>
    <w:p>
      <w:r>
        <w:rPr>
          <w:b/>
        </w:rPr>
        <w:t xml:space="preserve">2. </w:t>
      </w:r>
      <w:r>
        <w:t>в части 2 цифру "5," исключить</w:t>
      </w:r>
    </w:p>
    <w:p>
      <w:r>
        <w:rPr>
          <w:b/>
        </w:rPr>
        <w:t xml:space="preserve">2. </w:t>
      </w:r>
      <w:r>
        <w:t>часть 8 изложить в следующей редакции: "8. Положения настоящего Федерального закона об обеспечении исполнения контракта не применяются в случае:</w:t>
      </w:r>
    </w:p>
    <w:p>
      <w:r>
        <w:rPr>
          <w:b/>
        </w:rPr>
        <w:t xml:space="preserve">2. </w:t>
      </w:r>
      <w:r>
        <w:t>часть 4 изложить в следующей редакции: "4. Мониторинг закупок для обеспечения государственных и муниципальных нужд обеспечивается федеральным органом исполнительной власти по регулированию контрактной системы в сфере закупок в порядке, установленном Правительством Российской Федерации."</w:t>
      </w:r>
    </w:p>
    <w:p>
      <w:r>
        <w:rPr>
          <w:b/>
        </w:rPr>
        <w:t xml:space="preserve">2. </w:t>
      </w:r>
      <w:r>
        <w:t>часть 8 изложить в следующей редакции: "8. В соответствии с актами высших исполнительных органов государственной власти субъектов Российской Федерации, местных администраций органами исполнительной власти субъектов Российской Федерации по регулированию контрактной системы в сфере закупок, органами местного самоуправления может осуществляться мониторинг закупок для обеспечения соответственно нужд субъектов Российской Федерации и муниципальных нужд."</w:t>
      </w:r>
    </w:p>
    <w:p>
      <w:r>
        <w:rPr>
          <w:b/>
        </w:rPr>
        <w:t xml:space="preserve">2. </w:t>
      </w:r>
      <w:r>
        <w:t>часть 10 признать утратившей силу</w:t>
      </w:r>
    </w:p>
    <w:p>
      <w:r>
        <w:rPr>
          <w:b/>
        </w:rPr>
        <w:t xml:space="preserve">2. </w:t>
      </w:r>
      <w:r>
        <w:t>пункт 1 части 3 признать утратившим силу</w:t>
      </w:r>
    </w:p>
    <w:p>
      <w:r>
        <w:rPr>
          <w:b/>
        </w:rPr>
        <w:t xml:space="preserve">2. </w:t>
      </w:r>
      <w:r>
        <w:t>дополнить частью 29 следующего содержания: "29. Требования о проведении экспертизы, предусмотренные частями 3 и 4 статьи 94 настоящего Федерального закона, требования о подготовке отчета заказчика, предусмотренные частью 9 статьи 94 настоящего Федерального закона, не применяются к закупкам товаров, работ, услуг, извещения об осуществлении которых размещены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или приглашения принять участие в которых направлены до дня вступления в силу настоящего Федерального закона."</w:t>
      </w:r>
    </w:p>
    <w:p>
      <w:r>
        <w:rPr>
          <w:b/>
        </w:rPr>
        <w:t xml:space="preserve">2. </w:t>
      </w:r>
      <w:r>
        <w:t>дополнить частью 30 следующего содержания: "30. При определении объема закупок, предусмотренного частью 1 статьи 30 настоящего Федерального закона, в расчет совокупного годового объема закупок не включаются закупки, извещения об осуществлении которых размещены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до дня вступления в силу настоящего Федерального закона."</w:t>
      </w:r>
    </w:p>
    <w:p>
      <w:r>
        <w:rPr>
          <w:b/>
        </w:rPr>
        <w:t xml:space="preserve">2. </w:t>
      </w:r>
      <w:r>
        <w:t>дополнить частью 31 следующего содержания: "31. До 1 января 2015 года требования статьи 45 настоящего Федерального закона в части включения банковской гарантии, а также информации и документов, предусмотренных частью 9 указанной статьи, в реестр банковских гарантий не распространяются на банковские гарантии, предоставляемые в качестве обеспечения заявок на участие в определении поставщика (подрядчика, исполнителя) закрытым способом, применяемым при осуществлении закупок, сведения о которых составляют государственную тайну, или в качестве обеспечения исполнения контракта, содержащего сведения, составляющие государственную тайну. Заказчики не вправе отказать в принятии таких банковских гарантий по основанию, указанному в пункте 1 части 6 статьи 45 настоящего Федерального закона."</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Действие положений статьи 30, части 2 статьи 72, пунктов 4 и 5 части 1 статьи 93 и части 4 статьи 94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редакции настоящего Федерального закона) распространяется на правоотношения, возникшие с 1 января 2014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