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органах судейского сообщества Республики Крым и города федерального значения Севастополя</w:t>
      </w:r>
    </w:p>
    <w:p>
      <w:r>
        <w:rPr>
          <w:b/>
        </w:rPr>
        <w:t>Статья 1. Общие положения</w:t>
      </w:r>
    </w:p>
    <w:p>
      <w:r>
        <w:t>Формирование органов судейского сообщества Республики Крым и города федерального значения Севастополя осуществляется в порядке, установленном Федеральным конституционным законом от 31 декабря 1996 года № 1-ФКЗ "О судебной системе Российской Федерации", Федеральным законом от 14 марта 2002 года № 30-ФЗ "Об органах судейского сообщества в Российской Федерации" (далее - Федеральный закон "Об органах судейского сообщества в Российской Федерации") и настоящим Федеральным законом.</w:t>
      </w:r>
    </w:p>
    <w:p>
      <w:r>
        <w:rPr>
          <w:b/>
        </w:rPr>
        <w:t>Статья 2. Конференции судей Республики Крым и города федерального значения Севастополя</w:t>
      </w:r>
    </w:p>
    <w:p>
      <w:r>
        <w:rPr>
          <w:b/>
        </w:rPr>
        <w:t xml:space="preserve">1. </w:t>
      </w:r>
      <w:r>
        <w:t>Порядок избрания делегатов на первую конференцию судей Республики Крым и первую конференцию судей города федерального значения Севастополя, нормы их представительства от соответствующих судов и порядок созыва и проведения таких конференций утверждаются Президиумом Совета судей Российской Федерации в соответствии со статьей 7 Федерального закона "Об органах судейского сообщества в Российской Федерации"</w:t>
      </w:r>
    </w:p>
    <w:p>
      <w:r>
        <w:rPr>
          <w:b/>
        </w:rPr>
        <w:t xml:space="preserve">2. </w:t>
      </w:r>
      <w:r>
        <w:t>Обязанности председательствующего на первой конференции судей Республики Крым и первой конференции судей города федерального значения Севастополя возлагаются на председателя Совета судей Российской Федерации</w:t>
      </w:r>
    </w:p>
    <w:p>
      <w:r>
        <w:rPr>
          <w:b/>
        </w:rPr>
        <w:t xml:space="preserve">3. </w:t>
      </w:r>
      <w:r>
        <w:t>Последующие конференции судей Республики Крым и судей города федерального значения Севастополя созываются и проводятся в порядке, установленном статьей 7 Федерального закона "Об органах судейского сообщества в Российской Федерации"</w:t>
      </w:r>
    </w:p>
    <w:p>
      <w:r>
        <w:rPr>
          <w:b/>
        </w:rPr>
        <w:t>Статья 3. Советы судей Республики Крым и города федерального значения Севастополя</w:t>
      </w:r>
    </w:p>
    <w:p>
      <w:r>
        <w:rPr>
          <w:b/>
        </w:rPr>
        <w:t xml:space="preserve">1. </w:t>
      </w:r>
      <w:r>
        <w:t>Совет судей Республики Крым и совет судей города федерального значения Севастополя избираются соответственно первой конференцией судей Республики Крым и первой конференцией судей города федерального значения Севастополя в порядке, установленном пунктом 4 статьи 8 Федерального закона "Об органах судейского сообщества в Российской Федерации"</w:t>
      </w:r>
    </w:p>
    <w:p>
      <w:r>
        <w:rPr>
          <w:b/>
        </w:rPr>
        <w:t xml:space="preserve">2. </w:t>
      </w:r>
      <w:r>
        <w:t>Избрание мировых судей в совет судей Республики Крым и в совет судей города федерального значения Севастополя осуществляется после вступления в силу федерального закона, определяющего общее число мировых судей и количество судебных участков в Республике Крым и в городе федерального значения Севастополе</w:t>
      </w:r>
    </w:p>
    <w:p>
      <w:r>
        <w:rPr>
          <w:b/>
        </w:rPr>
        <w:t>Статья 4. Квалификационные коллегии судей Республики Крым и города федерального значения Севастополя</w:t>
      </w:r>
    </w:p>
    <w:p>
      <w:r>
        <w:rPr>
          <w:b/>
        </w:rPr>
        <w:t xml:space="preserve">1. </w:t>
      </w:r>
      <w:r>
        <w:t>Квалификационная коллегия судей Республики Крым и квалификационная коллегия судей города федерального значения Севастополя формируются в соответствии с пунктом 4 статьи 11 Федерального закона "Об органах судейского сообщества в Российской Федерации"</w:t>
      </w:r>
    </w:p>
    <w:p>
      <w:r>
        <w:rPr>
          <w:b/>
        </w:rPr>
        <w:t xml:space="preserve">2. </w:t>
      </w:r>
      <w:r>
        <w:t>Судьи в состав квалификационной коллегии судей Республики Крым и в состав квалификационной коллегии судей города федерального значения Севастополя избираются соответственно на первой конференции судей Республики Крым и первой конференции судей города федерального значения Севастополя в порядке, установленном пунктами 6 и 7 статьи 11 Федерального закона "Об органах судейского сообщества в Российской Федерации"</w:t>
      </w:r>
    </w:p>
    <w:p>
      <w:r>
        <w:rPr>
          <w:b/>
        </w:rPr>
        <w:t xml:space="preserve">3. </w:t>
      </w:r>
      <w:r>
        <w:t>Избрание мировых судей в состав квалификационной коллегии судей Республики Крым и в состав квалификационной коллегии судей города федерального значения Севастополя осуществляется после вступления в силу федерального закона, определяющего общее число мировых судей и количество судебных участков в Республике Крым и в городе федерального значения Севастополе</w:t>
      </w:r>
    </w:p>
    <w:p>
      <w:r>
        <w:rPr>
          <w:b/>
        </w:rPr>
        <w:t xml:space="preserve">4. </w:t>
      </w:r>
      <w:r>
        <w:t>До завершения формирования квалификационной коллегии судей Республики Крым и квалификационной коллегии судей города федерального значения Севастополя их полномочия, предусмотренные статьей 19 Федерального закона "Об органах судейского сообщества в Российской Федерации", осуществляет Высшая квалификационная коллегия судей Российской Федерации в соответствии с подпунктом 10 пункта 2 статьи 17 Федерального закона "Об органах судейского сообщества в Российской Федерации"</w:t>
      </w:r>
    </w:p>
    <w:p>
      <w:r>
        <w:rPr>
          <w:b/>
        </w:rPr>
        <w:t>Статья 5. Экзаменационные комиссии Республики Крым и города федерального значения Севастополя по приему квалификационного экзамена на должность судьи</w:t>
      </w:r>
    </w:p>
    <w:p>
      <w:r>
        <w:rPr>
          <w:b/>
        </w:rPr>
        <w:t xml:space="preserve">1. </w:t>
      </w:r>
      <w:r>
        <w:t>Экзаменационная комиссия Республики Крым по приему квалификационного экзамена на должность судьи и экзаменационная комиссия города федерального значения Севастополя по приему квалификационного экзамена на должность судьи формируются в соответствии со статьей 111 Федерального закона "Об органах судейского сообщества в Российской Федерации"</w:t>
      </w:r>
    </w:p>
    <w:p>
      <w:r>
        <w:rPr>
          <w:b/>
        </w:rPr>
        <w:t xml:space="preserve">2. </w:t>
      </w:r>
      <w:r>
        <w:t>Члены экзаменационной комиссии Республики Крым по приему квалификационного экзамена на должность судьи и члены экзаменационной комиссии города федерального значения Севастополя по приему квалификационного экзамена на должность судьи избираются соответственно на первой конференции судей Республики Крым и первой конференции судей города федерального значения Севастополя в порядке, установленном пунктом 6 статьи 111 Федерального закона "Об органах судейского сообщества в Российской Федерации"</w:t>
      </w:r>
    </w:p>
    <w:p>
      <w:r>
        <w:rPr>
          <w:b/>
        </w:rPr>
        <w:t xml:space="preserve">3. </w:t>
      </w:r>
      <w:r>
        <w:t>До завершения формирования экзаменационной комиссии Республики Крым по приему квалификационного экзамена на должность судьи и экзаменационной комиссии города федерального значения Севастополя по приему квалификационного экзамена на должность судьи их полномочия, предусмотренные статьей 261 Федерального закона "Об органах судейского сообщества в Российской Федерации" и пунктом 4 статьи 5 Закона Российской Федерации от 26 июня 1992 года № 3132-I "О статусе судей в Российской Федерации", осуществляет Высшая экзаменационная комиссия по приему квалификационного экзамена на должность судьи</w:t>
      </w:r>
    </w:p>
    <w:p>
      <w:r>
        <w:rPr>
          <w:b/>
        </w:rPr>
        <w:t>Статья 6. Обеспечение деятельности органов судейского сообщества Республики Крым и города федерального значения Севастополя</w:t>
      </w:r>
    </w:p>
    <w:p>
      <w:r>
        <w:rPr>
          <w:b/>
        </w:rPr>
        <w:t xml:space="preserve">1. </w:t>
      </w:r>
      <w:r>
        <w:t>Обеспечение деятельности органов судейского сообщества Республики Крым и города федерального значения Севастополя осуществляется в порядке, установленном главой IV Федерального закона "Об органах судейского сообщества в Российской Федерации"</w:t>
      </w:r>
    </w:p>
    <w:p>
      <w:r>
        <w:rPr>
          <w:b/>
        </w:rPr>
        <w:t xml:space="preserve">2. </w:t>
      </w:r>
      <w:r>
        <w:t>Организационное обеспечение проведения первой конференции судей Республики Крым и первой конференции судей города федерального значения Севастополя осуществляет Судебный департамент при Верховном Суде Российской Федерации</w:t>
      </w:r>
    </w:p>
    <w:p>
      <w:r>
        <w:rPr>
          <w:b/>
        </w:rPr>
        <w:t xml:space="preserve">3.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и в пределах бюджетных ассигнований федерального бюджета, предусматриваемых Судебному департаменту при Верховном Суде Российской Федерации на финансирование обеспечения деятельности судебной системы Российской Федерации</w:t>
      </w:r>
    </w:p>
    <w:p>
      <w:r>
        <w:rPr>
          <w:b/>
        </w:rPr>
        <w:t>Статья 7. Заключительные положения</w:t>
      </w:r>
    </w:p>
    <w:p>
      <w:r>
        <w:t>Формирование органов судейского сообщества Республики Крым и города федерального значения Севастополя осуществляется до 1 июля 2015 года.</w:t>
      </w:r>
    </w:p>
    <w:p>
      <w:r>
        <w:rPr>
          <w:b/>
        </w:rPr>
        <w:t>Статья 8.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