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Армения о развитии военно-технического сотрудничества</w:t>
      </w:r>
    </w:p>
    <w:p>
      <w:r>
        <w:rPr>
          <w:b/>
        </w:rPr>
        <w:t>Статья None. Федеральный закон   от 28.06.2014 № 174-ФЗ</w:t>
      </w:r>
    </w:p>
    <w:p>
      <w:r>
        <w:t>О ратификации Договора между Российской Федерацией и Республикой Армения о развитии военно-технического сотрудничества РОССИЙСКАЯ ФЕДЕРАЦИЯ ФЕДЕРАЛЬНЫЙ ЗАКОН О ратификации Договора между Российской Федерацией и Республикой Армения о развитии военно-технического сотрудничества Принят Государственной Думой 20 июня 2014 года Одобрен Советом Федерации 25 июня 2014 года Ратифицировать Договор между Российской Федерацией и Республикой Армения о развитии военно-технического сотрудничества, подписанный в городе Ереване 25 июня 2013 года. Президент Российской Федерации В.Путин Москва, Кремль 28 июня 2014 года № 174-ФЗ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