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100 Жилищного кодекса Российской Федерации и статью 39 Федерального закона "Об образовании в Российской Федерации"</w:t>
      </w:r>
    </w:p>
    <w:p>
      <w:r>
        <w:rPr>
          <w:b/>
        </w:rPr>
        <w:t>Статья 1</w:t>
      </w:r>
    </w:p>
    <w:p>
      <w:r>
        <w:t>Часть 5 статьи 100 Жилищного кодекса Российской Федерации (Собрание законодательства Российской Федерации, 2005, № 1, ст. 14; 2008, № 30, ст. 3616; 2010, № 31, ст. 4206) дополнить словами ", если иное не установлено другими федеральными законами".</w:t>
      </w:r>
    </w:p>
    <w:p>
      <w:r>
        <w:rPr>
          <w:b/>
        </w:rPr>
        <w:t>Статья 2</w:t>
      </w:r>
    </w:p>
    <w:p>
      <w:r>
        <w:t>Статью 39 Федерального закона от 29 декабря 2012 года № 273-ФЗ "Об образовании в Российской Федерации" (Собрание законодательства Российской Федерации, 2012, № 53, ст. 7598) изложить в следующей редакции: "Статья 39. Предоставление жилых помещений в общежитиях 1. Нуждающимся в жилых помещениях в общежитиях обучающимся по основным образовательным программам среднего профессионального и высшего образования по очной форме обучения и на период прохождения промежуточной и итоговой аттестации обучающимся по данным образовательным программам по заочной форме обучения организациями, осуществляющими образовательную деятельность, предоставляются жилые помещения в общежитиях при наличии соответствующего жилищного фонда у этих организаций.</w:t>
      </w:r>
    </w:p>
    <w:p>
      <w:r>
        <w:rPr>
          <w:b/>
        </w:rPr>
        <w:t xml:space="preserve">2. </w:t>
      </w:r>
      <w:r>
        <w:t>Жилые помещения в общежитиях предоставляются обучающимся в порядке, установленном локальными нормативными актами организаций, осуществляющих образовательную деятельность. Обучающимся, указанным в части 5 статьи 36 настоящего Федерального закона, жилые помещения в общежитиях предоставляются в первоочередном порядке. С каждым обучающимся, проживающим в жилом помещении в общежитии, заключается договор найма жилого помещения в общежитии в порядке, установленном жилищным законодательством. При наличии обучающихся, нуждающихся в жилых помещениях в общежитиях, не допускается использование таких жилых помещений для целей, не связанных с проживанием в них обучающихся</w:t>
      </w:r>
    </w:p>
    <w:p>
      <w:r>
        <w:rPr>
          <w:b/>
        </w:rPr>
        <w:t xml:space="preserve">3. </w:t>
      </w:r>
      <w:r>
        <w:t>Наниматели жилых помещений в общежитиях, входящих в жилищный фонд организаций, осуществляющих образовательную деятельность, по договорам найма жилого помещения в общежитии вносят плату за пользование жилым помещением (плату за наем) и плату за коммунальные услуги</w:t>
      </w:r>
    </w:p>
    <w:p>
      <w:r>
        <w:rPr>
          <w:b/>
        </w:rPr>
        <w:t xml:space="preserve">4. </w:t>
      </w:r>
      <w:r>
        <w:t>Размер платы за пользование жилым помещением (платы за наем) в общежитии для обучающихся устанавливается организациями, осуществляющими образовательную деятельность, в зависимости от качества, благоустройства, месторасположения и планировки жилых помещений в общежитии. Размер платы за пользование жилым помещением (платы за наем) в общежитии для обучающихся определяется локальным нормативным актом, принимаемым с учетом мнения советов обучающихся и представительных органов обучающихся в организациях, осуществляющих образовательную деятельность (при их наличии). Размер определенной в указанном акте платы за пользование жилым помещением (платы за наем) в общежитии для обучающихся не может превышать максимальный размер такой платы, установленный учредителями этих организаций</w:t>
      </w:r>
    </w:p>
    <w:p>
      <w:r>
        <w:rPr>
          <w:b/>
        </w:rPr>
        <w:t xml:space="preserve">5. </w:t>
      </w:r>
      <w:r>
        <w:t>Порядок определения размера платы за коммунальные услуги, вносимой нанимателями жилых помещений в общежитиях, входящих в жилищный фонд организаций, осуществляющих образовательную деятельность, по договорам найма жилого помещения в общежитии, устанавливается Правительством Российской Федерации</w:t>
      </w:r>
    </w:p>
    <w:p>
      <w:r>
        <w:rPr>
          <w:b/>
        </w:rPr>
        <w:t xml:space="preserve">6. </w:t>
      </w:r>
      <w:r>
        <w:t>Организация, осуществляющая образовательную деятельность, вправе снизить размер платы за пользование жилым помещением (платы за наем) и (или) размер платы за коммунальные услуги в общежитии для обучающихся или не взимать такую плату с отдельных категорий обучающихся с учетом мнения советов обучающихся и представительных органов обучающихся в организациях, осуществляющих образовательную деятельность (при их наличии). Лица, указанные в части 5 статьи 36 настоящего Федерального закона, освобождаются от внесения платы за пользование жилым помещением (платы за наем) в общежитии."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