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 Федерального закона "О рекламе"</w:t>
      </w:r>
    </w:p>
    <w:p>
      <w:r>
        <w:rPr>
          <w:b/>
        </w:rPr>
        <w:t>Статья 1</w:t>
      </w:r>
    </w:p>
    <w:p>
      <w:r>
        <w:t>Внести в часть 8 статьи 24 Федерального закона от 13 марта 2006 года № 38-ФЗ "О рекламе" (Собрание законодательства Российской Федерации, 2006, № 12, ст. 1232; 2009, № 51, ст. 6157; 2011, № 29, ст. 4293; 2013, № 30, ст. 4033; № 48, ст. 6165) изменение, исключив слова "медицинских услуг, в том числе".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