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18 Федерального закона "О содержании под стражей подозреваемых и обвиняемых в совершении преступлений"</w:t>
      </w:r>
    </w:p>
    <w:p>
      <w:r>
        <w:rPr>
          <w:b/>
        </w:rPr>
        <w:t>Статья None. Федеральный закон   от 28.06.2014 № 193-ФЗ</w:t>
      </w:r>
    </w:p>
    <w:p>
      <w:r>
        <w:t>О внесении изменения в статью 18 Федерального закона "О содержании под стражей подозреваемых и обвиняемых в совершении преступлений" РОССИЙСКАЯ ФЕДЕРАЦИЯ ФЕДЕРАЛЬНЫЙ ЗАКОН О внесении изменения в статью 18 Федерального закона "О содержании под стражей подозреваемых и обвиняемых в совершении преступлений" Принят Государственной Думой 20 июня 2014 года Одобрен Советом Федерации 25 июня 2014 года Внести в статью 18 Федерального закона от 15 июля 1995 года № 103-ФЗ "О содержании под стражей подозреваемых и обвиняемых в совершении преступлений" (Собрание законодательства Российской Федерации, 1995, № 29, ст. 2759; 1998, № 30, ст. 3613; 2003, № 1, ст. 2; № 50, ст. 4847; 2011, № 17, ст. 2319) изменение, дополнив ее частью пятой следующего содержания: "Подозреваемым и обвиняемым на основании письменного разрешения лица или органа, в производстве которых находится уголовное дело, предоставляются свидания с их представителями в Европейском Суде по правам человека и лицами, оказывающими им юридическую помощь в связи с намерением обратиться в Европейский Суд по правам человека. Свидание не разрешается, если его проведение может повлечь за собой воспрепятствование производству по уголовному делу. Свидания предоставляются наедине и конфиденциально без ограничения их числа и продолжительности и могут иметь место в условиях, позволяющих сотруднику места содержания под стражей видеть, но не слышать их участников. Представителям подозреваемых и обвиняемых в Европейском Суде по правам человека и лицам, оказывающим им юридическую помощь в связи с намерением обратиться в Европейский Суд по правам человека, запрещается проносить на территорию места содержания под стражей технические средства связи, а также технические средства (устройства), позволяющие осуществлять киносъемку, аудио- и видеозапись. В случае попытки передачи подозреваемому или обвиняемому запрещенных к хранению и использованию предметов, веществ и продуктов питания свидание немедленно прерывается.". Президент Российской Федерации В.Путин Москва, Кремль 28 июня 2014 года № 193-ФЗ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