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28.06.2014 № 197-ФЗ</w:t>
      </w:r>
    </w:p>
    <w:p>
      <w:r>
        <w:t>О внесении изменения в статью 12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РОССИЙСКАЯ ФЕДЕРАЦИЯ ФЕДЕРАЛЬНЫЙ ЗАКОН О внесении изменения в статью 12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Принят Государственной Думой 20 июня 2014 года Одобрен Советом Федерации 25 июня 2014 года Внести в часть 5 статьи 12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3477) изменение, дополнив ее предложением следующего содержания: "Порядок определения стойкой утраты трудоспособности сотрудника определяется Правительством Российской Федерации.". Президент Российской Федерации В.Путин Москва, Кремль 28 июня 2014 года № 197-ФЗ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