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2014 год и на плановый период 2015 и 2016 годов"</w:t>
      </w:r>
    </w:p>
    <w:p>
      <w:r>
        <w:rPr>
          <w:b/>
        </w:rPr>
        <w:t>Статья 1</w:t>
      </w:r>
    </w:p>
    <w:p>
      <w:r>
        <w:t>Внести в Федеральный закон от 2 декабря 2013 года № 349-ФЗ "О федеральном бюджете на 2014 год и на плановый период 2015 и 2016 годов" (Собрание законодательства Российской Федерации, 2013, № 49, ст. 6350; 2014, № 6, ст. 564; № 14, ст. 1558) следующие изменения</w:t>
      </w:r>
    </w:p>
    <w:p>
      <w:r>
        <w:t>в части 1 статьи 1: а) в абзаце первом слова "в размере 73 315,0 млрд. рублей" заменить словами "в размере 71 493,0 млрд. рублей"; б) в пункте 1 слова "в сумме 13 570 539 450,0 тыс. рублей, в том числе прогнозируемый объем дополнительных нефтегазовых доходов федерального бюджета в сумме 615 641 127,0 тыс. рублей" заменить словами "в сумме 14 238 774 490,0 тыс. рублей, в том числе прогнозируемый объем дополнительных нефтегазовых доходов федерального бюджета в сумме 1 567 739 299,0 тыс. рублей"; в) в пункте 3 слова "в сумме 5 132 050 000,0 тыс. рублей" заменить словами "в сумме 5 004 510 000,0 тыс. рублей"; г) в пункте 4 слова "в сумме 7 245 522 353,8 тыс. рублей" заменить словами "в сумме 6 888 522 353,8 тыс. рублей"; д) в пункте 5 слова "в сумме 71,9 млрд. долларов США, или 55,3 млрд. евро" заменить словами "в сумме 64,9 млрд. долларов США, или 47,4 млрд. евро"; е) пункт 6 изложить в следующей редакции: "6) профицит федерального бюджета в сумме 278 641 174,2 тыс. рублей."</w:t>
      </w:r>
    </w:p>
    <w:p>
      <w:r>
        <w:t>часть 1 статьи 5 признать утратившей силу</w:t>
      </w:r>
    </w:p>
    <w:p>
      <w:r>
        <w:t>в статье 7: а) в части 1 слова "в сумме 627 673 575,6 тыс. рублей" заменить словами "в сумме 621 207 332,2 тыс. рублей"; б) в пункте 1 части 2 слова "приложениям 6, 61, 7 (секретно) и 8 (совершенно секретно)" заменить словами "приложениям 6, 61, 62, 7 (секретно), 71 (секретно), 8 (совершенно секретно) и 81 (совершенно секретно)"; в) в пункте 1 части 3 слова "приложениям 12, 121 и 13 (секретно)" заменить словами "приложениям 12, 121, 122, 13 (секретно) и 131 (секретно)"; г) в пункте 1 части 4 слова "приложениям 16, 161 и 17 (секретно)" заменить словами "приложениям 16, 161, 162, 17 (секретно) и 171 (секретно)"; д) в пункте 1 части 5 слова "приложению 20 (секретно)" заменить словами "приложениям 20 (секретно) и 201 (секретно)"; е) в пункте 1 части 6 слова "приложениям 22, 23 (секретно) и 24 (совершенно секретно)" заменить словами "приложениям 22, 221, 23 (секретно), 24 (совершенно секретно) и 241 (совершенно секретно)"</w:t>
      </w:r>
    </w:p>
    <w:p>
      <w:r>
        <w:t>в статье 8: а) в части 1 слова "и работников федеральных казенных учреждений" заменить словами ", а также работников федеральных казенных учреждений, за исключением решений в отношении работников федеральных казенных учреждений, создаваемых Правительством Российской Федерации в целях реализации мероприятий по поддержке экономики и социальной сферы Республики Крым и города федерального значения Севастополя"; б) в части 2: пункт 2 изложить в следующей редакции: "2) с 1 января 2014 года по 5 апреля 2014 года персонала по охране и обслуживанию зданий, транспортного хозяйства, определяемой Судебным департаментом при Верховном Суде Российской Федерации в пределах ассигнований на оплату труда для судов общей юрисдикции, Судебного департамента при Верховном Суде Российской Федерации и его управлений (отделов) в субъектах Российской Федерации; с 6 апреля 2014 года персонала по охране и обслуживанию зданий, транспортного хозяйства, определяемой Судебным департаментом при Верховном Суде Российской Федерации в пределах ассигнований на оплату труда для судов общей юрисдикции, арбитражных судов, Судебного департамента при Верховном Суде Российской Федерации и его управлений (отделов) в субъектах Российской Федерации;"; пункты 4 и 5 изложить в следующей редакции: "4) с 1 января 2014 года по 5 августа 2014 года судей Верховного Суда Российской Федерации (включая судей Военной коллегии) в количестве 125 единиц и работников его аппарата (без персонала по охране и обслуживанию зданий, транспортного хозяйства) в количестве 1 032 единиц; с 6 августа 2014 года работников аппарата Верховного Суда Российской Федерации (без персонала по охране и обслуживанию зданий, транспортного хозяйства) в количестве 1 392 единиц</w:t>
      </w:r>
    </w:p>
    <w:p>
      <w:r>
        <w:t>с 1 января 2014 года по 5 августа 2014 года судей Высшего Арбитражного Суда Российской Федерации в количестве 90 единиц и работников его аппарата (без персонала по охране и обслуживанию зданий, транспортного хозяйства) в количестве 418 единиц;"</w:t>
      </w:r>
    </w:p>
    <w:p>
      <w:r>
        <w:t>в статье 12: а) в части 1 слова "в сумме до 80 000 000,0 тыс. рублей" заменить словами "в сумме до 230 000 000,0 тыс. рублей"; б) в пункте 1 части 2 слова "в размере одной третьей ставки рефинансирования Центрального банка Российской Федерации, действующей на день заключения соглашения (договора) о предоставлении бюджетного кредита" заменить словами "в размере 0,1 процента годовых"; в) в части 4 слова "в сумме до 835 000,0 тыс. рублей" заменить словами "в сумме до 887 500,0 тыс. рублей"; г) в части 5 слова "в размере одной четвертой ставки рефинансирования Центрального банка Российской Федерации, действующей на день заключения договора о предоставлении бюджетного кредита" заменить словами "в размере 0,1 процента годовых"</w:t>
      </w:r>
    </w:p>
    <w:p>
      <w:r>
        <w:t>статью 14 дополнить частью 7 следующего содержания: "7. Правительство Российской Федерации вправе в 2014 году в целях снижения объема государственного внутреннего долга Российской Федерации или сокращения расходов на обслуживание государственного внутреннего долга Российской Федерации принимать решения об обмене государственных ценных бумаг Российской Федерации номинальной стоимостью до 200 000 000,0 тыс. рублей по согласованию с их владельцами, включая Центральный банк Российской Федерации, на государственные ценные бумаги Российской Федерации иных выпусков."</w:t>
      </w:r>
    </w:p>
    <w:p>
      <w:r>
        <w:t>в статье 15: а) в части 3 слова "или 17,1 млрд. евро" заменить словами "или 16,2 млрд. евро"; б) дополнить частью 7 следующего содержания: "7. Правительство Российской Федерации вправе в 2014 году в целях снижения объема государственного внешнего долга Российской Федерации или сокращения расходов на обслуживание государственного внешнего долга Российской Федерации принимать решения об обмене государственных ценных бумаг Российской Федерации по согласованию с их владельцами, включая Центральный банк Российской Федерации, на государственные ценные бумаги Российской Федерации иных выпусков."</w:t>
      </w:r>
    </w:p>
    <w:p>
      <w:r>
        <w:t>в части 1 статьи 16 слова "в 2014 году в сумме 50 000 000,0 тыс. рублей" заменить словами "в 2014 году в сумме 9 000 000,0 тыс. рублей"</w:t>
      </w:r>
    </w:p>
    <w:p>
      <w:r>
        <w:t>статью 18 дополнить частью 4 следующего содержания: "4. Установить, что субсидия, предоставленная Государственной корпорации по содействию разработке, производству и экспорту высокотехнологичной промышленной продукции "Ростехнологии" в виде имущественного взноса в соответствии с приложением 62 к Федеральному закону от 2 декабря 2009 года № 308-ФЗ "О федеральном бюджете на 2010 год и на плановый период 2011 и 2012 годов" для урегулирования обязательств по процентам и части основного долга по кредитам и кредитным линиям, привлеченным для обеспечения возможности консолидации акций открытого акционерного общества "Корпорация "ВСМПО-АВИСМА", в размере 16 282 142,2 тыс. рублей, предусматривает в том числе ее направление на погашение части основного долга по кредитам и кредитным линиям путем приобретения Государственной корпорацией по содействию разработке, производству и экспорту высокотехнологичной промышленной продукции "Ростехнологии" обыкновенных акций открытого акционерного общества "Корпорация "ВСМПО-АВИСМА" у организаций, осуществивших их консолидацию с использованием заемных средств, и на погашение обязательств по процентам."</w:t>
      </w:r>
    </w:p>
    <w:p>
      <w:r>
        <w:t>в статье 19: а) часть 1 дополнить словами ", а также особенности использования в 2014 году источников финансирования дефицита федерального бюджета согласно приложению 43 (секретно) к настоящему Федеральному закону"; б) в части 3: слова "на сумму до 9 450 000,0 тыс. рублей" заменить словами "на сумму до 15 000 000,0 тыс. рублей"; дополнить абзацем следующего содержания: "В 2014 году Правительство Российской Федерации вправе принять решение о заключении договоров на поставку в период с 2014 года по 2016 год драгоценных металлов и драгоценных камней в Государственный фонд драгоценных металлов и драгоценных камней Российской Федерации с определенными данным решением субъектами добычи драгоценных металлов и драгоценных камней."; в) в части 5: в пункте 1 слова "в сумме 323 661 163,6 тыс. рублей" заменить словами "в сумме 523 661 163,6 тыс. рублей"; в пункте 2 слова "в сумме 43 330 546,8 тыс. рублей" заменить словами "в сумме 46 054 922,5 тыс. рублей"; в пункте 3 слова "в сумме 31 374 437,4 тыс. рублей" заменить словами "в сумме 33 347 081,7 тыс. рублей"</w:t>
      </w:r>
    </w:p>
    <w:p>
      <w:r>
        <w:t>в статье 20: а) абзац двенадцатый пункта 2 части 5 изложить в следующей редакции: "по кредитам, привлекаемым закрытым акционерным обществом "Гражданские самолеты Сухого" на финансирование программы "Сухой Суперджет 100" и (или) на рефинансирование (в части основного долга) кредитов и займов, привлеченных им ранее на финансирование указанной программы;"; б) часть 9 изложить в следующей редакции: "9. Общий объем бюджетных ассигнований на выплату вознаграждения организациям, выполняющим в 2014 году функции агентов Правительства Российской Федерации, не может превышать общий объем бюджетных ассигнований на выплату вознаграждения указанным организациям в 2013 году."</w:t>
      </w:r>
    </w:p>
    <w:p>
      <w:r>
        <w:t>в статье 23: а) в части 1: пункт 11 признать утратившим силу; пункт 13 изложить в следующей редакции: "13) бюджетных ассигнований, предусмотренных по подразделу "Общеэкономические вопросы" раздела "Национальная экономика" классификации расходов бюджетов, на финансовое обеспечение в объеме до 282 194 702,8 тыс. рублей реализации по решениям Правительства Российской Федерации дополнительных мер по поддержке отраслей экономики, малого и среднего предпринимательства, рынка труда, монопрофильных муниципальных образований и социальной поддержке граждан, в том числе путем предоставления межбюджетных трансфертов бюджетам бюджетной системы Российской Федерации на указанные цели, а также по решениям Правительства Российской Федерации на цели, связанные с реализацией мероприятий на территориях Республики Крым и города федерального значения Севастополя."; б) в части 2: в пункте 3 слова "по подразделу "Фундаментальные исследования" раздела "Общегосударственные вопросы" классификации расходов бюджетов" исключить; пункт 16 изложить в следующей редакции: "16) перераспределение бюджетных ассигнований, предусмотренных главным распорядителям средств федерального бюджета, на цели, связанные с подготовкой и проведением XXII Олимпийских зимних игр и XI Паралимпийских зимних игр 2014 года в городе Сочи, с содержанием и эксплуатацией олимпийских объектов, на иные цели, связанные со строительством олимпийских объектов и развитием города Сочи как горноклиматического курорта, в том числе предусмотренные Программой строительства олимпийских объектов и развития города Сочи как горноклиматического курорта, и на возмещение затрат (убытков) Внешэкономбанка по сделкам кредитования хозяйственных обществ (инвесторов), осуществляющих проекты по строительству олимпийских объектов в рамках Программы строительства олимпийских объектов и развития города Сочи как горноклиматического курорта (далее в целях настоящего пункта - кредиты), в отношении которых было предоставлено поручительство Государственной корпорации по строительству олимпийских объектов и развитию города Сочи как горноклиматического курорта перед Внешэкономбанком, в части, не компенсируемой доходами от продажи имущества, предоставленного по договору залога в обеспечение кредитов, и (или) в части, не компенсируемой стоимостью имущества, принятого в качестве отступного по кредитам, а также на возмещение затрат (убытков), возникших в результате передачи Внешэкономбанком в государственную казну Российской Федерации имущества, полученного Внешэкономбанком в виде отступного по кредитам, по решениям Правительства Российской Федерации;"; пункт 34 после слов "Еврейской автономной области" дополнить словами "и паводка на территориях Республики Алтай, Республики Тыва, Республики Хакасия и Алтайского края"; дополнить пунктами 36 - 38 следующего содержания: "36) перераспределение бюджетных ассигнований, предусмотренных главным распорядителям средств федерального бюджета, являющимся федеральными органами исполнительной власти, в которых предусмотрена военная служба, на строительство и приобретение жилых помещений для военнослужащих, а также на содержание военнослужащих в связи с их увольнением с военной службы или нахождением в распоряжении командиров (начальников), в целях финансового обеспечения предоставления военнослужащим и гражданам, уволенным с военной службы, субсидий для приобретения или строительства жилых помещений</w:t>
      </w:r>
    </w:p>
    <w:p>
      <w:r>
        <w:t>перераспределение бюджетных ассигнований, предусмотренных Совету Федерации Федерального Собрания Российской Федерации, Государственной Думе Федерального Собрания Российской Федерации по подразделу "Функционирование законодательных (представительных) органов государственной власти и представительных органов муниципальных образований" раздела "Общегосударственные вопросы" классификации расходов бюджетов, в случае представления предложений соответственно Советом Федерации Федерального Собрания Российской Федерации, Государственной Думой Федерального Собрания Российской Федерации в соответствии с частью 12 статьи 40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w:t>
      </w:r>
    </w:p>
    <w:p>
      <w:r>
        <w:t>перераспределение бюджетных ассигнований, предусмотренных главным распорядителям средств федерального бюджета, на цели, связанные с реализацией мероприятий по поддержке экономики и социальной сферы Республики Крым и города федерального значения Севастополя, и на предоставление иных межбюджетных трансфертов для финансового обеспечения мероприятий, связанных с передачей полномочий федеральных органов исполнительной власти органам государственной власти Республики Крым и города федерального значения Севастополя, по решениям Правительства Российской Федерации."</w:t>
      </w:r>
    </w:p>
    <w:p>
      <w:r>
        <w:t>приложение 4: а) после строки Федеральное казначейство" 1 03 02150 01 0000 110 Доходы от уплаты акцизов на дизельное топливо, направляемые в уполномоченный территориальный орган Федерального казначейства для распределения в бюджеты субъектов Российской Федерации 1 03 02160 01 0000 110 Доходы от уплаты акцизов на моторные масла для дизельных и (или) карбюраторных (инжекторных) двигателей, направляемые в уполномоченный территориальный орган Федерального казначейства для распределения в бюджеты субъектов Российской Федерации 1 03 02170 01 0000 110 Доходы от уплаты акцизов на автомобильный бензин, направляемые в уполномоченный территориальный орган Федерального казначейства для распределения в бюджеты субъектов Российской Федерации 1 03 02180 01 0000 110 Доходы от уплаты акцизов на прямогонный бензин, направляемые в уполномоченный территориальный орган Федерального казначейства для распределения в бюджеты субъектов Российской Федерации 1 03 02230 01 0000 110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1 03 02240 01 0000 110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1 03 02250 01 0000 110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1 03 02260 01 0000 110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б) после строки 1 13 01030 01 0000 130 Плата за предоставление информации о зарегистрированных правах на недвижимое имущество и сделках с ним, выдачу копий договоров и иных документов, выражающих содержание односторонних сделок, совершенных в простой письменной форме" 1 16 70010 01 0000 140 Денежные взыскания (штрафы), установленные законодательством Российской Федерации за фиктивное или преднамеренное банкротство, за совершение неправомерных действий при банкротстве"; в) после строки Совет Федерации Федерального Собрания Российской Федерации" Министерство Российской Федерации по делам Крыма"; г) после строки Министерство Российской Федерации по развитию Дальнего Востока" Министерство Российской Федерации по делам Северного Кавказа"; д) после строки "1 14 02013 01 0000 440 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материальных запасов по указанному имуществу4" "1 14 02018 01 0000 410 Доходы от реализации недвижимого имущества бюджетных, автономных учреждений, находящегося в федеральной собственности, в части реализации основных средств"; е) после строки "1 14 04010 01 0000 420 Доходы от продажи нематериальных активов, находящихся в федеральной собственности" "1 14 06041 01 0000 430 Доходы от продажи земельных участков, находящихся в федеральной собственности, находящихся в пользовании бюджетных и автономных учреждений"; ж) после строки "1 15 03000 00 0000 140 Лицензионные сборы3" "1 16 03040 01 0000 140 Денежные взыскания (штрафы), установленные Уголовным кодексом Российской Федерации за уклонение от уплаты налогов и (или) сборов, сокрытие денежных средств либо имущества организации или индивидуального предпринимателя, за счет которых должно производиться взыскание налогов и (или) сборов, а также за неисполнение обязанностей налогового агента"; з) после строки "1 16 33010 01 0000 140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Российской Федерации" "1 16 35010 02 0000 140 Суммы по искам о возмещении вреда, причиненного окружающей среде, подлежащие зачислению в бюджеты субъектов Российской Федерации 1 16 35020 04 0000 140 Суммы по искам о возмещении вреда, причиненного окружающей среде, подлежащие зачислению в бюджеты городских округов 1 16 35030 05 0000 140 Суммы по искам о возмещении вреда, причиненного окружающей среде, подлежащие зачислению в бюджеты муниципальных районов"; и) после строки "1 16 40000 01 0000 140 Денежные взыскания (штрафы) за нарушение миграционного законодательства Российской Федерации" "1 16 70010 01 0000 140 Денежные взыскания (штрафы), установленные законодательством Российской Федерации за фиктивное или преднамеренное банкротство, за совершение неправомерных действий при банкротстве"</w:t>
      </w:r>
    </w:p>
    <w:p>
      <w:r>
        <w:t>приложение 5: а) перед строкой б) после строки 02 04 02 00 01 0000 640 02 04 03 00 01 0000 520 02 04 03 00 01 0000 620 в) после строки г) после строки 15) в приложении 6 строку 020 04 12 16 6 6396 800 2 613 600,0" 020 04 12 16 6 6396 800 2 613 600,0"</w:t>
      </w:r>
    </w:p>
    <w:p>
      <w:r>
        <w:t>дополнить приложением 62 следующего содержания: "Приложение 62к Федеральному закону"О федеральном бюджете на 2014 год и на плановый период 2015 и 2016 годов" Изменение ведомственной структуры расходов федерального бюджета на 2014 год, предусмотренной приложением 6 к Федеральному закону "О федеральном бюджете на 2014 год и на плановый период 2015 и 2016 годов" (тыс. рублей) Наименование Мин Рз ПР ЦСР ВР Сумма +34 442 974,9 007 +600 000,0 007 01 10 14 1 0059 600 +600 000,0 020 +5 996 282,7 020 01 08 16 Ц 9999 800 +1 083,4 020 04 01 99 9 0011 100 -9 400,7 020 04 10 16 Т 0019 200 +15 000,0 020 04 11 16 7 0019 200 -1 742 150,0 020 04 11 16 Т 0019 200 +28 000,0 020 04 11 16 У 0019 200 +50 000,0 020 04 11 18 7 9999 200 -238 001,0 020 04 12 10 7 9999 200 +1 040 430,0 020 04 12 16 1 5173 500 +3 770 700,0 020 04 12 16 1 6470 800 -1 000 000,0 020 04 12 16 1 6478 800 -1 000 000,0 020 04 12 16 1 6520 800 +2 232 070,0 020 04 12 16 6 6471 800 -500 000,0 020 04 12 16 7 4009 400 -35 000,0 020 04 12 16 7 6322 400 -88 000,0 020 04 12 16 7 6323 400 -40 000,0 020 04 12 16 7 6324 400 -35 000,0 020 04 12 16 7 6325 400 -47 000,0 020 04 12 16 7 6326 400 -90 000,0 020 04 12 16 7 6327 400 -75 000,0 020 04 12 16 7 6328 400 -90 000,0 020 04 12 16 7 6383 400 -35 000,0 020 04 12 16 7 6672 800 +2 127 150,0 020 04 12 16 7 6848 800 +150 000,0 020 04 12 16 9 6678 800 +1 000 000,0 020 04 12 16 Т 0019 200 +20 000,0 020 04 12 16 Т 6411 800 +350 000,0 020 04 12 16 Т 6800 800 +208 400,0 020 04 12 16 У 6449 800 +250 000,0 020 04 12 16 Ц 6238 600 +80 000,0 020 04 12 16 Ц 6511 800 -540 000,0 020 04 12 16 Ц 6517 800 +1 000 000,0 020 04 12 16 Ц 6800 800 -1 000 000,0 020 04 12 16 Ц 6834 800 -250 000,0 020 04 12 16 Ц 6839 800 -250 000,0 020 04 12 16 Ц 6842 800 -995 000,0 020 04 12 16 Ю 0019 200 +350 000,0 020 04 12 16 Ю 6248 800 +255 000,0 020 04 12 16 Ю 6250 800 +50 000,0 020 04 12 16 Ю 6484 800 +340 000,0 020 04 12 16 Я 6834 800 +250 000,0 020 04 12 16 Я 6839 800 +250 000,0 020 04 12 17 3 6401 400 -950 000,0 020 04 12 17 3 6766 800 +950 000,0 020 04 12 18 4 6393 400 -576 372,0 020 04 12 18 4 6472 800 +730 277,0 020 04 12 18 4 6473 800 +84 096,0 020 04 12 19 2 6268 400 +67 380,0 020 04 12 19 2 6274 400 +142 000,0 020 04 12 19 2 6289 400 -77 000,0 020 04 12 19 2 6311 400 -65 000,0 020 04 12 19 2 6315 400 +22 500,0 020 04 12 19 2 6343 400 +117 500,0 020 04 12 19 2 6344 400 -140 000,0 020 04 12 19 2 9999 400 -67 380,0 020 04 12 20 4 6357 400 -149 873,4 020 04 12 20 4 6358 400 -160 000,0 020 04 12 20 4 9999 400 +309 873,4 022 -87 893,3 022 01 08 30 1 9999 800 +2 106,7 022 04 02 30 5 0019 200 -90 000,0 022 04 02 30 7 0019 100 +15 000,0 022 04 02 30 7 0019 200 +85 000,0 022 04 02 30 7 4009 400 +600 000,0 022 04 11 30 1 0059 600 +120 000,0 022 04 11 30 7 0019 200 -100 000,0 022 04 11 30 7 0059 600 -80 500,0 022 04 12 30 1 9999 200 -120 000,0 022 04 12 30 7 9999 200 -519 500,0 048 048 06 04 12 1 0019 200 -31 568,0 048 06 05 12 1 0012 100 +6 000,0 048 06 05 12 1 0019 200 +13 568,0 048 06 05 12 5 0011 100 +5 000,0 048 06 05 12 5 0019 200 +7 000,0 049 -285 000,0 049 04 04 16 П 0019 200 -285 000,0 049 04 04 28 1 4009 400 +592 976,5 049 04 04 28 1 9999 200 -592 976,5 051 -265 884,5 051 01 08 12 5 9999 800 +12 496,1 051 01 08 28 4 9999 800 +480,4 051 01 13 12 1 2795 200 +9 030,0 051 01 13 12 1 2796 200 +21 000,0 051 04 01 99 9 0011 100 -24,1 051 04 01 99 9 3969 100 +24,1 051 04 07 12 2 2795 200 +3 612,0 051 04 07 12 2 2796 200 +7 497,0 051 06 02 12 1 5143 500 -320 000,0 052 -566 700,0 052 04 06 28 6 5016 500 +34 390,5 052 04 06 28 6 9999 200 -88 449,5 052 04 06 28 6 9999 600 -512 641,0 053 +51 618,0 053 01 08 29 4 9999 800 +630,0 053 04 07 29 3 0059 600 -82 000,0 053 04 07 29 3 5129 500 +82 000,0 053 04 07 29 4 2795 200 +18 824,4 053 04 07 29 4 2796 200 +32 163,6 054 +783 965,8 054 01 08 11 2 9999 800 +4 488,3 054 04 12 11 3 0019 200 -10 000,0 054 04 12 11 3 3029 300 +10 000,0 054 07 02 02 2 5112 500 -207 955,0 054 07 06 02 1 0059 600 +39 950,0 054 07 06 11 5 0059 600 +1 654,4 054 08 01 11 1 0059 600 -250 000,0 054 08 01 11 1 4009 400 -108 035,3 054 08 01 11 1 5190 500 -900 000,0 054 08 01 11 1 5191 500 -450 000,0 054 08 01 11 2 0059 200 -22 355,9 054 08 01 11 2 4009 400 -850 551,9 054 08 01 11 2 5111 500 +1 492 542,2 054 08 01 11 2 5190 500 +700 000,0 054 08 01 11 2 5191 500 +450 000,0 054 08 01 11 2 6162 600 +150 000,0 054 08 01 11 2 6233 600 +5 500,0 054 08 01 11 2 6486 200 +195 405,9 054 08 01 11 2 6486 600 +27 000,0 054 08 01 11 2 9999 600 +375 257,5 054 08 01 11 5 9999 600 -1 654,4 054 08 04 11 1 2795 200 +52 080,0 054 08 04 11 1 2796 200 +80 640,0 056 +1 660 686,6 056 01 08 01 8 9999 800 +29 686,6 056 01 10 01 3 0059 600 +8 500,0 056 09 01 01 2 0059 100 +546 086,9 056 09 01 01 2 0059 200 +285 313,2 056 09 01 01 2 0059 600 +81 734,2 056 09 01 01 2 0059 800 +17 865,7 056 09 01 01 2 2009 600 +500 000,0 056 09 01 01 2 2011 200 -8 500,0 056 09 08 01 2 4009 400 +200 000,0 056 09 09 01 9 0059 600 +6 400,0 056 09 09 01 Г 0019 200 -8 600,0 056 10 06 01 7 3496 300 +2 200,0 060 +76 328,2 060 09 09 01 9 0019 200 +33 782,4 060 09 09 01 Г 0011 100 +42 545,8 069 -1 680 522,4 069 01 08 41 1 2793 800 +1 424 855,9 069 01 08 41 1 2799 800 +1 828 662,4 069 01 13 05 3 0011 100 +48 391,7 069 01 13 05 3 0019 200 +143 844,0 069 04 12 99 9 6510 800 -5 707 295,0 069 05 02 05 5 5109 500 -2 000 000,0 069 05 05 05 2 6512 800 -1 253 518,3 069 10 03 05 4 3589 300 +32 000,0 069 10 03 05 4 5169 500 +3 802 536,9 071 -6 181 390,2 071 01 08 23 4 9999 800 +12 900,3 071 04 10 23 1 6458 800 -1 100 000,0 071 04 10 23 1 6831 800 -4 997 900,0 071 04 10 23 4 5028 500 -90 909,6 071 04 11 23 4 7001 200 -5 480,9 074 +380 859,8 074 01 08 14 5 9999 800 +516 316,9 074 01 12 14 5 9999 800 +16 247,0 074 07 02 02 2 0059 600 +7 885,0 074 07 02 03 3 3986 300 -3 872,6 074 07 04 03 3 3986 300 -4 012,4 074 07 06 02 1 0059 600 -820 184,2 074 07 06 02 1 2794 800 +19 540,1 074 07 06 02 1 3896 300 +5 040,0 074 07 06 02 1 6479 800 +200 000,0 074 07 06 02 1 6480 800 -80 000,0 074 07 06 16 Т 0059 600 +523 900,0 074 07 09 99 9 0019 200 +15 712,7 074 07 09 99 9 0059 600 -15 712,7 076 +6 035,3 076 01 08 26 1 9999 800 +2 480,1 076 04 05 26 6 0039 100 +2 479,5 076 04 05 26 6 0039 200 +1 069,6 076 04 05 26 6 0039 800 +6,1 077 +85 999,9 077 07 09 02 3 0011 100 +21 143,9 077 07 09 02 3 0019 200 +1 856,0 077 07 09 02 3 0059 600 +63 000,0 081 081 04 05 25 2 4009 400 -186 408,2 081 04 05 25 6 0059 600 +374 742,7 081 04 05 25 6 4009 400 -188 334,5 082 +937,5 082 01 08 25 6 9999 800 +937,5 082 04 05 25 8 5076 500 -500 000,0 082 04 05 25 8 9999 600 +500 000,0 084 +5 568 050,0 084 04 10 23 1 2044 200 +5 568 050,0 089 089 03 14 97 9 0049 200 +7 169,6 089 03 14 97 9 3969 100 +1,1 089 03 14 97 9 3988 100 +174,5 089 03 14 97 9 3989 100 +1,4 089 03 14 97 9 3990 100 +259,1 089 03 14 97 9 3991 100 +1 016,1 089 03 14 97 9 3992 200 -11 231,8 089 10 03 97 9 3012 300 +2 610,0 091 +5 900,0 091 07 07 02 4 0019 300 +5 400,0 091 07 07 02 4 3398 300 +500,0 092 -47 448 129,0 092 01 06 39 6 2795 200 +37 730,7 092 01 06 39 6 2796 200 +64 530,9 092 01 06 39 7 0019 200 +281 455,0 092 01 06 99 9 0019 200 -265 334,7 092 01 06 99 9 0059 100 +18 500,0 092 01 06 99 9 0059 200 -19 191,7 092 01 06 99 9 0059 800 +691,7 092 01 08 39 5 6058 800 -2 397 318,8 092 01 08 39 6 9999 800 +7 530 403,2 092 01 08 41 1 2792 800 +3 000,0 092 01 11 39 2 2054 800 +2 083 429,2 092 01 13 39 2 3596 800 -4 393 640,2 092 01 13 39 5 2037 200 -904 812,5 092 01 13 39 5 3596 800 +119 945,2 092 01 13 39 5 9999 200 +2 629,6 092 01 13 39 6 2795 200 +101 257,8 092 01 13 39 6 2796 200 -2 334 832,4 092 01 13 39 8 0059 200 +29 000,0 092 01 13 99 9 4990 800 -45 312,0 092 01 13 99 9 9999 800 +2 623 134,4 092 03 14 99 9 0049 800 -1 093 697,4 092 04 01 99 9 2099 800 -21 705 297,2 092 04 10 23 2 9999 800 -1 399 962,2 092 04 12 39 2 9999 800 -500 000,0 092 04 12 39 5 2056 800 +101 453,6 092 04 12 99 9 4990 800 -19 524 576,6 092 04 12 99 9 6518 800 -1 500 000,0 092 05 05 39 5 2056 800 -2 575 000,0 092 10 01 71 0 3001 300 -5 131 515,5 092 10 01 71 0 5185 500 +3 057 240,3 092 10 03 03 1 2007 800 -10 067 824,0 092 10 03 03 1 3115 500 +1 543 733,0 092 10 03 03 1 5250 500 -6 000 000,0 092 10 03 07 1 5290 500 -5 545 125,8 092 10 04 03 3 5084 500 -7 033 968,7 092 11 03 99 9 2027 800 -3 090 708,2 092 13 01 39 5 2788 700 -19 135 486,6 092 13 02 39 5 2788 700 -949 359,1 092 14 02 36 2 5002 500 +50 000 000,0 092 14 02 36 2 5119 500 +566 700,0 095 +104 038,3 095 01 08 41 3 0039 100 +55 709,1 095 01 08 41 3 0039 200 +47 065,9 095 01 08 41 3 0039 800 +248,7 095 01 08 41 3 4001 400 +1 014,6 096 -8 535,3 096 04 01 23 3 0019 200 +31 087,6 096 04 01 23 3 0019 800 -9 599,9 096 04 10 23 2 6454 800 +5 928,0 096 04 10 23 3 6456 800 -35 951,0 100 +500 000,0 100 01 06 39 2 0012 100 +10 000,0 100 01 06 39 2 0019 200 +462 251,6 100 01 06 39 2 0059 200 -92 243,0 100 01 06 39 2 3987 100 -10 000,0 100 01 06 39 7 0019 200 +129 991,4 103 -967 089,5 103 01 08 24 8 9999 800 +6 966,1 103 04 08 24 7 6253 600 -2 261 399,5 103 04 08 24 8 0019 200 +51 261,7 103 04 08 24 8 0039 100 +1 414,3 103 04 08 24 8 0039 200 +598,0 103 04 08 24 8 6224 600 +2 261 399,5 103 04 08 24 Б 2059 400 -170 000,0 103 04 08 24 Б 2064 400 -726 825,0 103 04 08 24 Д 0019 200 +309 799,0 103 04 08 24 Д 5062 500 -440 303,6 103 04 09 24 6 6515 800 -262 800,0 103 04 09 24 Б 2060 800 +262 800,0 106 +79 242,9 106 04 08 24 5 0019 200 +79 242,9 107 107 04 08 24 3 0019 200 +17 801,0 107 04 08 24 3 0059 600 +6 647,1 107 04 08 24 3 6431 800 -12 800,0 107 04 08 24 3 6433 800 -11 648,1 107 04 08 24 Б 2063 400 +310 000,0 107 04 08 24 Г 9999 400 -310 000,0 108 +2 713 333,7 108 04 09 24 Б 5115 500 -357 135,1 108 04 09 24 Б 5195 500 +3 090 708,2 108 04 09 34 И 5100 500 -20 239,4 110 +1 314 618,4 110 04 08 24 4 0059 100 +3 714,8 110 04 08 24 4 0059 200 -3 714,8 110 04 08 24 7 6563 800 +587 793,4 110 04 08 24 Б 2062 400 +1 556 985,0 110 07 06 24 Б 2061 400 -830 160,0 135 +1 651 770,3 135 01 08 23 2 9999 800 +1 808,1 135 12 01 23 2 6240 600 +1 399 962,2 135 12 04 23 2 6493 800 +250 000,0 139 -1 608 896,0 139 01 08 27 1 9999 800 +12 779,9 139 01 08 27 3 0039 100 +21 091,2 139 01 08 27 3 0039 200 +14 180,8 139 01 10 02 1 0059 600 +19 900,0 139 01 13 15 1 2795 200 -203 707,2 139 01 13 15 1 2796 200 -483 240,7 139 01 13 15 4 0019 200 +30 000,0 139 01 13 99 9 0011 100 +22 100,0 139 01 13 99 9 0019 200 +35 116,4 139 01 13 99 9 4009 400 -77 116,4 139 04 12 15 2 5064 500 -1 000 000,0 139 05 02 99 9 4009 400 +8 594,3 139 09 05 01 5 4009 400 -8 594,3 141 141 09 07 01 9 3999 100 +162,0 141 09 07 01 9 3999 600 -162,0 141 09 09 01 9 3974 100 +1 225,0 141 09 09 01 9 3987 100 -1 225,0 149 -647 848,3 149 01 08 03 2 9999 800 +3 123,7 149 01 08 07 3 9999 800 +20 832,7 149 07 07 03 3 5139 500 -30 757,5 149 09 01 01 2 0059 600 +151 777,6 149 10 02 03 2 0059 600 +20 000,0 149 10 02 04 2 0059 100 -886 152,8 149 10 02 04 2 0059 200 +142 294,4 149 10 02 04 2 3974 100 +537,5 149 10 02 04 2 3987 100 -537,5 149 10 02 04 2 6503 800 +33 413,4 149 10 03 04 2 3598 300 -51 150,0 149 10 04 03 3 5270 500 -456 039,2 149 10 06 03 2 0059 600 +10 000,0 149 10 06 03 2 3497 300 +1 000,0 149 10 06 03 2 3498 300 +150,0 149 10 06 03 2 5111 500 +128 208,0 149 10 06 04 1 5027 500 -415 681,2 149 10 06 04 1 9999 600 -25 766,8 149 10 06 04 2 4009 400 +678 937,0 149 10 06 04 2 6504 800 +24 762,4 149 10 06 16 Т 0019 200 +3 200,0 150 -3 071 643,5 150 01 08 07 3 9999 800 +50,1 150 04 01 07 3 0012 100 -20 000,0 150 04 01 07 3 0019 200 +21 131,9 150 04 01 07 3 2022 200 -1 131,9 150 04 01 07 3 3974 100 +225,5 150 04 01 07 3 3987 100 -225,5 150 04 10 07 1 0019 200 +50 000,0 150 10 03 03 1 3004 300 -1 360 233,2 150 10 03 03 1 3980 300 -500 000,0 150 10 03 07 1 5290 500 -1 677 141,6 150 14 03 07 1 5083 500 +415 681,2 151 +19 482,9 151 01 06 39 3 0011 100 -227,1 151 01 06 39 3 0012 100 +15 000,0 151 01 06 39 3 0019 200 +4 710,0 153 -931 423,8 153 01 06 03 3 3990 100 +237,6 153 01 06 03 3 3991 100 -237,6 153 01 06 27 5 0039 100 -62 760,6 153 01 06 27 5 0039 200 -49 030,9 153 01 06 27 5 0049 100 -182 082,4 153 01 06 27 5 0049 200 +329 977,0 153 01 06 27 5 3969 100 +57,8 153 01 06 27 5 3971 200 -14 815,1 153 01 06 27 5 3992 200 -33 823,5 153 01 06 27 5 3994 100 +18 476,0 153 01 08 27 5 9999 800 +1 488,2 153 04 12 15 Б 6219 600 -778 000,0 153 07 06 02 1 0059 200 -839,7 153 07 06 02 1 0059 800 +824,2 153 07 06 02 1 3969 100 +15,5 153 09 01 27 5 0059 100 +100,0 153 09 01 27 5 0059 200 +6 689,2 153 09 01 27 5 0059 800 +200,0 153 09 01 27 5 3969 100 +2,0 153 09 02 27 5 0059 100 -133,0 153 09 02 27 5 0059 200 -39 727,8 153 09 02 27 5 0059 800 +37,6 153 09 02 27 5 3971 200 -3 374,2 153 09 05 27 5 0059 100 +2 363,8 153 09 05 27 5 0059 200 +12 482,1 153 09 05 27 5 0059 800 +2 194,5 153 09 05 27 5 3969 100 +5,4 153 09 05 27 5 3999 100 -72,0 153 10 03 03 1 3002 300 +35,1 153 10 03 03 1 3021 300 +3 132,4 153 10 03 03 1 3105 300 -5 683,0 153 10 03 27 5 3971 300 -141 677,9 153 10 04 03 3 3003 300 +2 515,5 155 +45,3 155 01 08 11 1 9999 800 +45,3 155 01 13 11 1 0059 100 +250,0 155 01 13 11 1 0059 200 -1 250,0 155 01 13 11 1 0059 800 +1 000,0 157 +100 610,1 157 01 08 15 9 9999 800 +4,2 157 01 12 23 4 2020 200 +3 700,0 157 01 13 15 9 0011 100 +260,9 157 01 13 15 9 0012 100 +470,6 157 01 13 15 9 2795 200 +2 940,0 157 01 13 15 9 2796 200 +29 400,0 157 01 13 23 4 0019 100 +2 633,4 157 01 13 23 4 2020 200 +61 201,0 161 +29 229,5 161 04 01 15 1 0011 100 +23 223,5 161 04 01 15 1 0019 200 +6 006,0 165 +22 182,7 165 01 13 15 4 0011 100 +17 727,4 165 01 13 15 4 0019 200 +4 455,3 167 +1 945 672,8 167 01 13 38 1 0012 100 +1 280,0 167 01 13 38 1 0019 200 -1 280,0 167 04 12 99 9 6677 800 +1 945 672,8 168 +1 058,4 168 01 08 15 5 9999 800 +1 058,4 169 +33 319,0 169 01 08 12 5 9999 800 +14 135,6 169 01 13 12 3 2795 200 +11 236,2 169 01 13 12 3 2796 200 +7 947,2 171 +531 300,5 171 01 09 03 3 3969 100 +76,7 171 01 09 38 2 0011 100 +392,1 171 01 09 38 2 0012 100 -392,1 171 01 09 38 2 0059 100 -76,7 171 01 09 38 2 0059 200 +231 300,5 171 01 13 38 2 4009 400 +300 000,0 172 +27 857,4 172 01 08 16 5 9999 800 +3 857,4 172 04 12 16 Т 0019 200 +24 000,0 174 +620,4 174 01 08 11 3 9999 800 +620,4 177 +1 379,8 177 01 08 10 1 9999 800 +961,5 177 03 09 03 3 3969 100 +40,0 177 03 09 03 3 3991 100 +10 000,0 177 03 09 10 1 0039 200 +418,3 177 03 09 10 1 0049 100 +7 000,0 177 03 09 10 1 0049 200 -116 803,7 177 03 09 10 1 0059 200 -72 022,2 177 03 09 10 1 3969 100 +20,0 177 03 09 10 1 3987 100 +7 000,0 177 03 09 10 1 3992 200 -5 861,2 177 03 09 10 1 3999 100 +300,0 177 03 09 10 2 0011 100 +1 800,0 177 03 09 10 2 0012 100 +10 000,0 177 03 09 10 2 0019 200 -121 800,0 177 03 09 10 2 3970 100 +111 453,3 177 03 09 10 2 3971 200 +121 800,0 177 03 09 10 6 9999 200 +90 000,0 177 03 10 03 3 3991 100 +10 000,0 177 03 10 10 1 0059 100 +11 000,0 177 03 10 10 1 0059 200 -80 000,0 177 03 10 10 1 3962 200 -798,5 177 03 10 10 1 3969 100 +70,0 177 03 10 10 1 3970 100 +260 974,2 177 03 10 10 1 3992 200 -330 010,6 177 03 10 10 1 3996 100 -35 390,0 177 03 10 10 6 9999 200 +139 503,7 177 03 10 10 6 9999 400 +336 416,3 177 03 13 08 5 9999 200 +11 760,0 177 03 13 08 5 9999 600 -11 760,0 177 03 13 10 4 9999 200 +9 647,0 177 03 13 10 4 9999 600 -9 647,0 177 03 14 08 5 9999 200 +34 790,0 177 03 14 08 5 9999 600 -34 790,0 177 03 14 10 4 9999 200 -38 100,0 177 03 14 10 4 9999 600 +38 100,0 177 07 01 10 1 0059 600 +765,0 177 07 05 10 1 0059 600 +1 000,0 177 07 06 10 6 9999 400 +91 440,0 177 09 01 10 1 4009 400 -427 856,3 177 10 03 03 1 3013 300 -22 040,0 177 10 03 03 3 3986 300 +2 000,0 182 +773 043,0 182 01 06 39 4 0011 100 +5 000,0 182 01 06 39 4 0019 200 +306 814,0 182 01 06 39 4 3974 100 +10 305,4 182 01 06 39 4 3987 100 -10 305,4 182 01 08 39 4 9999 800 +129,8 182 01 13 39 4 0059 200 +461 099,2 185 +71 649,6 185 02 09 99 9 0019 200 +71 649,6 187 +46 820 663,3 187 01 08 99 9 9999 800 +283,8 187 02 01 03 3 3988 100 -539 300,0 187 02 01 03 3 3989 100 -590,0 187 02 01 03 3 3990 100 -70 000,0 187 02 01 03 3 3991 100 -500 000,0 187 02 01 99 9 0049 100 -3 282 144,4 187 02 01 99 9 0049 200 +12 763 688,3 187 02 01 99 9 0049 300 +1 731,2 187 02 01 99 9 2785 100 +714,6 187 02 01 99 9 2785 200 +1 665,8 187 02 01 99 9 2798 100 +67 720,0 187 02 01 99 9 2798 200 +145 988,5 187 02 01 99 9 3969 100 -1 500,0 187 02 01 99 9 3992 200 -300 000,0 187 02 01 99 9 3994 100 -1 680 000,0 187 02 03 99 9 0049 200 -152 889,3 187 02 07 41 1 2798 100 +17 803,6 187 02 07 41 1 2798 200 +19 092,4 187 02 09 99 9 4009 400 +15 000 000,0 187 05 02 99 9 6385 400 +20 000 000,0 187 07 01 99 9 0059 100 -934 000,9 187 07 02 99 9 0059 100 +887 190,4 187 07 02 99 9 0059 300 +13 709,6 187 07 04 99 9 0059 100 +23 390,1 187 07 05 99 9 0059 100 +16 785,3 187 07 05 99 9 0059 200 -11 279,9 187 07 06 99 9 0059 100 +3 030 764,4 187 07 06 99 9 0059 200 +11 279,9 187 07 07 99 9 0059 100 -82 241,4 187 08 01 99 9 0059 100 -238 786,2 187 09 01 01 7 3999 100 -150 000,0 187 09 01 99 9 0059 100 +963 370,2 187 09 05 99 9 0059 100 +254 342,5 187 09 07 99 9 0059 100 +48 165,6 187 09 09 99 9 2794 300 +35 640,9 187 10 01 71 0 3001 300 +357 053,8 187 10 03 03 1 3981 300 -50 000,0 187 10 03 99 9 3971 300 -846 985,5 187 12 01 99 9 6798 800 +2 000 000,0 188 +8 967 923,5 188 01 08 08 4 9999 800 +1 743,4 188 03 02 08 1 0049 100 +2 400 000,0 188 03 02 08 2 0049 100 -2 007 000,0 188 03 02 08 4 0039 100 +3 480,8 188 03 02 08 4 0039 200 +1 908,7 188 03 02 08 4 0049 100 +4 989 199,3 188 03 02 08 4 0049 800 -4 750,0 188 03 02 08 4 2019 200 +2 300 000,0 188 03 02 08 4 3974 100 +250,0 188 03 02 08 4 3987 100 -1 284,1 188 03 02 08 5 9999 200 +696 782,0 188 03 02 08 5 9999 400 -696 782,0 188 03 03 03 3 3988 100 +20 002,1 188 03 03 08 3 0049 100 +1 019 076,0 188 03 13 08 4 3969 100 +2,0 188 05 01 08 4 4031 400 -495 036,8 188 05 01 08 4 4033 400 +200 000,0 188 07 04 08 4 0059 200 +15 000,0 188 07 04 08 4 0059 800 +100,0 188 07 04 08 4 3969 100 +3,3 188 07 05 08 4 3994 100 +880,0 188 07 06 08 2 0059 100 +46 000,0 188 07 06 08 4 3969 100 +46,0 188 09 01 03 3 3989 100 +4,1 188 09 01 03 3 3990 100 +200,9 188 09 01 08 4 0059 100 +246 100,0 188 09 01 08 4 0059 200 -55 000,0 188 09 01 08 4 3969 100 +102,8 188 09 02 08 4 0059 100 +2 000,0 188 09 02 08 4 0059 800 +50,0 188 09 05 03 3 3988 100 +231,3 188 09 05 08 4 0059 100 +260 452,1 188 09 05 08 4 0059 200 +40 000,0 188 09 05 08 4 0059 800 +4 600,0 188 10 03 03 1 3024 300 -20 438,4 189 189 10 01 71 0 3001 300 -152 502,5 189 10 03 03 1 3002 300 -27 865,6 189 10 03 03 1 3008 300 -2 044,2 189 10 03 03 1 3981 300 +182 412,3 192 +5 784 750,5 192 03 11 07 2 0039 100 +5 122,2 192 03 11 07 2 0039 200 +2 882,2 192 03 11 07 2 0039 800 +3,7 192 03 11 07 2 0049 200 +643 051,1 192 03 11 07 2 3971 100 -10 000,0 192 03 11 07 2 3971 200 +10 000,0 192 03 11 23 4 0049 200 +5 133 691,3 204 +2 126,5 204 03 08 03 3 3969 100 +20,4 204 03 08 03 3 3988 100 +14 741,5 204 03 08 03 3 3989 100 +29,0 204 03 08 03 3 3990 100 +2 547,9 204 03 08 03 3 3991 100 +55 910,1 204 03 08 09 1 0039 100 +1 578,5 204 03 08 09 1 0039 200 +548,0 204 03 08 09 1 0049 100 -98 503,3 204 03 08 09 1 0049 200 -23 941,2 204 03 08 09 1 0049 800 +129,2 204 03 08 09 1 3970 100 +250,0 204 03 08 09 1 3992 100 -13 818,0 204 03 08 09 1 3994 100 +8 008,5 204 03 08 09 1 3996 100 +100 000,0 204 03 13 03 3 3969 100 +1,2 204 03 13 03 3 3988 100 +123,7 204 03 13 03 3 3989 100 +0,5 204 03 13 03 3 3990 100 +27,5 204 03 13 03 3 3991 100 +200,0 204 03 13 09 1 0059 100 +805,4 204 03 13 09 1 0059 200 -1 841,1 204 03 13 09 1 3996 100 +476,9 204 07 05 03 3 3988 100 +138,4 204 07 05 03 3 3991 100 +250,0 204 07 05 09 1 0059 100 +16 239,2 204 07 05 09 1 0059 200 -12 487,4 204 07 05 09 1 3996 100 +1 000,0 204 07 06 09 1 0059 100 +10 256,6 204 07 06 09 1 0059 200 -800,0 204 07 06 09 1 0059 800 -2 309,7 204 07 06 09 1 3994 100 +151,2 204 07 06 09 1 3996 100 +1 000,0 204 09 02 03 3 3969 100 +1,2 204 09 02 03 3 3988 100 +371,0 204 09 02 03 3 3989 100 +1,0 204 09 02 03 3 3990 100 +27,5 204 09 02 03 3 3991 100 +235,4 204 09 02 09 1 0059 100 +1 412,3 204 09 02 09 1 0059 200 -809,5 204 09 05 03 3 3990 100 +3,5 204 09 05 09 1 0059 100 -19 158,6 204 09 05 09 1 0059 200 -43 000,0 204 09 05 09 1 0059 800 +2 309,7 226 +1 000 000,0 226 04 12 15 5 0059 600 +1 000 000,0 259 +1 887 790,2 259 01 08 21 2 2794 800 +176 927,5 259 04 03 21 2 6424 800 +1 709 920,0 259 04 12 21 2 0011 100 -604,0 259 04 12 21 2 0039 100 +865,4 259 04 12 21 2 0039 200 +681,3 279 279 02 09 99 9 0049 100 -28 438,7 279 02 09 99 9 0049 200 -163 620,0 279 02 09 99 9 0049 600 +192 058,7 302 +11,4 302 01 08 92 9 9999 800 +11,4 303 +2 432 799,7 303 01 01 77 2 0011 100 +136 805,9 303 01 01 77 2 0019 200 +838 084,2 303 01 01 89 9 6216 600 +1 000 000,0 303 01 12 89 9 0059 600 +6 646,0 303 01 13 89 3 0019 200 +93 324,0 303 01 13 89 3 0059 100 +9 976,0 303 01 13 89 9 0059 600 +2 823 319,7 303 01 13 89 9 4009 400 -2 690 003,2 303 01 13 89 9 6406 800 +7 032,3 303 01 13 89 9 6410 400 +131 043,0 303 01 13 89 9 6410 800 +68 795,6 303 05 01 05 4 3592 400 +345 155,0 303 07 06 02 1 0059 600 +81 466,2 303 07 06 02 1 4009 400 -418 845,0 305 +40,3 305 01 06 93 9 0019 200 +13 000,0 305 01 06 93 9 6415 800 -13 000,0 305 01 08 93 9 9999 800 +40,3 307 +10,2 307 01 08 15 6 9999 800 +10,2 308 +353 518,6 308 01 07 94 9 0011 100 +14 999,0 308 01 07 94 9 0012 100 +49 302,8 308 01 07 94 9 0019 200 +45 980,5 308 01 07 94 9 0019 800 +100,0 308 01 07 94 9 0059 200 +9 965,0 308 01 07 94 9 2070 200 +233 171,3 309 +317 040,1 309 01 08 05 3 9999 800 +840,0 309 01 13 99 9 0019 200 +126 311,0 309 05 05 05 2 2795 200 +124 950,0 309 05 05 05 2 2796 200 +3 780,0 309 07 06 99 9 4009 400 +72 659,1 309 10 03 05 4 3589 300 -32 000,0 309 14 03 33 1 5164 500 -79 500,0 309 14 03 99 9 5216 500 +100 000,0 310 +1 881 288,8 310 01 08 41 1 0039 100 +702 249,9 310 01 08 41 1 0039 200 +833 723,5 310 01 08 41 1 0039 300 +12,0 310 01 08 41 1 2031 200 -15 865,0 310 01 08 41 1 4001 400 -751 257,9 310 01 08 41 1 6058 800 +13 649,6 310 01 08 41 1 9999 800 +891 927,7 310 01 13 23 4 0019 200 +236 861,0 310 01 13 41 1 0011 100 -100 000,0 310 01 13 41 1 0019 200 +64 988,0 310 01 13 41 1 0059 600 +5 000,0 310 01 13 41 1 4009 400 +112 500,0 310 05 01 02 1 4009 400 -112 500,0 318 +1 373,4 318 01 08 42 5 9999 800 +265,8 318 03 04 42 5 0011 100 -79 547,6 318 03 04 42 5 0012 100 +79 547,6 318 03 04 42 5 0039 100 +943,9 318 03 04 42 5 0039 200 +163,7 319 +4 654,2 319 01 08 14 1 9999 600 +4 654,2 320 320 03 05 42 3 0049 100 +103 000,0 320 03 05 42 3 0049 200 +1 033 042,2 320 03 05 42 3 0049 800 -50 000,0 320 03 05 42 3 2019 200 +1 319 017,1 320 03 05 42 3 3595 200 -5 084 511,6 320 03 05 42 3 3994 100 +36 140,8 320 07 02 42 3 0059 100 +4 500,0 320 07 02 42 3 3997 100 +3 024,0 320 07 04 42 3 0059 100 +1 800,0 320 07 04 42 3 0059 200 -3 000,0 320 07 04 42 3 3997 100 +23 292,0 320 07 05 42 3 0059 100 +15 094,2 320 07 05 42 3 0059 200 -37 969,7 320 07 05 42 3 3994 100 +2 500,0 320 07 05 42 3 3997 100 +43,2 320 07 06 42 3 0059 200 +29 652,1 320 09 01 42 3 0059 100 +1 705,8 320 09 01 42 3 0059 200 +3 469,9 320 09 01 42 3 3999 100 -15 000,0 320 09 05 42 3 0059 200 +12 001,9 320 09 07 42 3 0059 100 +900,0 320 09 07 42 3 0059 200 -451,9 320 10 03 42 3 3594 300 +2 600 000,0 320 12 02 42 3 0059 200 +1 750,0 321 -262 138,8 321 01 08 15 3 9999 800 +134,8 321 04 11 15 3 0019 200 -7 574,2 321 04 12 15 3 0011 100 +144 390,0 321 04 12 15 3 0012 100 -139 897,2 321 04 12 15 3 0019 200 +3 081,4 321 04 12 15 3 2795 200 -131 831,4 321 04 12 15 3 2796 200 -130 442,2 322 322 03 04 42 4 0019 100 +4 441,0 322 03 04 42 4 3992 100 -4 509,0 322 10 03 03 1 3016 300 +68,0 330 -305 804,2 330 01 03 96 1 0011 100 -5 195,2 330 01 03 96 2 0011 100 -302 953,3 330 01 08 96 9 9999 800 +2 344,3 333 -89 670,8 333 01 03 95 1 0011 100 -3 247,0 333 01 03 95 2 0011 100 -89 690,4 333 01 03 95 2 5142 500 +3 266,6 333 01 03 95 9 0019 200 -10 000,0 333 12 01 95 9 6082 600 +10 000,0 340 350 350 04 01 34 Д 0019 100 +50 000,0 350 04 01 34 Д 0019 200 -50 000,0 384 +200 000,0 384 01 10 02 1 0059 600 +200 000,0 385 +630 044,1 385 07 06 02 1 4009 400 +630 044,1 370 388 +1 197 323,3 388 09 01 01 Б 0059 600 +134 659,4 388 09 01 01 Г 6087 200 +300 000,0 388 09 02 01 Б 0059 600 +694 663,9 388 09 09 01 Б 0059 600 +68 000,0 388 09 09 01 Г 0012 100 +2 545,5 388 09 09 01 Г 0019 200 +4 500,0 388 10 02 04 2 0019 200 -6 000,0 388 10 02 04 2 0059 100 -1 045,5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