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Куба об урегулировании задолженности Республики Куба перед Российской Федерацией по кредитам, предоставленным в период бывшего СССР</w:t>
      </w:r>
    </w:p>
    <w:p>
      <w:r>
        <w:rPr>
          <w:b/>
        </w:rPr>
        <w:t>Статья None. Федеральный закон   от 10.07.2014 № 203-ФЗ</w:t>
      </w:r>
    </w:p>
    <w:p>
      <w:r>
        <w:t>О ратификации Соглашения между Правительством Российской Федерации и Правительством Республики Куба об урегулировании задолженности Республики Куба перед Российской Федерацией по кредитам, предоставленным в период бывшего СССР РОССИЙСКАЯ ФЕДЕРАЦИЯ ФЕДЕРАЛЬНЫЙ ЗАКОН О ратификации Соглашения между Правительством Российской Федерации и Правительством Республики Куба об урегулировании задолженности Республики Куба перед Российской Федерацией по кредитам, предоставленным в период бывшего СССР Принят Государственной Думой 4 июля 2014 года Одобрен Советом Федерации 9 июля 2014 года Ратифицировать Соглашение между Правительством Российской Федерации и Правительством Республики Куба об урегулировании задолженности Республики Куба перед Российской Федерацией по кредитам, предоставленным в период бывшего СССР, подписанное в городе Москве 25 октября 2013 года. Президент Российской Федерации В.Путин Москва, Кремль 10 июля 2014 года № 203-ФЗ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