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Никарагуа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   от 21.07.2014 № 215-ФЗ</w:t>
      </w:r>
    </w:p>
    <w:p>
      <w:r>
        <w:t>О ратификации Соглашения между Правительством Российской Федерации и Правительством Республики Никарагуа о сотрудничестве в исследовании и использовании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Никарагуа о сотрудничестве в исследовании и использовании космического пространства в мирных целях Принят Государственной Думой 4 июля 2014 года Одобрен Советом Федерации 9 июля 2014 года Ратифицировать Соглашение между Правительством Российской Федерации и Правительством Республики Никарагуа о сотрудничестве в исследовании и использовании космического пространства в мирных целях, подписанное в городе Москве 26 января 2012 года. Президент Российской Федерации В.Путин Москва, Кремль 21 июля 2014 года № 215-ФЗ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