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Федерального фонда обязательного медицинского страхования на 2014 год и на плановый период 2015 и 2016 годов" и статью 51 Федерального закона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 декабря 2013 года № 321-ФЗ "О бюджете Федерального фонда обязательного медицинского страхования на 2014 год и на плановый период 2015 и 2016 годов" (Собрание законодательства Российской Федерации, 2013, № 49, ст. 6322) следующие изменения</w:t>
      </w:r>
    </w:p>
    <w:p>
      <w:r>
        <w:t>в части 1 статьи 5: а) пункт 6 изложить в следующей редакции: "6) на предоставление федеральному бюджету иных межбюджетных трансфертов на финансовое обеспечение оказания федеральными государственными учреждениями, подведомственными Министерству здравоохранения Российской Федерации, Федеральному медико-биологическому агентству, Федеральному агентству научных организаций, Министерству труда и социальной защиты Российской Федерации и Управлению делами Президента Российской Федерации, медицинской помощи, включенной в базовую программу обязательного медицинского страхования, а также высокотехнологичной медицинской помощи, не включенной в базовую программу обязательного медицинского страхования, в порядке, установленном Правительством Российской Федерации;"; б) дополнить пунктом 7 следующего содержания: "7) на предоставление иных межбюджетных трансфертов бюджетам территориальных фондов обязательного медицинского страхования Республики Крым в сумме до 60 000,0 тыс. рублей и города федерального значения Севастополя в сумме до 15 000,0 тыс. рублей на финансовое обеспечение мероприятий по организации обязательного медицинского страхования, в том числе мероприятий по информатизации медицинских организаций, на территориях указанных субъектов Российской Федерации."</w:t>
      </w:r>
    </w:p>
    <w:p>
      <w:r>
        <w:t>приложение 1 после строки дополнить строкой следующего содержания:</w:t>
      </w:r>
    </w:p>
    <w:p>
      <w:r>
        <w:rPr>
          <w:b/>
        </w:rPr>
        <w:t>Статья 2</w:t>
      </w:r>
    </w:p>
    <w:p>
      <w:r>
        <w:t>Статью 51 Федерального закона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48, ст. 6165) дополнить частью 18 следующего содержания: "18. С 1 января по 31 декабря 2014 года средства нормированного страхового запаса Федерального фонда могут направляться в соответствии с Федеральным законом от 2 декабря 2013 года № 321-ФЗ "О бюджете Федерального фонда обязательного медицинского страхования на 2014 год и на плановый период 2015 и 2016 годов" на финансовое обеспечение оказания высокотехнологичной медицинской помощи, не включенной в базовую программу обязательного медицинского страхования.".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6 части 1 статьи 5 Федерального закона от 2 декабря 2013 года № 321-ФЗ "О бюджете Федерального фонда обязательного медицинского страхования на 2014 год и на плановый период 2015 и 2016 годов" (в редакции настоящего Федерального закона) и части 18 статьи 51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распространяется на правоотношения, возникшие с 1 января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