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корпорации "Ростехнологии"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23 ноября 2007 года № 270-ФЗ "О Государственной корпорации "Ростехнологии" (Собрание законодательства Российской Федерации, 2007, № 48, ст. 5814; 2009, № 19, ст. 2278; 2011, № 1, ст. 49; № 27, ст. 3869; 2012, № 29, ст. 3988; 2013, № 9, ст. 871) следующие изменения: 1) наименование изложить в следующей редакции: "О Государственной корпорации по содействию разработке, производству и экспорту высокотехнологичной промышленной продукции "Ростех"; 2) в статье 1 слова "Ростехнологии" (далее - Государственная корпорация "Ростехнологии")" заменить словами "Ростех" (далее - Корпорация)", слова "Государственной корпорации "Ростехнологии" заменить словом "Корпорации"; 3) в статье 2: а) в наименовании слова "Государственной корпорации "Ростехнологии" заменить словом "Корпорации"; б) в части 1 слова "Государственная корпорация "Ростехнологии" заменить словом "Корпорация"; в) в части 2 слова "Государственная корпорация "Ростехнологии" заменить словом "Корпорация"; г) части 3 и 4 изложить в следующей редакции: "3. Полное наименование Корпорации на русском языке - Государственная корпорация по содействию разработке, производству и экспорту высокотехнологичной промышленной продукции "Ростех". Сокращенное наименование на русском языке - Государственная корпорация "Ростех".</w:t>
      </w:r>
    </w:p>
    <w:p>
      <w:r>
        <w:rPr>
          <w:b/>
        </w:rPr>
        <w:t xml:space="preserve">4. </w:t>
      </w:r>
      <w:r>
        <w:t>Полное наименование Корпорации на английском языке - State Corporation for Assistance to Development, Production and Export of Advanced Technology Industrial Product "Rostec". Сокращенное наименование на английском языке - State Corporation "Rostec"."; д) в части 5 слова "Государственной корпорации "Ростехнологии" заменить словом "Корпорации"; е) в части 6 слова "Государственная корпорация "Ростехнологии" заменить словом "Корпорация";</w:t>
      </w:r>
    </w:p>
    <w:p>
      <w:r>
        <w:rPr>
          <w:b/>
        </w:rPr>
        <w:t xml:space="preserve">2. </w:t>
      </w:r>
      <w:r>
        <w:t>Корпорация не отвечает по обязательствам Российской Федерации. Российская Федерация не отвечает по обязательствам Корпорации. Корпорация отвечает по своим обязательствам всем принадлежащим ей имуществом."; в) в части 3 слова "Государственная корпорация "Ростехнологии" заменить словом "Корпорация"; г) часть 4 изложить в следующей редакции: "4. Корпорация формирует в составе своего имущества резервный фонд и иные целевые фонды в порядке и в размерах, которые определяются наблюдательным советом Корпорации.";</w:t>
      </w:r>
    </w:p>
    <w:p>
      <w:r>
        <w:rPr>
          <w:b/>
        </w:rPr>
        <w:t xml:space="preserve">4. </w:t>
      </w:r>
      <w:r>
        <w:t>в статье 3:</w:t>
      </w:r>
    </w:p>
    <w:p>
      <w:r>
        <w:rPr>
          <w:b/>
        </w:rPr>
        <w:t xml:space="preserve">4. </w:t>
      </w:r>
      <w:r>
        <w:t>в статье 4:</w:t>
      </w:r>
    </w:p>
    <w:p>
      <w:r>
        <w:rPr>
          <w:b/>
        </w:rPr>
        <w:t xml:space="preserve">4. </w:t>
      </w:r>
      <w:r>
        <w:t>в статье 5:</w:t>
      </w:r>
    </w:p>
    <w:p>
      <w:r>
        <w:rPr>
          <w:b/>
        </w:rPr>
        <w:t xml:space="preserve">4. </w:t>
      </w:r>
      <w:r>
        <w:t>в наименовании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4. </w:t>
      </w:r>
      <w:r>
        <w:t>часть 1 изложить в следующей редакции: "1. Целью деятельности Корпорации является содействие разработке, производству и экспорту высокотехнологичной промышленной продукции путем обеспечения поддержки на внутреннем и внешнем рынках российских организаций - разработчиков и производителей высокотехнологичной промышленной продукции, организаций, в которых Корпорация в силу преобладающего участия в их уставных капиталах в соответствии с заключенными между ними договорами или иным образом имеет возможность влиять на принимаемые этими организациями решения (далее - организации Корпорации), путем привлечения инвестиций в организации различных отраслей промышленности, включая оборонно-промышленный комплекс, а также участия в социальных и иных общественно значимых проектах в интересах государства и общества в соответствии с настоящим Федеральным законом, другими федеральными законами, решениями Президента Российской Федерации."</w:t>
      </w:r>
    </w:p>
    <w:p>
      <w:r>
        <w:rPr>
          <w:b/>
        </w:rPr>
        <w:t xml:space="preserve">4. </w:t>
      </w:r>
      <w:r>
        <w:t>в части 2 слова "Государственная корпорация "Ростехнологии" заменить словом "Корпорация",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4. </w:t>
      </w:r>
      <w:r>
        <w:t>в части 3: в абзаце первом слова "Государственной корпорации "Ростехнологии" заменить словом "Корпорации"; пункт 6 дополнить словами ", а также проведение научных исследований по перспективным направлениям развития науки и техники"; дополнить пунктом 71 следующего содержания: "71) оказание содействия строительству (созданию) объектов, в том числе социального назначения;"</w:t>
      </w:r>
    </w:p>
    <w:p>
      <w:r>
        <w:rPr>
          <w:b/>
        </w:rPr>
        <w:t xml:space="preserve">4. </w:t>
      </w:r>
      <w:r>
        <w:t>в наименовании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4. </w:t>
      </w:r>
      <w:r>
        <w:t>в части 1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4. </w:t>
      </w:r>
      <w:r>
        <w:t>в части 2 слова "Государственную корпорацию "Ростехнологии" заменить словом "Корпорацию"</w:t>
      </w:r>
    </w:p>
    <w:p>
      <w:r>
        <w:rPr>
          <w:b/>
        </w:rPr>
        <w:t xml:space="preserve">4. </w:t>
      </w:r>
      <w:r>
        <w:t>в части 3 слова "Государственную корпорацию "Ростехнологии" заменить словом "Корпорацию"</w:t>
      </w:r>
    </w:p>
    <w:p>
      <w:r>
        <w:rPr>
          <w:b/>
        </w:rPr>
        <w:t xml:space="preserve">4. </w:t>
      </w:r>
      <w:r>
        <w:t>в наименовании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4. </w:t>
      </w:r>
      <w:r>
        <w:t>части 1 и 2 изложить в следующей редакции: "1. Имущество Корпорации формируется за счет имущественного взноса Российской Федерации, доходов, получаемых Корпорацией от использования своего имущества и осуществляемой деятельности, регулярных и (или) единовременных поступлений (взносов), решения о которых приняты в соответствии с законодательством Российской Федерации, от организаций, акции (доли) которых находятся в ее собственности, федерального и иного имущества, передаваемого Корпорации в ходе осуществления ее деятельности, за счет других законных поступлений и является собственностью Корпорации</w:t>
      </w:r>
    </w:p>
    <w:p>
      <w:r>
        <w:rPr>
          <w:b/>
        </w:rPr>
        <w:t xml:space="preserve">2. </w:t>
      </w:r>
      <w:r>
        <w:t>в статье 6:</w:t>
      </w:r>
    </w:p>
    <w:p>
      <w:r>
        <w:rPr>
          <w:b/>
        </w:rPr>
        <w:t xml:space="preserve">2. </w:t>
      </w:r>
      <w:r>
        <w:t>в статье 7:</w:t>
      </w:r>
    </w:p>
    <w:p>
      <w:r>
        <w:rPr>
          <w:b/>
        </w:rPr>
        <w:t xml:space="preserve">2. </w:t>
      </w:r>
      <w:r>
        <w:t>в статье 8:</w:t>
      </w:r>
    </w:p>
    <w:p>
      <w:r>
        <w:rPr>
          <w:b/>
        </w:rPr>
        <w:t xml:space="preserve">2. </w:t>
      </w:r>
      <w:r>
        <w:t>в статье 9:</w:t>
      </w:r>
    </w:p>
    <w:p>
      <w:r>
        <w:rPr>
          <w:b/>
        </w:rPr>
        <w:t xml:space="preserve">2. </w:t>
      </w:r>
      <w:r>
        <w:t>в статье 10:</w:t>
      </w:r>
    </w:p>
    <w:p>
      <w:r>
        <w:rPr>
          <w:b/>
        </w:rPr>
        <w:t xml:space="preserve">2. </w:t>
      </w:r>
      <w:r>
        <w:t>в статье 11:</w:t>
      </w:r>
    </w:p>
    <w:p>
      <w:r>
        <w:rPr>
          <w:b/>
        </w:rPr>
        <w:t xml:space="preserve">2. </w:t>
      </w:r>
      <w:r>
        <w:t>в статье 12:</w:t>
      </w:r>
    </w:p>
    <w:p>
      <w:r>
        <w:rPr>
          <w:b/>
        </w:rPr>
        <w:t xml:space="preserve">2. </w:t>
      </w:r>
      <w:r>
        <w:t>в статье 13:</w:t>
      </w:r>
    </w:p>
    <w:p>
      <w:r>
        <w:rPr>
          <w:b/>
        </w:rPr>
        <w:t xml:space="preserve">2. </w:t>
      </w:r>
      <w:r>
        <w:t>в статье 14:</w:t>
      </w:r>
    </w:p>
    <w:p>
      <w:r>
        <w:rPr>
          <w:b/>
        </w:rPr>
        <w:t xml:space="preserve">2. </w:t>
      </w:r>
      <w:r>
        <w:t>в статье 15:</w:t>
      </w:r>
    </w:p>
    <w:p>
      <w:r>
        <w:rPr>
          <w:b/>
        </w:rPr>
        <w:t xml:space="preserve">2. </w:t>
      </w:r>
      <w:r>
        <w:t>в статье 16:</w:t>
      </w:r>
    </w:p>
    <w:p>
      <w:r>
        <w:rPr>
          <w:b/>
        </w:rPr>
        <w:t xml:space="preserve">2. </w:t>
      </w:r>
      <w:r>
        <w:t>в наименовании слова "Государственной корпорацией "Ростехнологии" заменить словом "Корпорацией"</w:t>
      </w:r>
    </w:p>
    <w:p>
      <w:r>
        <w:rPr>
          <w:b/>
        </w:rPr>
        <w:t xml:space="preserve">2. </w:t>
      </w:r>
      <w:r>
        <w:t>в статье 17:</w:t>
      </w:r>
    </w:p>
    <w:p>
      <w:r>
        <w:rPr>
          <w:b/>
        </w:rPr>
        <w:t xml:space="preserve">2. </w:t>
      </w:r>
      <w:r>
        <w:t>в части 1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2: в пункте 1 слова "Государственной корпорации "Ростехнологии" заменить словом "Корпорации"; в пункте 2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статье 171:</w:t>
      </w:r>
    </w:p>
    <w:p>
      <w:r>
        <w:rPr>
          <w:b/>
        </w:rPr>
        <w:t xml:space="preserve">2. </w:t>
      </w:r>
      <w:r>
        <w:t>в статье 18:</w:t>
      </w:r>
    </w:p>
    <w:p>
      <w:r>
        <w:rPr>
          <w:b/>
        </w:rPr>
        <w:t xml:space="preserve">2. </w:t>
      </w:r>
      <w:r>
        <w:t>в части 3: в абзаце первом слова "Государственной корпорации "Ростехнологии" заменить словом "Корпорации"; в пункте 1 слова "Государственной корпорации "Ростехнологии" заменить словом "Корпорации"; в пункте 2 слова "Государственной корпорации "Ростехнологии" заменить словом "Корпорации"; в пункте 3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статье 181:</w:t>
      </w:r>
    </w:p>
    <w:p>
      <w:r>
        <w:rPr>
          <w:b/>
        </w:rPr>
        <w:t xml:space="preserve">2. </w:t>
      </w:r>
      <w:r>
        <w:t>в статье 19:</w:t>
      </w:r>
    </w:p>
    <w:p>
      <w:r>
        <w:rPr>
          <w:b/>
        </w:rPr>
        <w:t xml:space="preserve">2. </w:t>
      </w:r>
      <w:r>
        <w:t>в наименовании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1: в абзаце первом слова "Государственная корпорация "Ростехнологии" заменить словом "Корпорация"; в пункте 4 слова "пределами и целью" заменить словами "пределами, в том числе целью"; в пункте 5 слова "Государственной корпорации "Ростехнологии" заменить словом "Корпорации"; в пункте 7 слова "Государственной корпорацией "Ростехнологии" заменить словом "Корпорацией"; в пункте 9 слова "Государственной корпорации "Ростехнологии" заменить словом "Корпорации"; в пункте 101 слова "Государственной корпорации "Ростехнологии" заменить словом "Корпорации"; в пункте 121 слова "Правительством Российской Федерации решения о передаче" заменить словами "Правительством Российской Федерации или федеральным органом исполнительной власти, определяемым в соответствии с частью 10 статьи 181 настоящего Федерального закона Правительством Российской Федерации, в отношении акций дополнительных выпусков открытых акционерных обществ, являющихся организациями Корпорации, решения о передаче", слова "Государственной корпорации "Ростехнологии" заменить словом "Корпорации"; в пункте 13 слова "Государственной корпорации "Ростехнологии" заменить словом "Корпорации"; в пункте 133 слова "Государственной корпорации "Ростехнологии" заменить словом "Корпорации"; в пункте 134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2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наименовании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1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часть 2 изложить в следующей редакции: "2. Годовой отчет Корпорации подготавливается ее правлением и утверждается наблюдательным советом Корпорации не позднее 1 июля года, следующего за отчетным периодом. Годовой отчет Корпорации подлежит обязательному опубликованию путем размещения на официальном сайте Корпорации в информационно-телекоммуникационной сети "Интернет" до 1 сентября года, следующего за отчетным периодом, с соблюдением требований законодательства Российской Федерации о государственной тайне, законодательства Российской Федерации о коммерческой тайне."</w:t>
      </w:r>
    </w:p>
    <w:p>
      <w:r>
        <w:rPr>
          <w:b/>
        </w:rPr>
        <w:t xml:space="preserve">2. </w:t>
      </w:r>
      <w:r>
        <w:t>в части 3: в абзаце первом слова "Государственной корпорации "Ростехнологии" заменить словом "Корпорации"; в пункте 1 слова "Государственной корпорации "Ростехнологии" заменить словом "Корпорации"; в пункте 2 слова "Государственной корпорации "Ростехнологии" заменить словом "Корпорации"; в пункте 4 слова "Государственной корпорации "Ростехнологии" заменить словом "Корпорации"; в пункте 5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4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5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дополнить частью 6 следующего содержания: "6. Корпорация составляет консолидированную финансовую отчетность ежегодно. Достоверность годовой консолидированной финансовой отчетности Корпорации подтверждается аудиторским заключением."</w:t>
      </w:r>
    </w:p>
    <w:p>
      <w:r>
        <w:rPr>
          <w:b/>
        </w:rPr>
        <w:t xml:space="preserve">2. </w:t>
      </w:r>
      <w:r>
        <w:t>в наименовании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часть 1 изложить в следующей редакции: "1. Для подтверждения достоверности бухгалтерской (финансовой) отчетности Корпорации и годовой консолидированной финансовой отчетности Корпорации наблюдательный совет Корпорации определяет на конкурсной основе аудиторскую организацию и размер ее вознаграждения за оказанные услуги."</w:t>
      </w:r>
    </w:p>
    <w:p>
      <w:r>
        <w:rPr>
          <w:b/>
        </w:rPr>
        <w:t xml:space="preserve">2. </w:t>
      </w:r>
      <w:r>
        <w:t>в части 2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3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дополнить частью 4 следующего содержания: "4. Аудиторская организация проводит обязательный аудит годовой консолидированной финансовой отчетности Корпорации до ее утверждения наблюдательным советом Корпорации."</w:t>
      </w:r>
    </w:p>
    <w:p>
      <w:r>
        <w:rPr>
          <w:b/>
        </w:rPr>
        <w:t xml:space="preserve">2. </w:t>
      </w:r>
      <w:r>
        <w:t>в наименовании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1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2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наименовании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1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2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3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4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5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6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7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8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часть 9 изложить в следующей редакции: "9. Наблюдательный совет Корпорации правомочен принимать решения, если в его заседании принимает участие не менее половины членов наблюдательного совета Корпорации, включая членов наблюдательного совета Корпорации, представивших в письменной форме мнения по всем рассматриваемым вопросам до дня проведения заседания. При равенстве числа голосов голос председательствующего на заседании наблюдательного совета Корпорации является решающим. Порядок проведения заседаний наблюдательного совета Корпорации и подсчета результатов голосования устанавливается наблюдательным советом Корпорации."; л) в части 10 слова "Государственной корпорации "Ростехнологии" заменить словом "Корпорации"; м) в части 11 слова "Государственной корпорации "Ростехнологии" заменить словом "Корпорации"; н) в части 111 слова "Государственной корпорации "Ростехнологии" заменить словом "Корпорации"; о) в части 112 слова "Государственной корпорации "Ростехнологии" заменить словом "Корпорации"; п) в части 113 слова "Государственной корпорации "Ростехнологии" заменить словом "Корпорации"; р) в части 12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наименовании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1: в абзаце первом слова "Государственной корпорации "Ростехнологии" заменить словом "Корпорации"; пункт 1 изложить в следующей редакции: "1) утверждение стратегии развития Корпорации на долгосрочный период;"; в пункте 2 слова "Государственной корпорации "Ростехнологии" заменить словом "Корпорации"; в пункте 3 слова "Государственной корпорации "Ростехнологии" заменить словом "Корпорации"; в пункте 4 слова "Государственной корпорации "Ростехнологии" заменить словом "Корпорации"; в пункте 5 слова "Государственной корпорации "Ростехнологии" заменить словом "Корпорации"; в пункте 6 слова "Государственной корпорации "Ростехнологии" заменить словом "Корпорации"; в пункте 7 слова "Государственной корпорации "Ростехнологии" заменить словом "Корпорации"; пункт 8 изложить в следующей редакции: "8) утверждение программы деятельности Корпорации на среднесрочный период, определяющей основные направления и показатели деятельности Корпорации;"; в пункте 10 слова "Государственной корпорации "Ростехнологии" заменить словом "Корпорации"; в пункте 11 слова "Государственной корпорации "Ростехнологии" заменить словом "Корпорации"; в пункте 12 слова "Государственной корпорации "Ростехнологии" заменить словом "Корпорации"; в пункте 13 слова "Государственной корпорации "Ростехнологии" заменить словом "Корпорации"; в пункте 14 слова "Государственной корпорацией "Ростехнологии" заменить словом "Корпорацией", слова "Государственной корпорации "Ростехнологии" заменить словом "Корпорации"; в пункте 15 слова "Государственной корпорации "Ростехнологии" заменить словом "Корпорации"; в пункте 16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2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3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наименовании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1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2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3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4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5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6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наименовании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абзаце первом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пункт 1 изложить в следующей редакции: "1) подготавливает и представляет на утверждение наблюдательного совета Корпорации стратегию развития Корпорации на долгосрочный период;"</w:t>
      </w:r>
    </w:p>
    <w:p>
      <w:r>
        <w:rPr>
          <w:b/>
        </w:rPr>
        <w:t xml:space="preserve">2. </w:t>
      </w:r>
      <w:r>
        <w:t>в пункте 2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пункте 3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пункте 4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пункт 5 изложить в следующей редакции: "5) подготавливает на основании стратегии развития Корпорации на долгосрочный период и представляет на утверждение наблюдательного совета Корпорации программу деятельности Корпорации на среднесрочный период;"</w:t>
      </w:r>
    </w:p>
    <w:p>
      <w:r>
        <w:rPr>
          <w:b/>
        </w:rPr>
        <w:t xml:space="preserve">2. </w:t>
      </w:r>
      <w:r>
        <w:t>в пункте 6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пункте 7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наименовании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1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2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3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4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наименовании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абзаце первом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пункте 1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пункте 2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пункте 3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пункте 4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пункте 5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пункте 6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пункте 7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пункте 8 слова "Государственной корпорации "Ростехнологии" заменить словом "Корпорации"; л) в пункте 10 слова "Государственной корпорации "Ростехнологии" заменить словом "Корпорации"; м) в пункте 101 слова "Государственной корпорации "Ростехнологии" заменить словом "Корпорации"; н) в пункте 12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наименовании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1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2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3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4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5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наименовании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1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2: в абзаце первом слова "Государственной корпорации "Ростехнологии" заменить словом "Корпорации"; в пункте 1 слова "Государственной корпорации "Ростехнологии" заменить словом "Корпорации"; в пункте 2 слова "Государственной корпорации "Ростехнологии" заменить словом "Корпорации"; в пункте 3 слова "Государственной корпорации "Ростехнологии" заменить словом "Корпорации"; в пункте 4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3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4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наименовании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1 слова "Государственная корпорация "Ростехнологии" заменить словом "Корпорация",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2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наименование изложить в следующей редакции: "Статья 181. Особенности передачи Корпорации имущественного взноса Российской Федерации"</w:t>
      </w:r>
    </w:p>
    <w:p>
      <w:r>
        <w:rPr>
          <w:b/>
        </w:rPr>
        <w:t xml:space="preserve">2. </w:t>
      </w:r>
      <w:r>
        <w:t>часть 1 изложить в следующей редакции: "1. Передача Корпорации имущественного взноса Российской Федерации осуществляется с учетом особенностей, определенных настоящей статьей."</w:t>
      </w:r>
    </w:p>
    <w:p>
      <w:r>
        <w:rPr>
          <w:b/>
        </w:rPr>
        <w:t xml:space="preserve">2. </w:t>
      </w:r>
      <w:r>
        <w:t>в части 2: в абзаце первом слова "Государственной корпорации "Ростехнологии" заменить словом "Корпорации"; в пункте 7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3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5: в абзаце первом слова "Государственной корпорации "Ростехнологии" заменить словом "Корпорации"; в пункте 19 слова "Государственной корпорации "Ростехнологии" заменить словом "Корпорации"; в пункте 20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6 слова "Государственная корпорация "Ростехнологии" заменить словом "Корпорация",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7 слова "Государственная корпорация "Ростехнологии" заменить словом "Корпорация",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в части 8 слова "Государственной корпорации "Ростехнологии" заменить словом "Корпорации", слова "Государственная корпорация "Ростехнологии" заменить словом "Корпорация"</w:t>
      </w:r>
    </w:p>
    <w:p>
      <w:r>
        <w:rPr>
          <w:b/>
        </w:rPr>
        <w:t xml:space="preserve">2. </w:t>
      </w:r>
      <w:r>
        <w:t>в части 9 слова "Государственной корпорации "Ростехнологии" заменить словом "Корпорации"</w:t>
      </w:r>
    </w:p>
    <w:p>
      <w:r>
        <w:rPr>
          <w:b/>
        </w:rPr>
        <w:t xml:space="preserve">2. </w:t>
      </w:r>
      <w:r>
        <w:t>дополнить частью 10 следующего содержания: "10. В случае, если иное не установлено Президентом Российской Федерации, поступающие в собственность Российской Федерации акции дополнительных выпусков открытых акционерных обществ, являющихся организациями Корпорации, передаются Корпорации в качестве имущественного взноса Российской Федерации на основании решений федерального органа исполнительной власти, определенного Правительством Российской Федерации."</w:t>
      </w:r>
    </w:p>
    <w:p>
      <w:r>
        <w:rPr>
          <w:b/>
        </w:rPr>
        <w:t xml:space="preserve">2. </w:t>
      </w:r>
      <w:r>
        <w:t>в части 1 слова "Государственную корпорацию "Ростехнологии" заменить словом "Корпорацию"</w:t>
      </w:r>
    </w:p>
    <w:p>
      <w:r>
        <w:rPr>
          <w:b/>
        </w:rPr>
        <w:t xml:space="preserve">2. </w:t>
      </w:r>
      <w:r>
        <w:t>в части 2 слова "Государственная корпорация "Ростехнологии" заменить словом "Корпорация"</w:t>
      </w:r>
    </w:p>
    <w:p>
      <w:r>
        <w:rPr>
          <w:b/>
        </w:rPr>
        <w:t xml:space="preserve">2. </w:t>
      </w:r>
      <w:r>
        <w:t>в части 3 слова "Государственной корпорации "Ростехнологии" заменить словом "Корпорации"</w:t>
      </w:r>
    </w:p>
    <w:p>
      <w:r>
        <w:rPr>
          <w:b/>
        </w:rPr>
        <w:t>Статья 2</w:t>
      </w:r>
    </w:p>
    <w:p>
      <w:r>
        <w:t>Внести в статью 12 Федерального закона от 19 июля 1998 года № 114-ФЗ "О военно-техническом сотрудничестве Российской Федерации с иностранными государствами" (Собрание законодательства Российской Федерации, 1998, № 30, ст. 3610; 2006, № 44, ст. 4532; 2007, № 49, ст. 6032; 2009, № 19, ст. 2279; 2012, № 29, ст. 3988) следующие изменения</w:t>
      </w:r>
    </w:p>
    <w:p>
      <w:r>
        <w:t>в абзаце третьем пункта 1 слово "Ростехнологии" заменить словом "Ростех"</w:t>
      </w:r>
    </w:p>
    <w:p>
      <w:r>
        <w:t>в абзаце третьем пункта 2 слово "Ростехнологии" заменить словом "Ростех"</w:t>
      </w:r>
    </w:p>
    <w:p>
      <w:r>
        <w:rPr>
          <w:b/>
        </w:rPr>
        <w:t>Статья 3</w:t>
      </w:r>
    </w:p>
    <w:p>
      <w:r>
        <w:t>В части первой статьи 8 Федерального закона от 14 апреля 1999 года № 77-ФЗ "О ведомственной охране" (Собрание законодательства Российской Федерации, 1999, № 16, ст. 1935; 2007, № 49, ст. 6079; 2009, № 19, ст. 2279; 2010, № 48, ст. 6246; 2014, № 16, ст. 1832) слово "Ростехнологии" заменить словом "Ростех".</w:t>
      </w:r>
    </w:p>
    <w:p>
      <w:r>
        <w:rPr>
          <w:b/>
        </w:rPr>
        <w:t>Статья 4</w:t>
      </w:r>
    </w:p>
    <w:p>
      <w:r>
        <w:t>В части второй статьи 9 Федерального закона от 18 июля 1999 года № 183-ФЗ "Об экспортном контроле" (Собрание законодательства Российской Федерации, 1999, № 30, ст. 3774; 2007, № 49, ст. 6079; 2009, № 19, ст. 2279) слово "Ростехнологии" заменить словом "Ростех".</w:t>
      </w:r>
    </w:p>
    <w:p>
      <w:r>
        <w:rPr>
          <w:b/>
        </w:rPr>
        <w:t>Статья 5</w:t>
      </w:r>
    </w:p>
    <w:p>
      <w:r>
        <w:t>Внести в Федеральный закон от 21 декабря 2001 года № 178-ФЗ "О приватизации государственного и муниципального имущества" (Собрание законодательства Российской Федерации, 2002, № 4, ст. 251; 2003, № 9, ст. 805; 2006, № 17, ст. 1782; 2007, № 7, ст. 834; 2009, № 19, ст. 2279; 2010, № 23, ст. 2788; № 48, ст. 6246; 2011, № 29, ст. 4292) следующие изменения</w:t>
      </w:r>
    </w:p>
    <w:p>
      <w:r>
        <w:t>абзац девятнадцатый пункта 1 статьи 6 изложить в следующей редакции: "Особенности приватизации имущества федеральных государственных унитарных предприятий, преобразуемых в открытые акционерные общества, 100 процентов акций которых находится в федеральной собственности и передается Государственной корпорации по содействию разработке, производству и экспорту высокотехнологичной промышленной продукции "Ростех" в качестве имущественного взноса Российской Федерации, устанавливаются Федеральным законом от 23 ноября 2007 года № 270-ФЗ "О Государственной корпорации по содействию разработке, производству и экспорту высокотехнологичной промышленной продукции "Ростех"."</w:t>
      </w:r>
    </w:p>
    <w:p>
      <w:r>
        <w:t>в пункте 15 статьи 43 слово "Ростехнологии" заменить словом "Ростех"</w:t>
      </w:r>
    </w:p>
    <w:p>
      <w:r>
        <w:rPr>
          <w:b/>
        </w:rPr>
        <w:t>Статья 6</w:t>
      </w:r>
    </w:p>
    <w:p>
      <w:r>
        <w:t>В пункте 1 части 612 статьи 11 Федерального закона от 24 июля 2008 года № 161-ФЗ "О содействии развитию жилищного строительства" (Собрание законодательства Российской Федерации, 2008, № 30, ст. 3617; 2009, № 19, ст. 2281; № 52, ст. 6419; 2010, № 30, ст. 3997; 2011, № 30, ст. 4592; № 49, ст. 7027; 2012, № 29, ст. 3998; № 53, ст. 7615; 2013, № 30, ст. 4072; Российская газета, 2014, 27 июня) слово "Ростехнологии" заменить словом "Ростех".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части 6 статьи 8 и частей 1 и 4 статьи 9 Федерального закона от 23 ноября 2007 года № 270-ФЗ "О Государственной корпорации по содействию разработке, производству и экспорту высокотехнологичной промышленной продукции "Ростех" (в редакции настоящего Федерального закона) в отношении составления годовой консолидированной финансовой отчетности распространяется на правоотношения, возникшие с 1 января 2014 года</w:t>
      </w:r>
    </w:p>
    <w:p>
      <w:r>
        <w:rPr>
          <w:b/>
        </w:rPr>
        <w:t xml:space="preserve">3. </w:t>
      </w:r>
      <w:r>
        <w:t>Государственная корпорация по содействию разработке, производству и экспорту высокотехнологичной промышленной продукции "Ростех" вправе осуществлять виды деятельности на основании лицензий и иных разрешительных документов, выданных Государственной корпорации по содействию разработке, производству и экспорту высокотехнологичной промышленной продукции "Ростехнологии"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