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Евразийском экономическом союзе</w:t>
      </w:r>
    </w:p>
    <w:p>
      <w:r>
        <w:rPr>
          <w:b/>
        </w:rPr>
        <w:t>Статья None. Федеральный закон   от 03.10.2014 № 279-ФЗ</w:t>
      </w:r>
    </w:p>
    <w:p>
      <w:r>
        <w:t>О ратификации Договора о Евразийском экономическом союзе РОССИЙСКАЯ ФЕДЕРАЦИЯ ФЕДЕРАЛЬНЫЙ ЗАКОН О ратификации Договора о Евразийском экономическом союзе Принят Государственной Думой 26 сентября 2014 года Одобрен Советом Федерации 1 октября 2014 года Ратифицировать Договор о Евразийском экономическом союзе, подписанный в городе Астане 29 мая 2014 года. Президент Российской Федерации В.Путин Москва, Кремль 3 октября 2014 года № 279-ФЗ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