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трехсторонних консультациях для содействия применению международных трудовых норм (Конвенции № 144)</w:t>
      </w:r>
    </w:p>
    <w:p>
      <w:r>
        <w:rPr>
          <w:b/>
        </w:rPr>
        <w:t>Статья None. Федеральный закон   от 04.10.2014 № 281-ФЗ</w:t>
      </w:r>
    </w:p>
    <w:p>
      <w:r>
        <w:t>О ратификации Конвенции о трехсторонних консультациях для содействия применению международных трудовых норм (Конвенции № 144) РОССИЙСКАЯ ФЕДЕРАЦИЯ ФЕДЕРАЛЬНЫЙ ЗАКОН О ратификации Конвенции о трехсторонних консультациях для содействия применению международных трудовых норм (Конвенции № 144) Принят Государственной Думой 24 сентября 2014 года Одобрен Советом Федерации 1 октября 2014 года Ратифицировать Конвенцию о трехсторонних консультациях для содействия применению международных трудовых норм (Конвенцию № 144), принятую на 61-й сессии Генеральной конференции Международной организации труда в городе Женеве 21 июня 1976 года. Президент Российской Федерации В.Путин Москва, Кремль 4 октября 2014 года № 281-ФЗ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