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6967) изменение, заменив слова "Тюменская область - 64" словами "Тюменская область - 67".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Тюменской области в 2014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