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6967) изменение, заменив слова "Республика Алтай - 11" словами "Республика Алтай - 14".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Республике Алтай в 2014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