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2013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2013 год по доходам в сумме 13 019 939 484,9 тыс. рублей, по расходам в сумме 13 342 921 640,3 тыс. рублей с превышением расходов над доходами (дефицит федерального бюджета) в сумме 322 982 155,4 тыс. рублей и со следующими показателями</w:t>
      </w:r>
    </w:p>
    <w:p>
      <w:r>
        <w:t>доходов федерального бюджета за 2013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2013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2013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2013 год по разделам и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2013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2013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