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16 Федерального закона "О свободе совести и о религиозных объединениях"</w:t>
      </w:r>
    </w:p>
    <w:p>
      <w:r>
        <w:rPr>
          <w:b/>
        </w:rPr>
        <w:t>Статья None. Федеральный закон   от 22.10.2014 № 316-ФЗ</w:t>
      </w:r>
    </w:p>
    <w:p>
      <w:r>
        <w:t>О внесении изменений в статью 16 Федерального закона "О свободе совести и о религиозных объединениях" РОССИЙСКАЯ ФЕДЕРАЦИЯ ФЕДЕРАЛЬНЫЙ ЗАКОН О внесении изменений в статью 16 Федерального закона "О свободе совести и о религиозных объединениях" Принят Государственной Думой 8 октября 2014 года Одобрен Советом Федерации 15 октября 2014 года Внести в статью 16 Федерального закона от 26 сентября 1997 года № 125-ФЗ "О свободе совести и о религиозных объединениях" (Собрание законодательства Российской Федерации, 1997, № 39, ст. 4465; 2013, № 27, ст. 3477) следующие изменения</w:t>
      </w:r>
    </w:p>
    <w:p>
      <w:r>
        <w:t>пункт 2 изложить в следующей редакции: "2. Богослужения, другие религиозные обряды и церемонии беспрепятственно совершаются: в культовых помещениях, зданиях и сооружениях, а также на земельных участках, на которых расположены такие здания и сооружения; в зданиях и сооружениях, принадлежащих религиозным организациям на праве собственности или предоставленных им на ином имущественном праве для осуществления их уставной деятельности, а также на земельных участках, на которых расположены такие здания и сооружения; в помещениях, принадлежащих религиозным организациям на праве собственности или предоставленных им на ином имущественном праве для осуществления их уставной деятельности, а также на земельных участках, на которых расположены здания, имеющие соответствующие помещения, по согласованию с собственниками таких зданий; в помещениях, зданиях, сооружениях и на земельных участках, принадлежащих на праве собственности или предоставленных на ином имущественном праве организациям, созданным религиозными организациями; на земельных участках, принадлежащих религиозным организациям на праве собственности или предоставленных им на ином имущественном праве; в местах паломничества; на кладбищах и в крематориях; в жилых помещениях."</w:t>
      </w:r>
    </w:p>
    <w:p>
      <w:r>
        <w:t>пункт 5 изложить в следующей редакции: "5. В иных случаях публичные богослужения, другие религиозные обряды и церемонии (включая молитвенные и религиозные собрания), проводимые в общественных местах в условиях, которые требуют принятия мер, направленных на обеспечение общественного порядка и безопасности как самих участников религиозных обрядов и церемоний, так и других граждан, осуществляются в порядке, установленном для проведения митингов, шествий и демонстраций.". Президент Российской Федерации В.Путин Москва, Кремль 22 октября 2014 года № 316-ФЗ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