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Куба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04.11.2014 № 324-ФЗ</w:t>
      </w:r>
    </w:p>
    <w:p>
      <w:r>
        <w:t>О ратификации Соглашения между Правительством Российской Федерации и Правительством Республики Куба о сотрудничестве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Куба о сотрудничестве в исследовании и использовании космического пространства в мирных целях Принят Государственной Думой 22 октября 2014 года Одобрен Советом Федерации 29 октября 2014 года Ратифицировать Соглашение между Правительством Российской Федерации и Правительством Республики Куба о сотрудничестве в исследовании и использовании космического пространства в мирных целях, подписанное в городе Гаване 21 февраля 2013 года. Президент Российской Федерации В.Путин Москва, Кремль 4 ноября 2014 года № 324-ФЗ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