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Российская газета, 2014, 8 октября) изменение, заменив слова "Ханты-Мансийский автономный округ - Югра - 76" словами "Ханты-Мансийский автономный округ - Югра - 78".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Ханты-Мансийском автономном округе - Югре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