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5324-5326) изменение, заменив слова "Орловская область - 45" словами "Орловская область - 48".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Орловской области в 2014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