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Российская газета, 2014, 8 октября) изменение, заменив слова "Удмуртская Республика - 81" словами "Удмуртская Республика - 85".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Удмуртской Республике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