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Российская газета, 2014, 8 октября) изменение, заменив слова "Ленинградская область - 81" словами "Ленинградская область - 85".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Ленинградской области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