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Кыргызской Республики о развитии экономического сотрудничества в условиях евразийской экономической интеграции</w:t>
      </w:r>
    </w:p>
    <w:p>
      <w:r>
        <w:rPr>
          <w:b/>
        </w:rPr>
        <w:t>Статья None. Федеральный закон   от 01.12.2014 № 389-ФЗ</w:t>
      </w:r>
    </w:p>
    <w:p>
      <w:r>
        <w:t>О ратификации Соглашения между Правительством Российской Федерации и Правительством Кыргызской Республики о развитии экономического сотрудничества в условиях евразийской экономической интеграции РОССИЙСКАЯ ФЕДЕРАЦИЯ ФЕДЕРАЛЬНЫЙ ЗАКОН О ратификации Соглашения между Правительством Российской Федерации и Правительством Кыргызской Республики о развитии экономического сотрудничества в условиях евразийской экономической интеграции Принят Государственной Думой 21 ноября 2014 года Одобрен Советом Федерации 26 ноября 2014 года Ратифицировать Соглашение между Правительством Российской Федерации и Правительством Кыргызской Республики о развитии экономического сотрудничества в условиях евразийской экономической интеграции, подписанное в городе Астане 29 мая 2014 года. Президент Российской Федерации В.Путин Москва, Кремль 1 декабря 2014 года № 389-ФЗ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