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гражданстве Российской Федерации"</w:t>
      </w:r>
    </w:p>
    <w:p>
      <w:r>
        <w:rPr>
          <w:b/>
        </w:rPr>
        <w:t>Статья 1</w:t>
      </w:r>
    </w:p>
    <w:p>
      <w:r>
        <w:t>Внести в статью 6 Федерального закона от 31 мая 2002 года № 62-ФЗ "О гражданстве Российской Федерации" (Собрание законодательства Российской Федерации, 2002, № 22, ст. 2031; 2014, № 23, ст. 2927) следующие изменения</w:t>
      </w:r>
    </w:p>
    <w:p>
      <w:r>
        <w:t>часть третью дополнить абзацем следующего содержания: "Гражданин Российской Федерации, указанный в абзаце первом настоящей части или в части 1 статьи 6 Федерального закона от 4 июня 2014 года № 142-ФЗ "О внесении изменений в статьи 6 и 30 Федерального закона "О гражданстве Российской Федерации" и отдельные законодательные акты Российской Федерации" (далее - Федеральный закон "О внесении изменений в статьи 6 и 30 Федерального закона "О гражданстве Российской Федерации" и отдельные законодательные акты Российской Федерации"), в связи с нахождением за пределами Российской Федерации не подавший уведомление, указанное в абзаце первом настоящей части, в сроки, установленные соответственно абзацем первым настоящей части и частью 1 статьи 6 Федерального закона "О внесении изменений в статьи 6 и 30 Федерального закона "О гражданстве Российской Федерации" и отдельные законодательные акты Российской Федерации", обязан подать такое уведомление не позднее тридцати дней со дня въезда в Российскую Федерацию."</w:t>
      </w:r>
    </w:p>
    <w:p>
      <w:r>
        <w:t>часть четвертую дополнить абзацем следующего содержания: "Законный представитель гражданина Российской Федерации, указанный в абзаце первом настоящей части или в части 2 статьи 6 Федерального закона "О внесении изменений в статьи 6 и 30 Федерального закона "О гражданстве Российской Федерации" и отдельные законодательные акты Российской Федерации", в связи с нахождением за пределами Российской Федерации не подавший уведомление, указанное в абзаце первом настоящей части, в сроки, установленные соответственно абзацем первым настоящей части и частью 2 статьи 6 Федерального закона "О внесении изменений в статьи 6 и 30 Федерального закона "О гражданстве Российской Федерации" и отдельные законодательные акты Российской Федерации", обязан подать такое уведомление не позднее тридцати дней со дня въезда в Российскую Федерацию."</w:t>
      </w:r>
    </w:p>
    <w:p>
      <w:r>
        <w:t>в части пятой слова "лично или" заменить словами "лично, либо его уполномоченным представителем, либо", после слов "почтовым отправлением" дополнить словами "через организацию федеральной почтовой связи"</w:t>
      </w:r>
    </w:p>
    <w:p>
      <w:r>
        <w:t>в части седьмой: а) слова "(в том числе документа, удостоверяющего личность иностранного гражданина на территории Российской Федерации и признаваемого Российской Федерацией в этом качестве, в случае, если указанное уведомление подано иностранным гражданином, являющимся законным представителем гражданина Российской Федерации, указанного в части четвертой настоящей статьи)" исключить, дополнить предложением следующего содержания: "В случае, если уведомление подается законным представителем указанного гражданина, к нему также прилагается копия паспорта гражданина Российской Федерации законного представителя (если законный представитель является гражданином Российской Федерации) либо копия документа, удостоверяющего личность иностранного гражданина на территории Российской Федерации и признаваемого Российской Федерацией в этом качестве (если законный представитель является иностранным гражданином)."; б) дополнить абзацем следующего содержания: "В случае подачи уведомления, указанного в абзаце первом настоящей части, уполномоченным представителем лица, указанного в части третьей или четвертой настоящей статьи, к уведомлению также прилагаются копия доверенности, удостоверенной в соответствии с законодательством Российской Федерации о нотариате, и копия паспорта гражданина Российской Федерации уполномоченного представителя (если уполномоченный представитель является гражданином Российской Федерации) либо копия документа, удостоверяющего личность иностранного гражданина на территории Российской Федерации и признаваемого Российской Федерацией в этом качестве (если уполномоченный представитель является иностранным гражданином)."</w:t>
      </w:r>
    </w:p>
    <w:p>
      <w:r>
        <w:rPr>
          <w:b/>
        </w:rPr>
        <w:t>Статья 2</w:t>
      </w:r>
    </w:p>
    <w:p>
      <w:r>
        <w:t>До 1 января 2016 года уведомление о наличии иного гражданства в порядке, установленном статьей 6 Федерального закона от 31 мая 2002 года № 62-ФЗ "О гражданстве Российской Федерации" (в редакции настоящего Федерального закона) и статьей 6 Федерального закона от 4 июня 2014 года № 142-ФЗ "О внесении изменений в статьи 6 и 30 Федерального закона "О гражданстве Российской Федерации" и отдельные законодательные акты Российской Федерации", обязан подать гражданин Российской Федерации (за исключением гражданина Российской Федерации, постоянно проживающего за пределами Российской Федерации), имеющий на день вступления в силу настоящего Федерального закона гражданство только того иностранного государства</w:t>
      </w:r>
    </w:p>
    <w:p>
      <w:r>
        <w:t>граждане которого могут прибывать в Российскую Федерацию в порядке, не требующем получения визы (за исключением иностранного государства, в отношении граждан которого нормативными правовыми актами Российской Федерации предусмотрены особые меры по организации их пребывания в Российской Федерации в связи с их прибытием на территорию Российской Федерации в экстренном массовом порядке)</w:t>
      </w:r>
    </w:p>
    <w:p>
      <w:r>
        <w:t>которое имеет или имело с Российской Федерацией международный договор, предусматривающий возможность сохранения у лица гражданства одного государства - участника указанного договора при приобретении данным лицом гражданства другого государства - участника указанного договора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