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прекращении деятельности Евразийского экономического сообщества</w:t>
      </w:r>
    </w:p>
    <w:p>
      <w:r>
        <w:rPr>
          <w:b/>
        </w:rPr>
        <w:t>Статья None. Федеральный закон   от 03.02.2015 № 1-ФЗ</w:t>
      </w:r>
    </w:p>
    <w:p>
      <w:r>
        <w:t>О ратификации Договора о прекращении деятельности Евразийского экономического сообщества РОССИЙСКАЯ ФЕДЕРАЦИЯ ФЕДЕРАЛЬНЫЙ ЗАКОН О ратификации Договора о прекращении деятельности Евразийского экономического сообщества Принят Государственной Думой 23 января 2015 года Одобрен Советом Федерации 28 января 2015 года Ратифицировать Договор о прекращении деятельности Евразийского экономического сообщества, подписанный в городе Минске 10 октября 2014 года. Президент Российской Федерации В.Путин Москва, Кремль 3 февраля 2015 года № 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