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Индией о передаче лиц, осужденных к лишению свободы</w:t>
      </w:r>
    </w:p>
    <w:p>
      <w:r>
        <w:rPr>
          <w:b/>
        </w:rPr>
        <w:t>Статья None. Федеральный закон   от 03.02.2015 № 2-ФЗ</w:t>
      </w:r>
    </w:p>
    <w:p>
      <w:r>
        <w:t>О ратификации Договора между Российской Федерацией и Республикой Индией о передаче лиц, осужденных к лишению свободы РОССИЙСКАЯ ФЕДЕРАЦИЯ ФЕДЕРАЛЬНЫЙ ЗАКОН О ратификации Договора между Российской Федерацией и Республикой Индией о передаче лиц, осужденных к лишению свободы Принят Государственной Думой 23 января 2015 года Одобрен Советом Федерации 28 января 2015 года Ратифицировать Договор между Российской Федерацией и Республикой Индией о передаче лиц, осужденных к лишению свободы, подписанный в городе Москве 21 октября 2013 года. Президент Российской Федерации В.Путин Москва, Кремль 3 февраля 2015 года № 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