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Новом банке развития</w:t>
      </w:r>
    </w:p>
    <w:p>
      <w:r>
        <w:rPr>
          <w:b/>
        </w:rPr>
        <w:t>Статья None. Федеральный закон   от 08.03.2015 № 29-ФЗ</w:t>
      </w:r>
    </w:p>
    <w:p>
      <w:r>
        <w:t>О ратификации Соглашения о Новом банке развития РОССИЙСКАЯ ФЕДЕРАЦИЯ ФЕДЕРАЛЬНЫЙ ЗАКОН О ратификации Соглашения о Новом банке развития Принят Государственной Думой 20 февраля 2015 года Одобрен Советом Федерации 25 февраля 2015 года Ратифицировать Соглашение о Новом банке развития, подписанное в городе Форталеза 15 июля 2014 года. Президент Российской Федерации В.Путин Москва, Кремль 8 марта 2015 года № 29-ФЗ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