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пожарной безопасности"</w:t>
      </w:r>
    </w:p>
    <w:p>
      <w:r>
        <w:rPr>
          <w:b/>
        </w:rPr>
        <w:t>Статья None. Федеральный закон   от 08.03.2015 № 37-ФЗ</w:t>
      </w:r>
    </w:p>
    <w:p>
      <w:r>
        <w:t>О внесении изменения в статью 5 Федерального закона "О пожарной безопасности" РОССИЙСКАЯ ФЕДЕРАЦИЯ ФЕДЕРАЛЬНЫЙ ЗАКОН О внесении изменения в статью 5 Федерального закона "О пожарной безопасности" Принят Государственной Думой 20 февраля 2015 года Одобрен Советом Федерации 25 февраля 2015 года Внести в абзац пятый части третьей статьи 5 Федерального закона от 21 декабря 1994 года № 69-ФЗ "О пожарной безопасности" (Собрание законодательства Российской Федерации, 1994, № 35, ст. 3649; 2002, № 30, ст. 3033; 2004, № 27, ст. 2711; № 35, ст. 3607; 2006, № 44, ст. 4537; 2008, № 30, ст. 3593; 2009, № 29, ст. 3635; 2011, № 30, ст. 4590; 2013, № 27, ст. 3477) изменение, дополнив его словами ", судебно-экспертные учреждения". Президент Российской Федерации В.Путин Москва, Кремль 8 марта 2015 года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