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27 и 38 Федерального закона "Об общественных объединениях" и статью 32 Федерального закона "О некоммерческих организациях"</w:t>
      </w:r>
    </w:p>
    <w:p>
      <w:r>
        <w:rPr>
          <w:b/>
        </w:rPr>
        <w:t>Статья 1</w:t>
      </w:r>
    </w:p>
    <w:p>
      <w:r>
        <w:t>Внести в Федеральный закон от 19 мая 1995 года № 82-ФЗ "Об общественных объединениях" (Собрание законодательства Российской Федерации, 1995, № 21, ст. 1930; 1998, № 30, ст. 3608; 2002, № 11, ст. 1018; № 12, ст. 1093; № 30, ст. 3029; 2006, № 3, ст. 282; 2012, № 30, ст. 4172) следующие изменения</w:t>
      </w:r>
    </w:p>
    <w:p>
      <w:r>
        <w:t>статью 27 дополнить частью пятой следующего содержания: "Общественное объединение, включенное в предусмотренный пунктом 10 статьи 131 Федерального закона "О некоммерческих организациях" реестр некоммерческих организаций, выполняющих функции иностранного агента, в случае прекращения этим общественным объединением деятельности в качестве некоммерческой организации, выполняющей функции иностранного агента, имеет право подать в федеральный орган государственной регистрации заявление об исключении этого общественного объединения из указанного реестра. Заявление составляется по форме, утвержденной в соответствии с пунктом 72 статьи 32 Федерального закона "О некоммерческих организациях"."</w:t>
      </w:r>
    </w:p>
    <w:p>
      <w:r>
        <w:t>в статье 38: а) пункт 3 части второй дополнить словами ", за исключением случая, указанного в части пятой настоящей статьи"; б) дополнить частями пятой - девятой следующего содержания: "Федеральный орган государственной регистрации при получении от общественного объединения заявления, указанного в части пятой статьи 27 настоящего Федерального закона, проводит проверку в отношении этого общественного объединения незамедлительно с извещением органов прокуратуры в порядке, установленном частью 12 статьи 10 Федерального закона от 26 декабря 2008 года № 294-ФЗ "О защите прав юридических лиц и индивидуальных предпринимателей при осуществлении государственного контроля (надзора) и муниципального контроля". Федеральный орган государственной регистрации принимает решение об исключении общественного объединения из реестра некоммерческих организаций, выполняющих функции иностранного агента:</w:t>
      </w:r>
    </w:p>
    <w:p>
      <w:r>
        <w:t>в случае прекращения деятельности общественного объединения в связи с его ликвидацией или реорганизацией в форме, предусматривающей прекращение деятельности юридического лица, или в связи с исключением общественного объединения, прекратившего свою деятельность в качестве юридического лица, из единого государственного реестра юридических лиц</w:t>
      </w:r>
    </w:p>
    <w:p>
      <w:r>
        <w:t>если по результатам проверки, проведенной на основании, предусмотренном частью пятой настоящей статьи, установлено, что общественное объединение в течение года, предшествовавшего дню подачи заявления, указанного в части пятой статьи 27 настоящего Федерального закона, не получало денежные средства и иное имущество от иностранных источников и (или) не участвовало в политической деятельности, осуществляемой на территории Российской Федерации</w:t>
      </w:r>
    </w:p>
    <w:p>
      <w:r>
        <w:t>если по результатам проверки, проведенной на основании, предусмотренном частью пятой настоящей статьи, в отношении общественного объединения, ранее исключавшегося из реестра некоммерческих организаций, выполняющих функции иностранного агента, установлено, что это общественное объединение в течение трех лет, предшествовавших дню подачи заявления, указанного в части пятой статьи 27 настоящего Федерального закона, не получало денежные средства и иное имущество от иностранных источников и (или) не участвовало в политической деятельности, осуществляемой на территории Российской Федерации</w:t>
      </w:r>
    </w:p>
    <w:p>
      <w:r>
        <w:t>если по результатам проверки, проведенной на основании, предусмотренном частью пятой настоящей статьи, установлено, что общественное объединение не позднее чем через три месяца со дня включения его в реестр некоммерческих организаций, выполняющих функции иностранного агента, отказалось от получения денежных средств и иного имущества от иностранных источников и возвратило денежные средства и иное имущество иностранному источнику, от которого они были получены. Решение об исключении общественного объединения из реестра некоммерческих организаций, выполняющих функции иностранного агента, в случае, предусмотренном пунктом 1 части шестой настоящей статьи, принимается федеральным органом государственной регистрации не позднее чем через пять дней со дня внесения в единый государственный реестр юридических лиц соответствующей записи. Решение об исключении общественного объединения из реестра некоммерческих организаций, выполняющих функции иностранного агента, в случаях, предусмотренных пунктами 2 - 4 части шестой настоящей статьи, или об отказе в исключении общественного объединения из такого реестра принимается федеральным органом государственной регистрации не позднее чем через три месяца со дня получения заявления, указанного в части пятой статьи 27 настоящего Федерального закона. Решение об отказе в исключении общественного объединения из реестра некоммерческих организаций, выполняющих функции иностранного агента, принимается федеральным органом государственной регистрации в случае, если по результатам проверки, проведенной на основании, предусмотренном частью пятой настоящей статьи, установлено, что общественное объединение представило недостоверные сведения о прекращении им деятельности в качестве некоммерческой организации, выполняющей функции иностранного агента. Указанное решение может быть обжаловано общественным объединением в суд."</w:t>
      </w:r>
    </w:p>
    <w:p>
      <w:r>
        <w:rPr>
          <w:b/>
        </w:rPr>
        <w:t>Статья 2</w:t>
      </w:r>
    </w:p>
    <w:p>
      <w:r>
        <w:t>Внести в статью 32 Федерального закона от 12 января 1996 года № 7-ФЗ "О некоммерческих организациях" (Собрание законодательства Российской Федерации, 1996, № 3, ст. 145; 2006, № 3, ст. 282; 2008, № 30, ст. 3616; 2009, № 29, ст. 3607; 2010, № 19, ст. 2291; 2011, № 29, ст. 4291; № 30, ст. 4590; № 47, ст. 6607; 2012, № 30, ст. 4172; 2014, № 8, ст. 738; № 23, ст. 2932) следующие изменения</w:t>
      </w:r>
    </w:p>
    <w:p>
      <w:r>
        <w:t>пункт 42 дополнить подпунктом 6 следующего содержания: "6) поступление в уполномоченный орган заявления от некоммерческой организации, включенной в реестр некоммерческих организаций, выполняющих функции иностранного агента, об исключении этой некоммерческой организации из указанного реестра в связи с прекращением ею деятельности в качестве некоммерческой организации, выполняющей функции иностранного агента."</w:t>
      </w:r>
    </w:p>
    <w:p>
      <w:r>
        <w:t>в пункте 43 слова "в подпункте 3 пункта 42 настоящей статьи" заменить словами "в подпунктах 3 и 6 пункта 42 настоящей статьи"</w:t>
      </w:r>
    </w:p>
    <w:p>
      <w:r>
        <w:t>дополнить пунктом 71 следующего содержания: "71. Уполномоченный орган принимает решение об исключении некоммерческой организации из реестра некоммерческих организаций, выполняющих функции иностранного агента:</w:t>
      </w:r>
    </w:p>
    <w:p>
      <w:r>
        <w:t>в случае прекращения деятельности некоммерческой организации в связи с ее ликвидацией или реорганизацией в форме, предусматривающей прекращение деятельности юридического лица, или в связи с исключением некоммерческой организации, прекратившей свою деятельность в качестве юридического лица, из единого государственного реестра юридических лиц</w:t>
      </w:r>
    </w:p>
    <w:p>
      <w:r>
        <w:t>если по результатам внеплановой проверки, проведенной на основании, предусмотренном подпунктом 6 пункта 42 настоящей статьи, установлено, что некоммерческая организация в течение года, предшествовавшего дню подачи заявления об исключении этой некоммерческой организации из реестра некоммерческих организаций, выполняющих функции иностранного агента, не получала денежные средства и иное имущество от иностранных источников и (или) не участвовала в политической деятельности, осуществляемой на территории Российской Федерации</w:t>
      </w:r>
    </w:p>
    <w:p>
      <w:r>
        <w:t>если по результатам внеплановой проверки, проведенной на основании, предусмотренном подпунктом 6 пункта 42 настоящей статьи, в отношении некоммерческой организации, ранее исключавшейся из реестра некоммерческих организаций, выполняющих функции иностранного агента, установлено, что эта некоммерческая организация в течение трех лет, предшествовавших дню подачи заявления об исключении ее из указанного реестра, не получала денежные средства и иное имущество от иностранных источников и (или) не участвовала в политической деятельности, осуществляемой на территории Российской Федерации</w:t>
      </w:r>
    </w:p>
    <w:p>
      <w:r>
        <w:t>если по результатам внеплановой проверки, проведенной на основании, предусмотренном подпунктом 6 пункта 42 настоящей статьи, установлено, что некоммерческая организация не позднее чем через три месяца со дня включения ее в реестр некоммерческих организаций, выполняющих функции иностранного агента, отказалась от получения денежных средств и иного имущества от иностранных источников и возвратила денежные средства и иное имущество иностранному источнику, от которого они были получены."</w:t>
      </w:r>
    </w:p>
    <w:p>
      <w:r>
        <w:t>дополнить пунктом 72 следующего содержания: "72. Форма заявления об исключении некоммерческой организации из реестра некоммерческих организаций, выполняющих функции иностранного агента, утверждается уполномоченным органом."</w:t>
      </w:r>
    </w:p>
    <w:p>
      <w:r>
        <w:t>дополнить пунктом 73 следующего содержания: "73. Решение об исключении некоммерческой организации из реестра некоммерческих организаций, выполняющих функции иностранного агента, в случае, предусмотренном подпунктом 1 пункта 71 настоящей статьи, принимается уполномоченным органом не позднее чем через пять дней со дня внесения в единый государственный реестр юридических лиц соответствующей записи. Решение об исключении некоммерческой организации из реестра некоммерческих организаций, выполняющих функции иностранного агента, в случаях, предусмотренных подпунктами 2 - 4 пункта 71 настоящей статьи, или об отказе в исключении некоммерческой организации из указанного реестра принимается уполномоченным органом не позднее чем через три месяца со дня получения от некоммерческой организации заявления о ее исключении из указанного реестра. Решение об отказе в исключении некоммерческой организации из реестра некоммерческих организаций, выполняющих функции иностранного агента, принимается уполномоченным органом в случае, если по результатам внеплановой проверки, проведенной на основании, предусмотренном подпунктом 6 пункта 42 настоящей статьи, установлено, что некоммерческая организация представила недостоверные сведения о прекращении ею деятельности в качестве некоммерческой организации, выполняющей функции иностранного агента. Указанное решение может быть обжаловано некоммерческой организацией в суд."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