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и отдельные законодательные акты Российской Федерации</w:t>
      </w:r>
    </w:p>
    <w:p>
      <w:r>
        <w:rPr>
          <w:b/>
        </w:rPr>
        <w:t>Статья 1</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 53, ст. 7615, 7643; 2013, № 27, ст. 3477; № 30, ст. 4072; 2014, № 26, ст. 3377; № 30, ст. 4260; № 48, ст. 6637) следующие изменения: 1) в статье 3: а) пункт 1 части 2 изложить в следующей редакции: "1) оказание содействия развитию рынка земельных участков, предоставляемых для жилищного строительства, земельных участков, предоставляемых для комплексного освоения территории, в рамках которого предусматривается в том числе жилищное строительство, земельных участков, предоставляемых в целях иного строительства, земельных участков, предоставляемых для комплексного освоения территории, в рамках которого предусматривается в том числе иное строительство, а также содействия стимулированию развития рынка жилья;"; б) в части 3: пункт 1 изложить в следующей редакции: "1) проводит аукционы на право заключения договоров аренды находящихся в федеральной собственности земельных участков, в отношении которых межведомственным коллегиальным органом принято решение, предусмотренное пунктом 2 части 1 статьи 12 настоящего Федерального закона (далее - земельные участки Фонда), в том числе с расположенным на земельных участках Фонда, находящимся в федеральной собственности и предусмотренным статьей 11 настоящего Федерального закона другим имуществом, для жилищного строительства, для комплексного освоения территории, в рамках которого предусматривается в том числе жилищное строительство, а также аукционы по продаже земельных участков Фонда для жилищного строительства;"; в пункте 11 слово "срочного" исключить,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слово "срочное" исключить; в пункте 12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в пункте 13 слова "в том числе для комплексного освоения таких земельных участков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в пункте 3 слово "размещения" заменить словом "строительства", слова "по продаже прав на заключение" заменить словами "на право заключения", дополнить словами ", договоров аренды земельных участков Фонда для комплексного освоения территории, в рамках которого предусматривается в том числе строительство указанных объектов"; в пункте 31 слова "в порядке, установленном статьей 169 настоящего Федерального закона," исключить, слово "срочного" исключить, слова "застройщиков, ведение которого предусмотрено настоящим Федеральным законом" заменить словами "участников аукционов, ведение которого предусмотрено статьей 3912 Земельного кодекса Российской Федерации"; дополнить пунктом 32 следующего содержания: "32) заключает договоры о комплексном освоении территории на условиях, установленных законодательством о градостроительной деятельности, с учетом особенностей, предусмотренных настоящим Федеральным законом;"; в пунктах 5, 51 и 64 слово "срочное" исключить; в пункте 8 слова "части 7" заменить словами "частях 7 и 71"; в) в части 41 слова "договорами аренды земельных участков Фонда или договорами безвозмездного срочного пользования земельными участками Фонда" заменить словами "договорами аренды земельных участков Фонда, договорами безвозмездного пользования земельными участками Фонда, договорами о комплексном освоении территории"; 2) (Утратил силу - Федеральный закон от 29.12.2015 № 405-ФЗ) 3) (Утратил силу - Федеральный закон от 29.12.2015 № 405-ФЗ) 4) в статье 11: а) в наименовании слова "для размещения" заменить словами "для строительства"; б) в части 1 слова "для размещения" заменить словами "для строительства"; в) часть 61 после слов "высшего профессионального образования" дополнить словами ", за исключением случаев, предусмотренных частями 613, 615 и 616 настоящей статьи,"; г) дополнить частями 61-1 и 61-2 следующего содержания: "61-1. В случае, если земельные участки, которые находятся в федеральной собственности, предоставлены организациям на праве постоянного (бессрочного) пользования, по договору аренды или договору безвозмездного пользования и которые могут быть переданы кооперативам, создаваемым из числа работников таких организаций и иных имеющих право в соответствии с частью 4 статьи 165 настоящего Федерального закона на вступление в члены кооператива категорий граждан, предлагается передать кооперативам, созданным из числа работников таких организаций и (или) работников иных указанных в части 4 статьи 165 настоящего Федерального закона организаций, предусмотренное частью 61 настоящей статьи ходатайство может быть подано при наличии согласия на передачу указанных земельных участков от организаций, которые являются правообладателями указанных земельных участков, и федеральных органов исполнительной власти, в ведении которых находятся эти организации. 61-2. Организации, указанные соответственно в пунктах 1 и 2 части 615 настоящей статьи, вправе обратиться в Фонд с ходатайствами, предусмотренными частью 61 настоящей статьи, в отношении земельных участков Фонда."; д) пункт 1 части 62 изложить в следующей редакции: "1) земельных участках, которые предлагаются для передачи кооперативу: а) составляют казну Российской Федерации; б) находятся в федеральной собственности, предоставлены организациям на праве постоянного (бессрочного) пользования, по договору аренды или договору безвозмездного пользования и которые могут быть переданы кооперативам, создаваемым из числа работников таких организаций и иных имеющих право в соответствии с частью 4 статьи 165 настоящего Федерального закона на вступление в члены кооператива категорий граждан; в) земельных участках, государственная собственность на которые не разграничена;"; е) часть 63 дополнить предложением следующего содержания: "В этом случае в ходатайстве должны указываться сведения о примерном местоположении земельного участка, который может быть передан кооперативу, в целях проведения Фондом мероприятий по отбору земельных участков."; ж) в абзаце первом части 612 слова "частями 61 и 63" заменить словами "частью 61"; з) в абзаце первом части 613 слова "частями 61 и 63" заменить словами "частью 61"; и) в части 614 слова "частью 61 или 63" заменить словами "частью 61", слово "срочное" исключить; к) дополнить частями 615 и 616 следующего содержания: "615. В случае, если попечительским советом Фонда на основании ходатайств, предусмотренных частью 61 настоящей статьи, принято решение о передаче кооперативу в безвозмездное пользование земельного участка Фонда или земельный участок передан Фондом кооперативу по договору безвозмездного пользования и в соответствии с учредительными документами кооператива имеется возможность вступления в него новых членов, с ходатайствами о возможности вступления граждан в такой кооператив в Фонд могут обратиться: 1) федеральные государственные органы при создании кооператива из числа граждан, замещающих должности федеральной государственной гражданской службы, или работников федеральных государственных органов; 2) федеральные государственные учреждения, федеральные государственные унитарные предприятия, являющиеся научными организациями, иные указанные в части 4 статьи 165 настоящего Федерального закона организации при создании кооператива из числа граждан, являющихся работниками указанных организаций, за исключением случаев, предусмотренных частью 613 настоящей статьи.</w:t>
      </w:r>
    </w:p>
    <w:p>
      <w:r>
        <w:rPr>
          <w:b/>
        </w:rPr>
        <w:t xml:space="preserve">616. </w:t>
      </w:r>
      <w:r>
        <w:t>В случаях, предусмотренных частями 61-2 и 615 настоящей статьи, при формировании списков граждан, имеющих право быть принятыми в члены кооперативов, применяются правила формирования списков граждан, указанные в части 4 статьи 165 настоящего Федерального закона."; л) в части 7: в пункте 1 слово "размещения" заменить словом "строительства"; в пункте 2 слово "размещения" заменить словом "строительства"; в пункте 3 слово "размещения" заменить словом "строительства"; м) дополнить частью 71 следующего содержания: "71. Фонд вправе направить в межведомственный коллегиальный орган предложения, обосновывающие целесообразность прекращения совершения Фондом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 Обязательными приложениями к этим предложениям Фонда являются документы, указанные в пунктах 1, 2 и 4 части 9 настоящей статьи."; н) в части 8: в пункте 4 слово "срочного" исключить; в пункте 6 слово "срочное" исключить; дополнить пунктом 10 следующего содержания: "10) передачи земельного участка, находящегося в федеральной собственности, или земельного участка, образованного из такого земельного участка, в безвозмездное пользование для строительства общежитий, необходимых для обеспечения образовательного процесса в федеральных государственных образовательных организациях высшего образования и профессиональных образовательных организациях, на срок строительства таких общежитий."; о) в пункте 3 части 9 слова "либо кадастровой карте соответствующей" исключить;</w:t>
      </w:r>
    </w:p>
    <w:p>
      <w:r>
        <w:rPr>
          <w:b/>
        </w:rPr>
        <w:t xml:space="preserve">10. </w:t>
      </w:r>
      <w:r>
        <w:t>Для участия в аукционе на право заключения договора аренды, договора безвозмездного пользования в отношении земельных участков Фонда заявители, являющиеся юридическими лицами, зарегистрированными в соответствии с законодательством Российской Федерации, наряду с документами, предусмотренными статьей 3912 Земельного кодекса Российской Федерации, представляют выписку из единого государственного реестра юридических лиц</w:t>
      </w:r>
    </w:p>
    <w:p>
      <w:r>
        <w:rPr>
          <w:b/>
        </w:rPr>
        <w:t xml:space="preserve">11. </w:t>
      </w:r>
      <w:r>
        <w:t>Начальная цена предмета аукциона по продаже земельного участка Фонда, начальная цена предмета аукциона на право заключения договора аренды земельного участка Фонда определяются на основании результатов оценки рыночной стоимости земельного участка Фонда в соответствии с частью 5 настоящей статьи. В случае проведения аукциона на право заключения договора аренды земельного участка Фонда для комплексного освоения территории начальная цена предмета аукциона на право заключения договора аренды земельного участка Фонда (размер первого арендного платежа), размер ежегодной арендной платы определяются на основании результатов оценки рыночной стоимости земельного участка Фонда в соответствии с частью 5 настоящей статьи</w:t>
      </w:r>
    </w:p>
    <w:p>
      <w:r>
        <w:rPr>
          <w:b/>
        </w:rPr>
        <w:t xml:space="preserve">12. </w:t>
      </w:r>
      <w:r>
        <w:t>"Шаг аукциона" устанавливается в пределах от одного процента до пяти процентов начальной цены аукциона</w:t>
      </w:r>
    </w:p>
    <w:p>
      <w:r>
        <w:rPr>
          <w:b/>
        </w:rPr>
        <w:t xml:space="preserve">13. </w:t>
      </w:r>
      <w:r>
        <w:t>Договор аренды, договор безвозмездного пользования в отношении земельного участка Фонда, в том числе предоставляемого для комплексного освоения территории в соответствии с настоящим Федеральным законом, заключаются на срок, указанный в извещении о проведении аукциона на право заключения договора аренды, договора безвозмездного пользования в отношении земельного участка Фонда. При этом срок аренды, срок безвозмездного пользования в отношении земельного участка Фонда, в том числе предоставляемого для комплексного освоения территории в соответствии с настоящим Федеральным законом, а также земельного участка, образованного из такого земельного участка, устанавливаются без учета ограничений, указанных в пунктах 8 - 10, 12 статьи 398 Земельного кодекса Российской Федерации</w:t>
      </w:r>
    </w:p>
    <w:p>
      <w:r>
        <w:rPr>
          <w:b/>
        </w:rPr>
        <w:t xml:space="preserve">14. </w:t>
      </w:r>
      <w:r>
        <w:t>Лицо, которому земельный участок Фонда передан в аренду или в безвозмездное пользование для комплексного освоения территории в соответствии с настоящим Федеральным законом, вправе передать права и обязанности по договору аренды указанного земельного участка Фонда или договору безвозмездного пользования указанным земельным участком Фонда другому лицу только в случае одновременной передачи этим лицом прав и обязанностей по договору о комплексном освоении территории. При этом передача арендатором или пользователем земельных участков, образованных из земельного участка Фонда, переданного для комплексного освоения территории, прав и обязанностей по договорам аренды указанных земельных участков или договорам безвозмездного пользования указанными земельными участками допускается одновременно в отношении всех образованных земельных участков</w:t>
      </w:r>
    </w:p>
    <w:p>
      <w:r>
        <w:rPr>
          <w:b/>
        </w:rPr>
        <w:t xml:space="preserve">15. </w:t>
      </w:r>
      <w:r>
        <w:t>При проведении Фондом аукционов на право заключения договоров аренды, договоров безвозмездного пользования в отношении земельных участков Фонда для комплексного освоения территории допускается объединение двух и более земельных участков Фонда в один лот аукциона</w:t>
      </w:r>
    </w:p>
    <w:p>
      <w:r>
        <w:rPr>
          <w:b/>
        </w:rPr>
        <w:t xml:space="preserve">16. </w:t>
      </w:r>
      <w:r>
        <w:t>При проведении Фондом аукционов на право заключения договоров аренды, договоров безвозмездного пользования в отношении земельных участков Фонда не применяются положения пунктов 4 - 6, подпунктов 3 и 9 пункта 8, пунктов 19 и 20 статьи 3911 и пункта 3 статьи 3912 Земельного кодекса Российской Федерации</w:t>
      </w:r>
    </w:p>
    <w:p>
      <w:r>
        <w:rPr>
          <w:b/>
        </w:rPr>
        <w:t xml:space="preserve">17. </w:t>
      </w:r>
      <w:r>
        <w:t>Заявители в письменной форме декларируют отсутствие сведений о них,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предусмотренном пунктом 27 статьи 3912 Земельного кодекса Российской Федерации. Фонд при рассмотрении заявок на участие в аукционе осуществляет проверку сведений, представленных заявителями в соответствии с настоящей частью</w:t>
      </w:r>
    </w:p>
    <w:p>
      <w:r>
        <w:rPr>
          <w:b/>
        </w:rPr>
        <w:t xml:space="preserve">18. </w:t>
      </w:r>
      <w:r>
        <w:t>Условиями договора о комплексном освоении территории, заключенного Фондом с лицом, которому земельный участок Фонда передается в аренду, безвозмездное пользование, являются условия, предусмотренные пунктами 1 - 4, 8 и 9 части 5 статьи 464 Градостроительного кодекса Российской Федерации, а также следующие условия</w:t>
      </w:r>
    </w:p>
    <w:p>
      <w:r>
        <w:rPr>
          <w:b/>
        </w:rPr>
        <w:t xml:space="preserve">19. </w:t>
      </w:r>
      <w:r>
        <w:t>Договор о комплексном освоении территории, заключенный Фондом, может быть расторгнут по решению суда, а также по иным основаниям, установленным этим договором</w:t>
      </w:r>
    </w:p>
    <w:p>
      <w:r>
        <w:rPr>
          <w:b/>
        </w:rPr>
        <w:t xml:space="preserve">20. </w:t>
      </w:r>
      <w:r>
        <w:t>Фонд представляет для включения в реестр недобросовестных участников аукциона, ведение которого осуществляется в соответствии со статьей 3912 Земельного кодекса Российской Федерации, в федеральный орган исполнительной власти, уполномоченный Правительством Российской Федерации на ведение указанного реестра, предусмотренные пунктом 31 части 3 статьи 3 настоящего Федерального закона сведения.";</w:t>
      </w:r>
    </w:p>
    <w:p>
      <w:r>
        <w:rPr>
          <w:b/>
        </w:rPr>
        <w:t xml:space="preserve">616. </w:t>
      </w:r>
      <w:r>
        <w:t>в статье 12:</w:t>
      </w:r>
    </w:p>
    <w:p>
      <w:r>
        <w:rPr>
          <w:b/>
        </w:rPr>
        <w:t xml:space="preserve">616. </w:t>
      </w:r>
      <w:r>
        <w:t>в статье 121:</w:t>
      </w:r>
    </w:p>
    <w:p>
      <w:r>
        <w:rPr>
          <w:b/>
        </w:rPr>
        <w:t xml:space="preserve">616. </w:t>
      </w:r>
      <w:r>
        <w:t>в статье 122:</w:t>
      </w:r>
    </w:p>
    <w:p>
      <w:r>
        <w:rPr>
          <w:b/>
        </w:rPr>
        <w:t xml:space="preserve">616. </w:t>
      </w:r>
      <w:r>
        <w:t>принятие решений о согласии на передачу в залог арендных прав на земельные участки Фонда лицами, с которыми заключены договоры аренды указанных земельных участков, третьим лицам в пределах срока действия этих договоров;";</w:t>
      </w:r>
    </w:p>
    <w:p>
      <w:r>
        <w:rPr>
          <w:b/>
        </w:rPr>
        <w:t xml:space="preserve">616. </w:t>
      </w:r>
      <w:r>
        <w:t>в статье 13:</w:t>
      </w:r>
    </w:p>
    <w:p>
      <w:r>
        <w:rPr>
          <w:b/>
        </w:rPr>
        <w:t xml:space="preserve">616. </w:t>
      </w:r>
      <w:r>
        <w:t>в статье 14:</w:t>
      </w:r>
    </w:p>
    <w:p>
      <w:r>
        <w:rPr>
          <w:b/>
        </w:rPr>
        <w:t xml:space="preserve">616. </w:t>
      </w:r>
      <w:r>
        <w:t>в части 4 статьи 15:</w:t>
      </w:r>
    </w:p>
    <w:p>
      <w:r>
        <w:rPr>
          <w:b/>
        </w:rPr>
        <w:t xml:space="preserve">616. </w:t>
      </w:r>
      <w:r>
        <w:t>пункт 4 части 1 и пункт 2 части 13 статьи 16 признать утратившими силу</w:t>
      </w:r>
    </w:p>
    <w:p>
      <w:r>
        <w:rPr>
          <w:b/>
        </w:rPr>
        <w:t xml:space="preserve">616. </w:t>
      </w:r>
      <w:r>
        <w:t>в статье 161:</w:t>
      </w:r>
    </w:p>
    <w:p>
      <w:r>
        <w:rPr>
          <w:b/>
        </w:rPr>
        <w:t xml:space="preserve">616. </w:t>
      </w:r>
      <w:r>
        <w:t>в части 1: в абзаце первом слова "части 7" заменить словами "частях 7 и 71"; дополнить пунктом 5 следующего содержания: "5) целесообразности прекращения совершения Фондом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настоящим Федеральным законом."</w:t>
      </w:r>
    </w:p>
    <w:p>
      <w:r>
        <w:rPr>
          <w:b/>
        </w:rPr>
        <w:t xml:space="preserve">616. </w:t>
      </w:r>
      <w:r>
        <w:t>в части 2: (Утратил силу - Федеральный закон от 31.12.2017 № 506-ФЗ) дополнить пунктом 31 следующего содержания: "31) выписки из Единого государственного реестра прав на недвижимое имущество и сделок с ним о зарегистрированных правах на земельные участки и иные объекты недвижимого имущества или уведомление об отсутствии в Едином государственном реестре прав на недвижимое имущество и сделок с ним запрашиваемых сведений;"</w:t>
      </w:r>
    </w:p>
    <w:p>
      <w:r>
        <w:rPr>
          <w:b/>
        </w:rPr>
        <w:t xml:space="preserve">616. </w:t>
      </w:r>
      <w:r>
        <w:t>в части 4: пункт 1 дополнить подпунктом "г" следующего содержания: "г) об утверждении схемы расположения земельного участка или земельных участков, которые могут быть образованы из находящихся в федеральной собственности земельных участков, на кадастровом плане территории;"; в пункте 2 после слов "в соответствии с" дополнить словами "утвержденным проектом межевания территории или", слова "или кадастровой карте соответствующей" исключить; в пункте 3 слово "срочное" исключить; пункт 4 дополнить словами ", а также установить начальную цену такого аукциона равной установленной Правительством Российской Федерации максимальной цене жилья экономического класса на дату принятия Фондом решения о проведении такого аукциона"; в пункте 5 слово "срочное" исключить</w:t>
      </w:r>
    </w:p>
    <w:p>
      <w:r>
        <w:rPr>
          <w:b/>
        </w:rPr>
        <w:t xml:space="preserve">616. </w:t>
      </w:r>
      <w:r>
        <w:t>дополнить частью 42 следующего содержания: "42. В решении, предусмотренном пунктом 5 части 1 настоящей статьи, указывается поручение Фонду о передаче уполномоченному федеральному органу исполнительной власти земельных участков, иных объектов недвижимого имущества, другого имущества, находящихся в федеральной собственности, по передаточному акту."</w:t>
      </w:r>
    </w:p>
    <w:p>
      <w:r>
        <w:rPr>
          <w:b/>
        </w:rPr>
        <w:t xml:space="preserve">616. </w:t>
      </w:r>
      <w:r>
        <w:t>часть 5 изложить в следующей редакции: "5. Организация и финансирование подготовки схемы расположения земельного участка или земельных участков на кадастровом плане территории, подлежащих образованию из земельных участков, находящихся в федеральной собственности, и из земель, государственная собственность на которые не разграничена, осуществляются Фондом."</w:t>
      </w:r>
    </w:p>
    <w:p>
      <w:r>
        <w:rPr>
          <w:b/>
        </w:rPr>
        <w:t xml:space="preserve">616. </w:t>
      </w:r>
      <w:r>
        <w:t>в части 8: пункт 1 после слов "арендной платы" дополнить словами "(в том числе первого арендного платежа)"; пункт 2 признать утратившим силу; пункт 4 дополнить словами ", и сумм, полученных от взыскания денежных средств, в том числе в виде возмещения судебных расходов"</w:t>
      </w:r>
    </w:p>
    <w:p>
      <w:r>
        <w:rPr>
          <w:b/>
        </w:rPr>
        <w:t xml:space="preserve">616. </w:t>
      </w:r>
      <w:r>
        <w:t>в пункте 1 части 10 слова "для размещения" заменить словами "для строительства"</w:t>
      </w:r>
    </w:p>
    <w:p>
      <w:r>
        <w:rPr>
          <w:b/>
        </w:rPr>
        <w:t xml:space="preserve">616. </w:t>
      </w:r>
      <w:r>
        <w:t>в части 1: пункт 1 изложить в следующей редакции: "1) продажа земельных участков Фонда, предоставление земельных участков Фонда в аренду для жилищного строительства, для комплексного освоения территории, в рамках которого предусматривается в том числе жилищное строительство, по результатам аукционов, проводимых в порядке и на условиях, которые установлены статьями 3911 и 3912 Земельного кодекса Российской Федерации, с учетом особенностей, установленных статьями 161 и 167 настоящего Федерального закона, а также передача в аренду, собственность земельных участков, образованных из этих земельных участков;"; в пункте 2 слово "срочное" исключить,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слова "статьями 381 и 382" заменить словами "статьями 3911 и 3912"; в пункте 3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слова "статьями 381 и 382" заменить словами "статьями 3911 и 3912"; в пункте 4 слова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слова "статьями 381 и 382" заменить словами "статьями 3911 и 3912", после слов "Фонда, в аренду" дополнить словами ", собственность"; пункт 5 изложить в следующей редакции: "5) продажа земельных участков Фонда для строительства объектов, предназначенных для производства строительных материалов, изделий, конструкций для целей жилищного строительства, для создания промышленных парков, технопарков, бизнес-инкубаторов, объектов инфраструктуры, иного строительства, а также предоставление в аренду таких земельных участков, предоставление земельных участков Фонда в аренду для комплексного освоения территории, в рамках которого предусматривается в том числе строительство указанных объектов, на аукционах, проводимых в порядке, установленном статьями 3911 и 3912 Земельного кодекса Российской Федерации, с учетом особенностей, установленных статьями 161 и 167 настоящего Федерального закона, передача в аренду, собственность земельных участков, образованных из этих земельных участков;"; в пунктах 7, 8 и 14 слово "срочное" исключить; в пункте 15 слова "об образовании" заменить словами "о согласии на образование"; пункт 23 после слов "имущества Фонда" дополнить словами "для установления их рыночной или иной стоимости в соответствии с законодательством Российской Федерации об оценочной деятельности"; в пункте 24 слово "образуемых" исключить; в пункте 38 слово "срочного" исключить; дополнить пунктами 411 и 412 следующего содержания: "411) принятие решений о согласии на передачу лицами, с которыми заключены договоры аренды земельных участков Фонда или договоры безвозмездного пользования такими земельными участками, прав и обязанностей по этим договорам третьим лицам в пределах срока действия этих договоров и с учетом требований к указанным лицам, установленных частью 36 статьи 161, частью 21 статьи 166, частью 19 статьи 166-1, частью 19 статьи 166-2 настоящего Федерального закона</w:t>
      </w:r>
    </w:p>
    <w:p>
      <w:r>
        <w:rPr>
          <w:b/>
        </w:rPr>
        <w:t xml:space="preserve">616. </w:t>
      </w:r>
      <w:r>
        <w:t>в части 4 слово "срочного" исключить</w:t>
      </w:r>
    </w:p>
    <w:p>
      <w:r>
        <w:rPr>
          <w:b/>
        </w:rPr>
        <w:t xml:space="preserve">616. </w:t>
      </w:r>
      <w:r>
        <w:t>дополнить частью 5 следующего содержания: "5. В целях исполнения Фондом функций агента Российской Федерации, предусмотренных частью 1 статьи 121 настоящего Федерального закона, Фонд для обеспечения исполнения заключенных с третьими лицами договоров вправе передавать указанным лицам, в том числе уполномоченным представителям юридических лиц, с которыми заключены эти договоры, осуществление отдельных юридических и иных действий, предусмотренных пунктами 24 - 29 и 31 части 1 настоящей статьи, на основании доверенности, оставаясь ответственным за действия указанных лиц перед Российской Федерацией."</w:t>
      </w:r>
    </w:p>
    <w:p>
      <w:r>
        <w:rPr>
          <w:b/>
        </w:rPr>
        <w:t xml:space="preserve">616. </w:t>
      </w:r>
      <w:r>
        <w:t>в части 1: пункт 1 изложить в следующей редакции: "1) утверждение прилагаемой к указанному решению межведомственного коллегиального органа схемы расположения земельного участка или земельных участков на кадастровом плане территории и образование земельных участков из находящихся в федеральной собственности земельных участков в соответствии с такой схемой либо утвержденным проектом межевания территории;"; в пункте 4 слово "срочного" исключить; в пунктах 7, 71 и 73 слово "срочное" исключить</w:t>
      </w:r>
    </w:p>
    <w:p>
      <w:r>
        <w:rPr>
          <w:b/>
        </w:rPr>
        <w:t xml:space="preserve">616. </w:t>
      </w:r>
      <w:r>
        <w:t>в части 11 слова "по продаже права на заключение" заменить словами "на право заключения", слова "в том числе для их комплексного освоения в целях жилищного строительства" заменить словами "для комплексного освоения территории, в рамках которого предусматривается в том числе жилищное строительство"</w:t>
      </w:r>
    </w:p>
    <w:p>
      <w:r>
        <w:rPr>
          <w:b/>
        </w:rPr>
        <w:t xml:space="preserve">616. </w:t>
      </w:r>
      <w:r>
        <w:t>в абзаце первом части 1 слово "принятие" заменить словом "предоставление", слова "решений о предоставлении" исключить</w:t>
      </w:r>
    </w:p>
    <w:p>
      <w:r>
        <w:rPr>
          <w:b/>
        </w:rPr>
        <w:t xml:space="preserve">616. </w:t>
      </w:r>
      <w:r>
        <w:t>в части 11 слово "принятие" заменить словом "предоставление", слова "решений о предоставлении" исключить</w:t>
      </w:r>
    </w:p>
    <w:p>
      <w:r>
        <w:rPr>
          <w:b/>
        </w:rPr>
        <w:t xml:space="preserve">616. </w:t>
      </w:r>
      <w:r>
        <w:t>в части 3 слова "принял решение, предусмотренное частью 1 настоящей статьи," заменить словами "предоставил в соответствии с частью 1 настоящей статьи земельный участок"</w:t>
      </w:r>
    </w:p>
    <w:p>
      <w:r>
        <w:rPr>
          <w:b/>
        </w:rPr>
        <w:t xml:space="preserve">616. </w:t>
      </w:r>
      <w:r>
        <w:t>часть 4 изложить в следующей редакции: "4. Осуществление органом государственной власти субъекта Российской Федерации полномочий, предусмотренных частью 1 статьи 13 настоящего Федерального закона, прекращается с даты вступления в силу решения суда о признании недействительным по основаниям, предусмотренным частью 3 настоящей статьи, решения органа государственной власти субъекта Российской Федерации о предоставлении земельного участка или соответствующего договора, на основании которого осуществлено предоставление земельного участка или земельных участков, предусмотренное частью 1 настоящей статьи, до истечения указанного в части 1 статьи 13 настоящего Федерального закона срока передачи полномочий."</w:t>
      </w:r>
    </w:p>
    <w:p>
      <w:r>
        <w:rPr>
          <w:b/>
        </w:rPr>
        <w:t xml:space="preserve">616. </w:t>
      </w:r>
      <w:r>
        <w:t>в части 5 слова "формирования имущества Фонда" заменить словами "совершения Фондом юридических и иных действий, в том числе сделок, в качестве агента Российской Федерации"</w:t>
      </w:r>
    </w:p>
    <w:p>
      <w:r>
        <w:rPr>
          <w:b/>
        </w:rPr>
        <w:t xml:space="preserve">616. </w:t>
      </w:r>
      <w:r>
        <w:t>в пункте 1 части 6 и абзаце первом части 7 слово "срочного" исключить</w:t>
      </w:r>
    </w:p>
    <w:p>
      <w:r>
        <w:rPr>
          <w:b/>
        </w:rPr>
        <w:t xml:space="preserve">616. </w:t>
      </w:r>
      <w:r>
        <w:t>в абзаце первом слово "срочного" исключить</w:t>
      </w:r>
    </w:p>
    <w:p>
      <w:r>
        <w:rPr>
          <w:b/>
        </w:rPr>
        <w:t xml:space="preserve">616. </w:t>
      </w:r>
      <w:r>
        <w:t>в пункте 2 слова ", находящихся в собственности" исключить</w:t>
      </w:r>
    </w:p>
    <w:p>
      <w:r>
        <w:rPr>
          <w:b/>
        </w:rPr>
        <w:t xml:space="preserve">616. </w:t>
      </w:r>
      <w:r>
        <w:t>наименование изложить в следующей редакции: "Статья 161. Особенности продажи земельных участков Фонда, передачи земельных участков Фонда в аренду или безвозмездное пользование по результатам аукционов на право заключения соответствующих договоров, особенности заключения Фондом договоров о комплексном освоении территории"</w:t>
      </w:r>
    </w:p>
    <w:p>
      <w:r>
        <w:rPr>
          <w:b/>
        </w:rPr>
        <w:t xml:space="preserve">616. </w:t>
      </w:r>
      <w:r>
        <w:t>в части 1: в абзаце первом слова "или права на заключение" заменить словами "или аукционов на право заключения", слова "аукционов по продаже права на заключение" заменить словами "аукционов на право заключения", слова "пунктах 1 - 5" заменить словами "пунктах 1 - 4", слова "статьями 381 и 382" заменить словами "статьей 3911"; дополнить пунктом 3 следующего содержания: "3) срок аренды земельных участков Фонда, а также земельных участков, образованных из земельных участков Фонда, предоставленных для комплексного освоения территории."</w:t>
      </w:r>
    </w:p>
    <w:p>
      <w:r>
        <w:rPr>
          <w:b/>
        </w:rPr>
        <w:t xml:space="preserve">616. </w:t>
      </w:r>
      <w:r>
        <w:t>в части 2: в абзаце первом слова "по продаже права на заключение" заменить словами "на право заключения", слова "статьей 38" заменить словами "статьей 3911"; дополнить пунктом 6 следующего содержания: "6) срок аренды земельных участков Фонда, а также земельных участков, образованных из земельных участков Фонда, предоставленных для комплексного освоения территории."</w:t>
      </w:r>
    </w:p>
    <w:p>
      <w:r>
        <w:rPr>
          <w:b/>
        </w:rPr>
        <w:t xml:space="preserve">616. </w:t>
      </w:r>
      <w:r>
        <w:t>в части 3 слова "продажа права на заключение" заменить словами "проведение аукционов на право заключения", слова "по продаже права на заключение" заменить словами "на право заключения", дополнить предложением следующего содержания: "В случае, если предусматривается заключение договоров о комплексном освоении территории в отношении таких земельных участков Фонда, указанные договоры должны включать в себя обязательства Фонда по обеспечению выполнения работ по сносу объектов недвижимого имущества Фонда за счет средств Фонда."</w:t>
      </w:r>
    </w:p>
    <w:p>
      <w:r>
        <w:rPr>
          <w:b/>
        </w:rPr>
        <w:t xml:space="preserve">616. </w:t>
      </w:r>
      <w:r>
        <w:t>части 31 - 35 и 4 признать утратившими силу</w:t>
      </w:r>
    </w:p>
    <w:p>
      <w:r>
        <w:rPr>
          <w:b/>
        </w:rPr>
        <w:t xml:space="preserve">616. </w:t>
      </w:r>
      <w:r>
        <w:t>в части 5: в пункте 1 слова "или права на заключение договоров аренды" заменить словами ", предоставление в аренду", слова "(в том числе для их комплексного освоения в целях жилищного строительства)" заменить словами ", для комплексного освоения территории, в рамках которого предусматривается в том числе жилищное строительство", слова "для размещения" заменить словами "для строительства", после слов "иного строительства" дополнить словами ", для комплексного освоения территории, в рамках которого предусматривается в том числе строительство указанных объектов"; в пункте 3 слово "срочное" и слово "срочного" исключить,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слова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rPr>
          <w:b/>
        </w:rPr>
        <w:t xml:space="preserve">616. </w:t>
      </w:r>
      <w:r>
        <w:t>часть 6 после слов "их рыночной" дополнить словами "или иной"</w:t>
      </w:r>
    </w:p>
    <w:p>
      <w:r>
        <w:rPr>
          <w:b/>
        </w:rPr>
        <w:t xml:space="preserve">616. </w:t>
      </w:r>
      <w:r>
        <w:t>часть 7 после слов "их рыночной" дополнить словами "или иной"</w:t>
      </w:r>
    </w:p>
    <w:p>
      <w:r>
        <w:rPr>
          <w:b/>
        </w:rPr>
        <w:t xml:space="preserve">616. </w:t>
      </w:r>
      <w:r>
        <w:t>дополнить частями 9 - 20 следующего содержания: "9. Участниками аукциона на право заключения договора аренды, договора безвозмездного пользования в отношении земельных участков Фонда для комплексного освоения территории могут быть только юридические лица</w:t>
      </w:r>
    </w:p>
    <w:p>
      <w:r>
        <w:rPr>
          <w:b/>
        </w:rPr>
        <w:t xml:space="preserve">18. </w:t>
      </w:r>
      <w:r>
        <w:t>обязательство лица, с которым Фондом заключен договор о комплексном освоении территории, осуществить мероприятия по комплексному освоению территории, в том числе вводу в эксплуатацию объектов капитального строительства, в соответствии с графиками осуществления каждого мероприятия в предусмотренные указанными графиками сроки</w:t>
      </w:r>
    </w:p>
    <w:p>
      <w:r>
        <w:rPr>
          <w:b/>
        </w:rPr>
        <w:t xml:space="preserve">18. </w:t>
      </w:r>
      <w:r>
        <w:t>обязательство лица, с которым Фондом заключен договор о комплексном освоении территории, осуществить на земельном участке Фонда, в отношении которого заключен этот договор, или на земельных участках, образованных из такого земельного участка Фонда, строительство объектов инфраструктуры в соответствии с проектом планировки территории, за исключением случаев, предусмотренных частью 2 статьи 163 настоящего Федерального закона. В случае, если земельные участки, образованные из такого земельного участка Фонда, планируется передать в собственность субъекта Российской Федерации или муниципальную собственность в соответствии с частью 2 статьи 163 настоящего Федерального закона, с даты принятия попечительским советом Фонда решения об указанной передаче стороны обязаны заключить дополнительное соглашение к договору о комплексном освоении территории, предусматривающее исключение земельных участков, подлежащих указанной передаче, из графиков осуществления мероприятий по комплексному освоению территории</w:t>
      </w:r>
    </w:p>
    <w:p>
      <w:r>
        <w:rPr>
          <w:b/>
        </w:rPr>
        <w:t xml:space="preserve">18. </w:t>
      </w:r>
      <w:r>
        <w:t>способы и размер обеспечения исполнения обязательств по комплексному освоению территории в границах земельного участка Фонда</w:t>
      </w:r>
    </w:p>
    <w:p>
      <w:r>
        <w:rPr>
          <w:b/>
        </w:rPr>
        <w:t xml:space="preserve">20. </w:t>
      </w:r>
      <w:r>
        <w:t>в статье 162:</w:t>
      </w:r>
    </w:p>
    <w:p>
      <w:r>
        <w:rPr>
          <w:b/>
        </w:rPr>
        <w:t xml:space="preserve">20. </w:t>
      </w:r>
      <w:r>
        <w:t>в статье 163:</w:t>
      </w:r>
    </w:p>
    <w:p>
      <w:r>
        <w:rPr>
          <w:b/>
        </w:rPr>
        <w:t xml:space="preserve">20. </w:t>
      </w:r>
      <w:r>
        <w:t>в статье 164:</w:t>
      </w:r>
    </w:p>
    <w:p>
      <w:r>
        <w:rPr>
          <w:b/>
        </w:rPr>
        <w:t xml:space="preserve">20. </w:t>
      </w:r>
      <w:r>
        <w:t>в статье 165:</w:t>
      </w:r>
    </w:p>
    <w:p>
      <w:r>
        <w:rPr>
          <w:b/>
        </w:rPr>
        <w:t xml:space="preserve">20. </w:t>
      </w:r>
      <w:r>
        <w:t>в статье 166:</w:t>
      </w:r>
    </w:p>
    <w:p>
      <w:r>
        <w:rPr>
          <w:b/>
        </w:rPr>
        <w:t xml:space="preserve">20. </w:t>
      </w:r>
      <w:r>
        <w:t>проект договора безвозмездного пользования земельным участком Фонда для строительства жилья экономического класса или проект договора безвозмездного пользования земельным участком Фонда для комплексного освоения территории, в рамках которого предусматривается в том числе строительство жилья экономического класса</w:t>
      </w:r>
    </w:p>
    <w:p>
      <w:r>
        <w:rPr>
          <w:b/>
        </w:rPr>
        <w:t xml:space="preserve">20. </w:t>
      </w:r>
      <w:r>
        <w:t>проект договора о комплексном освоении территории, в рамках которого предусматривается в том числе строительство жилья экономического класса, в случае проведения аукциона на право заключения договора безвозмездного пользования земельным участком Фонда для комплексного освоения территории, в рамках которого предусматривается в том числе строительство жилья экономического класса."; о) в частях 10 и 11 слова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исключить; п) в части 12 слова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исключить; р) часть 13 изложить в следующей редакции: "13. В случае, если победитель аукциона уклонился от заключения договора безвозмездного пользования земельным участком Фонда для строительства жилья экономического класса или договора безвозмездного пользования земельным участком Фонда для комплексного освоения территории, в рамках которого предусматривается в том числе строительство жилья экономического класса, либо такой договор не был заключен с участником аукциона, который сделал предпоследнее предложение о цене предмета аукциона, или с иным лицом, имеющим право на заключение такого договора в случае признания аукциона несостоявшимся, Фонд проводит аукцион из числа аукционов, предусмотренных пунктами 1 - 5 части 1 статьи 122 настоящего Федерального закона."; с) в части 18 слова "пунктом 3 части 7" заменить словами "договором о комплексном освоении территории, заключенным в соответствии с частью 72"; т) часть 19 изложить в следующей редакции: "19. В случае, если в соответствии с условиями, предусмотренными договором о комплексном освоении территории, заключенным в соответствии с частью 72 настоящей статьи, обязательства по обеспечению выполнения работ по обустройству территории посредством строительства объектов инфраструктуры, в том числе подлежащих по окончании строительства передаче в государственную или муниципальную собственность, возлагаются на лицо, с которым заключается договор безвозмездного пользования земельным участком Фонда для комплексного освоения территории, в рамках которого предусматривается в том числе строительство жилья экономического класса, существенными условиями указанного договора о комплексном освоении территории являются максимальный срок выполнения обязательства по передаче объектов инфраструктуры по окончании строительства в государственную или муниципальную собственность, условия такой передачи."; у) в части 20 слова "пунктом 3 части 7" заменить словами "договором о комплексном освоении территории, заключенным в соответствии с частью 72"; ф) в части 21 слово "срочное" исключить,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слова "частями 6, 7 и 19" заменить словами "частями 6 и 19", слово "срочного" исключить,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слова "или арендатором" исключить, слова "аренды земельного участка" заменить словами "безвозмездного пользования земельным участком"; х) в части 22 слово "срочное" исключить,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ц) в абзаце первом части 24 слово "срочное" исключить, слова "их комплексного освоения" заменить словами "комплексного освоения территории"; ч) в части 27 слово "срочного" исключить, слова "его комплексного освоения в целях строительства жилья экономического класса" заменить словами "комплексного освоения территории, в рамках которого предусматривается в том числе строительство жилья экономического класса", дополнить словами ", договором о комплексном освоении территории, заключенным в соответствии с частью 72 настоящей статьи"; ш) в части 30 слово "срочное" исключить,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щ) в части 31 слово "срочное" исключить,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э) в части 32: в абзаце первом слово "срочное" исключить,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в пункте 4 слово "срочного" исключить; ю) в абзаце первом части 34 слово "срочное" исключить,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я) в части 35 слово "срочное" исключить,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я1) в части 36 слово "срочное" исключить,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я2) в части 39 слово "срочное" исключить,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w:t>
      </w:r>
    </w:p>
    <w:p>
      <w:r>
        <w:rPr>
          <w:b/>
        </w:rPr>
        <w:t xml:space="preserve">20. </w:t>
      </w:r>
      <w:r>
        <w:t>в статье 166-1:</w:t>
      </w:r>
    </w:p>
    <w:p>
      <w:r>
        <w:rPr>
          <w:b/>
        </w:rPr>
        <w:t xml:space="preserve">20. </w:t>
      </w:r>
      <w:r>
        <w:t>проект договора аренды земельного участка Фонда для строительства в минимально требуемом объеме жилья экономического класса или договора аренды земельного участка Фонда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rPr>
          <w:b/>
        </w:rPr>
        <w:t xml:space="preserve">20. </w:t>
      </w:r>
      <w:r>
        <w:t>проект договора о комплексном освоении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в случае проведения аукциона на право заключения договора аренды земельного участка Фонда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п) в части 12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 р) в части 13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 с) в части 14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 т) часть 15 изложить в следующей редакции: "15. В случае, если победитель аукциона уклонился от заключения договора аренды земельного участка Фонда для строительства в минимально требуемом объеме жилья экономического класса или договора аренды земельного участка Фонда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либо такой договор не был заключен с участником аукциона, который сделал предпоследнее предложение о цене предмета аукциона, или с иным лицом, имеющим право на заключение такого договора в случае признания аукциона несостоявшимся, Фонд проводит аукцион из числа аукционов, предусмотренных пунктами 1 - 5 части 1 статьи 122 настоящего Федерального закона."; у) в части 16 слова "пунктом 3 части 8" заменить словами "договором о комплексном освоении территории, заключенным в соответствии с частью 82"; ф) в части 17 слова "пунктом 3 части 8" заменить словами "договором о комплексном освоении территории, заключенным в соответствии с частью 82", слова "его комплексного освоения" заменить словами "комплексного освоения территории"; х) в части 18 слова "пунктом 3 части 8" заменить словами "договором о комплексном освоении территории, заключенным в соответствии с частью 82"; ц) в части 19 слова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слова "частями 7, 8 и 17" заменить словами "частями 7 и 17",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 ч) в части 20 слова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ш) в части 22 слова "в том числе для их комплексного освоения в целях строительства в установленном протоколом об итогах аукциона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установленном протоколом об итогах аукциона минимально требуемом объеме жилья экономического класса и иное жилищное строительство"; щ) в части 25 слова "для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э) в части 28 слова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ю) в части 29 слова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я) в части 30: в абзаце первом слова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в пункте 4 слова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я1) в части 34 слова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rPr>
          <w:b/>
        </w:rPr>
        <w:t xml:space="preserve">20. </w:t>
      </w:r>
      <w:r>
        <w:t>в статье 166-2:</w:t>
      </w:r>
    </w:p>
    <w:p>
      <w:r>
        <w:rPr>
          <w:b/>
        </w:rPr>
        <w:t xml:space="preserve">20. </w:t>
      </w:r>
      <w:r>
        <w:t>наименование изложить в следующей редакции: "Статья 162. Особенности подготовки документации по планировке территории в отношении земельных участков Фонда, предоставленных для комплексного освоения территории, и образования земельных участков из земельных участков Фонда"</w:t>
      </w:r>
    </w:p>
    <w:p>
      <w:r>
        <w:rPr>
          <w:b/>
        </w:rPr>
        <w:t xml:space="preserve">20. </w:t>
      </w:r>
      <w:r>
        <w:t>в части 1 слова "по продаже права на заключение договоров аренды земельных участков Фонда для их комплексного освоения в целях жилищного строительства" заменить словами "на право заключения договоров аренды земельных участков Фонда для комплексного освоения территории в соответствии с настоящим Федеральным законом", слово "срочного" исключить</w:t>
      </w:r>
    </w:p>
    <w:p>
      <w:r>
        <w:rPr>
          <w:b/>
        </w:rPr>
        <w:t xml:space="preserve">20. </w:t>
      </w:r>
      <w:r>
        <w:t>проект договора аренды земельного участка Фонда для строительства жилья экономического класса или проект договора аренды земельного участка Фонда для комплексного освоения территории, в рамках которого предусматривается в том числе строительство жилья экономического класса</w:t>
      </w:r>
    </w:p>
    <w:p>
      <w:r>
        <w:rPr>
          <w:b/>
        </w:rPr>
        <w:t xml:space="preserve">20. </w:t>
      </w:r>
      <w:r>
        <w:t>абзац первый части 2 изложить в следующей редакции: "2. Для утверждения и (или) изменения документации по планировке территории проведение публичных слушаний не требуется в случаях подготовки документации по планировке территории Фондом или лицами, с которыми заключены договоры аренды земельных участков Фонда для комплексного освоения территории или договоры безвозмездного пользования земельными участками Фонда для комплексного освоения территории в соответствии с настоящим Федеральным законом:"</w:t>
      </w:r>
    </w:p>
    <w:p>
      <w:r>
        <w:rPr>
          <w:b/>
        </w:rPr>
        <w:t xml:space="preserve">20. </w:t>
      </w:r>
      <w:r>
        <w:t>проект договора о комплексном освоении территории, в рамках которого предусматривается в том числе строительство жилья экономического класса, в случае проведения аукциона на право заключения договора аренды земельного участка Фонда для комплексного освоения территории, в рамках которого предусматривается в том числе строительство жилья экономического класса."; н) в части 10 слово "ставки" исключить; о) в части 11 слова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исключить; п) в части 12 слова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исключить; р) в части 13 слова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исключить; с) часть 14 изложить в следующей редакции: "14. В случае, если победитель аукциона уклонился от заключения договора аренды земельного участка Фонда для строительства жилья экономического класса или договора аренды земельного участка Фонда для комплексного освоения территории, в рамках которого предусматривается в том числе строительство жилья экономического класса, либо такой договор не был заключен с участником аукциона, который сделал предпоследнее предложение о цене предмета аукциона, или с иным лицом, имеющим право на заключение такого договора в случае признания аукциона несостоявшимся, Фонд проводит аукцион из числа аукционов, предусмотренных пунктами 1 - 5 части 1 статьи 122 настоящего Федерального закона."; т) в части 15 слова "пунктом 3 части 7" заменить словами "договором о комплексном освоении территории, заключенным в соответствии с частью 81"; у) в части 16 слова "пунктом 3 части 7" заменить словами "договором о комплексном освоении территории, заключенным в соответствии с частью 81", слова "его комплексного освоения в целях строительства жилья экономического класса" заменить словами "комплексного освоения территории, в рамках которого предусматривается в том числе строительство жилья экономического класса"; ф) в части 17 слова "пунктом 3 части 7" заменить словами "договором о комплексном освоении территории, заключенным в соответствии с частью 81"; х) в части 18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слова "частями 6, 7 и 16" заменить словами "частями 6 и 16"; ц) в части 19 слова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исключить; ч) в части 20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ш) в части 25 слова "его комплексного освоения в целях строительства жилья экономического класса" заменить словами "комплексного освоения территории, в рамках которого предусматривается в том числе строительство жилья экономического класса"; щ) в части 29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э) в части 30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ю) в части 31: в абзаце первом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в пункте 4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я) в части 35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w:t>
      </w:r>
    </w:p>
    <w:p>
      <w:r>
        <w:rPr>
          <w:b/>
        </w:rPr>
        <w:t xml:space="preserve">20. </w:t>
      </w:r>
      <w:r>
        <w:t>в статье 167:</w:t>
      </w:r>
    </w:p>
    <w:p>
      <w:r>
        <w:rPr>
          <w:b/>
        </w:rPr>
        <w:t xml:space="preserve">20. </w:t>
      </w:r>
      <w:r>
        <w:t>часть 3 признать утратившей силу</w:t>
      </w:r>
    </w:p>
    <w:p>
      <w:r>
        <w:rPr>
          <w:b/>
        </w:rPr>
        <w:t xml:space="preserve">20. </w:t>
      </w:r>
      <w:r>
        <w:t>дополнить частью 4 следующего содержания: "4. Утверждение проекта межевания территории применительно к земельному участку Фонда, предоставленному для комплексного освоения территории в соответствии с настоящим Федеральным законом, осуществляется после принятия Фондом решения о согласии на образование земельных участков из указанного земельного участка Фонда."</w:t>
      </w:r>
    </w:p>
    <w:p>
      <w:r>
        <w:rPr>
          <w:b/>
        </w:rPr>
        <w:t xml:space="preserve">20. </w:t>
      </w:r>
      <w:r>
        <w:t>главу 62 признать утратившей силу</w:t>
      </w:r>
    </w:p>
    <w:p>
      <w:r>
        <w:rPr>
          <w:b/>
        </w:rPr>
        <w:t xml:space="preserve">20. </w:t>
      </w:r>
      <w:r>
        <w:t>часть 2 изложить в следующей редакции: "2. Арендаторы земельных участков Фонда, предоставленных для комплексного освоения территории в соответствии с настоящим Федеральным законом, после утверждения в установленном порядке документации по планировке территории и государственного кадастрового учета земельных участков Фонда, предназначенных для жилищного и иного строительства в соответствии с видами разрешенного использования и образуемых из ранее предоставленного земельного участка Фонда, приобретают такие земельные участки в собственность или аренду, за исключением случаев передачи таких земельных участков в собственность субъекта Российской Федерации или муниципальную собственность в соответствии с частью 4 настоящей статьи."</w:t>
      </w:r>
    </w:p>
    <w:p>
      <w:r>
        <w:rPr>
          <w:b/>
        </w:rPr>
        <w:t xml:space="preserve">20. </w:t>
      </w:r>
      <w:r>
        <w:t>дополнить частью 21 следующего содержания: "21. Фонд вправе передавать земельные участки Фонда, предназначенные для строительства объектов инфраструктуры и общежитий, необходимых для обеспечения образовательной деятельности в федеральных государственных образовательных организациях высшего образования и профессиональных образовательных организациях, в безвозмездное пользование в соответствии с земельным законодательством с учетом особенностей, установленных настоящей частью. В безвозмездное пользование могут быть переданы земельные участки Фонда, предназначенные для строительства указанных объектов на основании поступивших в Фонд обращений заинтересованных в строительстве указанных объектов лиц."</w:t>
      </w:r>
    </w:p>
    <w:p>
      <w:r>
        <w:rPr>
          <w:b/>
        </w:rPr>
        <w:t xml:space="preserve">20. </w:t>
      </w:r>
      <w:r>
        <w:t>в части 4 слова "С даты" заменить словом "После"</w:t>
      </w:r>
    </w:p>
    <w:p>
      <w:r>
        <w:rPr>
          <w:b/>
        </w:rPr>
        <w:t xml:space="preserve">20. </w:t>
      </w:r>
      <w:r>
        <w:t>в части 2 слово "срочного" исключить</w:t>
      </w:r>
    </w:p>
    <w:p>
      <w:r>
        <w:rPr>
          <w:b/>
        </w:rPr>
        <w:t xml:space="preserve">20. </w:t>
      </w:r>
      <w:r>
        <w:t>в части 3 слова "статьей 36" заменить словами "статьей 3920", дополнить словами ", за исключением случаев, предусмотренных статьей 165 настоящего Федерального закона"</w:t>
      </w:r>
    </w:p>
    <w:p>
      <w:r>
        <w:rPr>
          <w:b/>
        </w:rPr>
        <w:t xml:space="preserve">20. </w:t>
      </w:r>
      <w:r>
        <w:t>в части 1 слово "срочное" исключить</w:t>
      </w:r>
    </w:p>
    <w:p>
      <w:r>
        <w:rPr>
          <w:b/>
        </w:rPr>
        <w:t xml:space="preserve">20. </w:t>
      </w:r>
      <w:r>
        <w:t>часть 2 признать утратившей силу</w:t>
      </w:r>
    </w:p>
    <w:p>
      <w:r>
        <w:rPr>
          <w:b/>
        </w:rPr>
        <w:t xml:space="preserve">20. </w:t>
      </w:r>
      <w:r>
        <w:t>в части 3 слово "срочное" исключить</w:t>
      </w:r>
    </w:p>
    <w:p>
      <w:r>
        <w:rPr>
          <w:b/>
        </w:rPr>
        <w:t xml:space="preserve">20. </w:t>
      </w:r>
      <w:r>
        <w:t>часть 5 дополнить предложением следующего содержания: "Указанные в настоящей части правила формирования списков граждан, имеющих право быть принятыми в члены кооператива, могут содержать очередность включения граждан в такие списки."</w:t>
      </w:r>
    </w:p>
    <w:p>
      <w:r>
        <w:rPr>
          <w:b/>
        </w:rPr>
        <w:t xml:space="preserve">20. </w:t>
      </w:r>
      <w:r>
        <w:t>в части 6 слова "или частью 63" исключить</w:t>
      </w:r>
    </w:p>
    <w:p>
      <w:r>
        <w:rPr>
          <w:b/>
        </w:rPr>
        <w:t xml:space="preserve">20. </w:t>
      </w:r>
      <w:r>
        <w:t>в части 7: пункт 4 после слов "Правительством Российской Федерации" дополнить словами "или органами государственной власти субъектов Российской Федерации"; в пункте 8 слово "срочное" исключить</w:t>
      </w:r>
    </w:p>
    <w:p>
      <w:r>
        <w:rPr>
          <w:b/>
        </w:rPr>
        <w:t xml:space="preserve">20. </w:t>
      </w:r>
      <w:r>
        <w:t>в абзаце первом части 10 и части 11 слово "срочное" исключить</w:t>
      </w:r>
    </w:p>
    <w:p>
      <w:r>
        <w:rPr>
          <w:b/>
        </w:rPr>
        <w:t xml:space="preserve">20. </w:t>
      </w:r>
      <w:r>
        <w:t>в части 12 слово "срочного" исключить, слова "социально-экономического развития субъектов Российской Федерации" заменить словами "строительства, архитектуры, градостроительства"</w:t>
      </w:r>
    </w:p>
    <w:p>
      <w:r>
        <w:rPr>
          <w:b/>
        </w:rPr>
        <w:t xml:space="preserve">20. </w:t>
      </w:r>
      <w:r>
        <w:t>в частях 121 и 13 слово "срочного" исключить</w:t>
      </w:r>
    </w:p>
    <w:p>
      <w:r>
        <w:rPr>
          <w:b/>
        </w:rPr>
        <w:t xml:space="preserve">20. </w:t>
      </w:r>
      <w:r>
        <w:t>в части 14 слово "срочное" исключить; л) в части 15 слово "срочного" и слово "срочное" исключить; м) часть 16 изложить в следующей редакции: "16. Приобретение прав на земельные участки Фонда, на которых расположены многоквартирные дома, осуществляется в порядке, установленном статьей 164 настоящего Федерального закона."; н) в абзаце первом части 17 и в части 20 слово "срочное" исключить; о) в пункте 3 части 31 слово "срочного" исключить</w:t>
      </w:r>
    </w:p>
    <w:p>
      <w:r>
        <w:rPr>
          <w:b/>
        </w:rPr>
        <w:t xml:space="preserve">20. </w:t>
      </w:r>
      <w:r>
        <w:t>наименование изложить в следующей редакции: "Статья 166. Особенности заключения по результатам аукционов договоров безвозмездного пользования земельными участками Фонда для строительства жилья экономического класса, договоров безвозмездного пользования земельными участками Фонда для комплексного освоения территории, в рамках которого предусматривается в том числе строительство такого жилья"</w:t>
      </w:r>
    </w:p>
    <w:p>
      <w:r>
        <w:rPr>
          <w:b/>
        </w:rPr>
        <w:t xml:space="preserve">20. </w:t>
      </w:r>
      <w:r>
        <w:t>в части 1 слово "срочного" исключить, слова "в том числе для его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такого жилья", дополнить словами "(далее также в настоящей статье - аукцион)"</w:t>
      </w:r>
    </w:p>
    <w:p>
      <w:r>
        <w:rPr>
          <w:b/>
        </w:rPr>
        <w:t xml:space="preserve">20. </w:t>
      </w:r>
      <w:r>
        <w:t>в части 2 слова "статьями 381 и 382" заменить словами "статьями 3911 и 3912", после слов "особенностей, установленных" дополнить словами "статьей 161 настоящего Федерального закона и"</w:t>
      </w:r>
    </w:p>
    <w:p>
      <w:r>
        <w:rPr>
          <w:b/>
        </w:rPr>
        <w:t xml:space="preserve">20. </w:t>
      </w:r>
      <w:r>
        <w:t>абзац первый части 3 изложить в следующей редакции: "3. Аукционы проводятся в целях строительства:"</w:t>
      </w:r>
    </w:p>
    <w:p>
      <w:r>
        <w:rPr>
          <w:b/>
        </w:rPr>
        <w:t xml:space="preserve">20. </w:t>
      </w:r>
      <w:r>
        <w:t>в части 4 слово "срочного" исключить, слова "для их комплексного освоения в целях строительства жилья экономического класса" заменить словами "для комплексного освоения территории, в рамках которого предусматривается в том числе строительство жилья экономического класса,"</w:t>
      </w:r>
    </w:p>
    <w:p>
      <w:r>
        <w:rPr>
          <w:b/>
        </w:rPr>
        <w:t xml:space="preserve">20. </w:t>
      </w:r>
      <w:r>
        <w:t>в части 5 слова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исключить</w:t>
      </w:r>
    </w:p>
    <w:p>
      <w:r>
        <w:rPr>
          <w:b/>
        </w:rPr>
        <w:t xml:space="preserve">20. </w:t>
      </w:r>
      <w:r>
        <w:t>в части 6: в абзаце первом слово "срочного" исключить; дополнить пунктом 9 следующего содержания: "9) максимальная доля общей площади нежилых помещений в многоквартирном доме (за исключением помещений общего пользования), который должен быть построен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20. </w:t>
      </w:r>
      <w:r>
        <w:t>в части 7: в абзаце первом слово "срочного" исключить, слова "его комплексного освоения в целях строительства жилья экономического класса" заменить словами "комплексного освоения территории, в рамках которого предусматривается в том числе строительство жилья экономического класса,", слова "части 6" заменить словами "пунктах 1 - 8 части 6"; пункты 1 - 3 признать утратившими силу; в пункте 4 слово "срочное" исключить, слова "его комплексного освоения в целях строительства жилья экономического класса" заменить словами "комплексного освоения территории, в рамках которого предусматривается в том числе строительство жилья экономического класса"; дополнить пунктом 5 следующего содержания: "5) 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инженерной, транспортной и социальной инфраструктур) и нежилых помещений в многоквартирных домах (за исключением помещений общего пользования) в общей площади всех зданий, которые должны быть построены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20. </w:t>
      </w:r>
      <w:r>
        <w:t>в части 71 слово "срочного" исключить, слова "в целях строительства такого жилья" заменить словами ", в рамках которого предусмотрено в том числе строительство жилья экономического класса,"</w:t>
      </w:r>
    </w:p>
    <w:p>
      <w:r>
        <w:rPr>
          <w:b/>
        </w:rPr>
        <w:t xml:space="preserve">20. </w:t>
      </w:r>
      <w:r>
        <w:t>дополнить частью 72 следующего содержания: "72. В случае заключения договора безвозмездного пользования земельным участком Фонда для комплексного освоения территории, в рамках которого предусматривается в том числе строительство жилья экономического класса, одновременно с таким договором безвозмездного пользования Фонд должен заключить договор о комплексном освоении территории с лицом, с которым заключен такой договор безвозмездного пользования, с учетом особенностей, предусмотренных статьей 161 настоящего Федерального закона."; л) в части 8 слова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исключить; м) в части 9: в абзаце первом слова "на право заключения договора безвозмездного срочного пользования земельным участком Фонда для строительства жилья экономического класса, в том числе для его комплексного освоения в целях строительства такого жилья," исключить, слова "подпунктами 1 - 3, 6 и 7 пункта 10 статьи 381" заменить словами "подпунктами 1 - 3, 6 и 7 пункта 21 статьи 3911"; в пункте 4 слово "срочного" исключить; дополнить пунктом 7 следующего содержания: "7) способ и размер обеспечения исполнения обязательств, вытекающих из договора о комплексном освоении территории, в рамках которого предусматривается строительство жилья экономического класса."; н) дополнить частью 91 следующего содержания: "91. Обязательными приложениями к размещенному на официальном сайте Фонда в информационно-телекоммуникационной сети "Интернет" извещению о проведении аукциона являются:</w:t>
      </w:r>
    </w:p>
    <w:p>
      <w:r>
        <w:rPr>
          <w:b/>
        </w:rPr>
        <w:t xml:space="preserve">20. </w:t>
      </w:r>
      <w:r>
        <w:t>в наименовании слова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rPr>
          <w:b/>
        </w:rPr>
        <w:t xml:space="preserve">20. </w:t>
      </w:r>
      <w:r>
        <w:t>в части 1 слова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дополнить словами "(далее также в настоящей статье - аукцион)"</w:t>
      </w:r>
    </w:p>
    <w:p>
      <w:r>
        <w:rPr>
          <w:b/>
        </w:rPr>
        <w:t xml:space="preserve">20. </w:t>
      </w:r>
      <w:r>
        <w:t>в части 2 слова "статьями 381 и 382" заменить словами "статьями 3911 и 3912", после слов "особенностей, установленных" дополнить словами "статьей 161 настоящего Федерального закона и"</w:t>
      </w:r>
    </w:p>
    <w:p>
      <w:r>
        <w:rPr>
          <w:b/>
        </w:rPr>
        <w:t xml:space="preserve">20. </w:t>
      </w:r>
      <w:r>
        <w:t>абзац первый части 3 изложить в следующей редакции: "3. Аукционы проводятся в целях строительства:"</w:t>
      </w:r>
    </w:p>
    <w:p>
      <w:r>
        <w:rPr>
          <w:b/>
        </w:rPr>
        <w:t xml:space="preserve">20. </w:t>
      </w:r>
      <w:r>
        <w:t>в части 4 слова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rPr>
          <w:b/>
        </w:rPr>
        <w:t xml:space="preserve">20. </w:t>
      </w:r>
      <w:r>
        <w:t>в части 5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w:t>
      </w:r>
    </w:p>
    <w:p>
      <w:r>
        <w:rPr>
          <w:b/>
        </w:rPr>
        <w:t xml:space="preserve">20. </w:t>
      </w:r>
      <w:r>
        <w:t>в части 6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 слова "проводится аукцион по продаже права на заключение такого договора аренды" заменить словами "осуществляется предоставление в аренду земельного участка Фонда"</w:t>
      </w:r>
    </w:p>
    <w:p>
      <w:r>
        <w:rPr>
          <w:b/>
        </w:rPr>
        <w:t xml:space="preserve">20. </w:t>
      </w:r>
      <w:r>
        <w:t>часть 7 дополнить пунктом 10 следующего содержания: "10) максимальная доля общей площади нежилых помещений в многоквартирном доме (за исключением помещений общего пользования), который должен быть построен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20. </w:t>
      </w:r>
      <w:r>
        <w:t>в части 8: в абзаце первом слова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слова "в части 7" заменить словами "в пунктах 1 - 9 части 7"; пункты 1 - 4 признать утратившими силу; в пункте 5 слова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дополнить пунктом 61 следующего содержания: "61) 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инженерной, транспортной и социальной инфраструктур) и нежилых помещений в многоквартирных домах (за исключением помещений общего пользования) в общей площади всех зданий, которые должны быть построены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20. </w:t>
      </w:r>
      <w:r>
        <w:t>в части 81 слова "его комплексного освоения" заменить словами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л) дополнить частью 82 следующего содержания: "82. В случае заключения договора аренды земельного участка Фонда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одновременно с таким договором аренды Фонд должен заключить договор о комплексном освоении территории с лицом, с которым заключен такой договор аренды, с учетом особенностей, предусмотренных статьей 161 настоящего Федерального закона."; м) в части 9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 н) в части 10: в абзаце первом слова "на право заключения договора аренды земельного участка Фонда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исключить, слова "подпунктами 1 - 3, 6 и 7 пункта 10 статьи 381" заменить словами "подпунктами 1 - 3, 6 и 7 пункта 21 статьи 3911"; дополнить пунктом 31 следующего содержания: "31) 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транспортной, коммунальной и социальной инфраструктур) и нежилых помещений в многоквартирных домах (за исключением помещений общего пользования) в общей площади всех зданий, которые должны быть построены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 в пункте 4 слова "его комплексного освоения" заменить словами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дополнить пунктом 7 следующего содержания: "7) способ и размер обеспечения исполнения обязательств, вытекающих из договора о комплексном освоении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о) дополнить частью 101 следующего содержания: "101. Обязательными приложениями к размещенному на официальном сайте Фонда в информационно-телекоммуникационной сети "Интернет" извещению о проведении аукциона являются:</w:t>
      </w:r>
    </w:p>
    <w:p>
      <w:r>
        <w:rPr>
          <w:b/>
        </w:rPr>
        <w:t xml:space="preserve">20. </w:t>
      </w:r>
      <w:r>
        <w:t>в наименовании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w:t>
      </w:r>
    </w:p>
    <w:p>
      <w:r>
        <w:rPr>
          <w:b/>
        </w:rPr>
        <w:t xml:space="preserve">20. </w:t>
      </w:r>
      <w:r>
        <w:t>в части 1 слова "в том числе для их комплексного освоения в целях строительства такого жилья" заменить словами "для комплексного освоения территории, в рамках которого предусматривается в том числе строительство жилья экономического класса", дополнить словами "(далее также в настоящей статье - аукцион)"</w:t>
      </w:r>
    </w:p>
    <w:p>
      <w:r>
        <w:rPr>
          <w:b/>
        </w:rPr>
        <w:t xml:space="preserve">20. </w:t>
      </w:r>
      <w:r>
        <w:t>в части 2 слова "статьями 381 и 382" заменить словами "статьями 3911 и 3912", после слов "особенностей, установленных" дополнить словами "статьей 161 настоящего Федерального закона и"</w:t>
      </w:r>
    </w:p>
    <w:p>
      <w:r>
        <w:rPr>
          <w:b/>
        </w:rPr>
        <w:t xml:space="preserve">20. </w:t>
      </w:r>
      <w:r>
        <w:t>в части 3 слова "на право заключения договоров аренды земельных участков Фонда для строительства жилья экономического класса, в том числе для их комплексного освоения в целях строительства такого жилья," исключить</w:t>
      </w:r>
    </w:p>
    <w:p>
      <w:r>
        <w:rPr>
          <w:b/>
        </w:rPr>
        <w:t xml:space="preserve">20. </w:t>
      </w:r>
      <w:r>
        <w:t>в части 4 слова "на право заключения договоров аренды земельных участков Фонда для их комплексного освоения в целях строительства жилья экономического класса" исключить</w:t>
      </w:r>
    </w:p>
    <w:p>
      <w:r>
        <w:rPr>
          <w:b/>
        </w:rPr>
        <w:t xml:space="preserve">20. </w:t>
      </w:r>
      <w:r>
        <w:t>в части 5 слова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исключить</w:t>
      </w:r>
    </w:p>
    <w:p>
      <w:r>
        <w:rPr>
          <w:b/>
        </w:rPr>
        <w:t xml:space="preserve">20. </w:t>
      </w:r>
      <w:r>
        <w:t>часть 6 дополнить пунктом 10 следующего содержания: "10) максимальная доля общей площади нежилых помещений в многоквартирном доме (за исключением помещений общего пользования), который должен быть построен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20. </w:t>
      </w:r>
      <w:r>
        <w:t>в части 7: в абзаце первом слова "для его комплексного освоения в целях строительства жилья экономического класса" заменить словами "для комплексного освоения территории, в рамках которого предусматривается в том числе строительство жилья экономического класса,"; пункты 1 - 3 признать утратившими силу; дополнить пунктом 5 следующего содержания: "5) максимальная доля общей площади зданий (за исключением многоквартирных домов, жилых домов блокированной застройки, объектов индивидуального жилищного строительства, объектов инженерной, транспортной и социальной инфраструктур) и нежилых помещений в многоквартирных домах (за исключением помещений общего пользования) в общей площади всех зданий, которые должны быть построены на земельном участке Фонда (в случае ее установления Фондом в соответствии с ходатайством, предусмотренным частью 68 статьи 11 настоящего Федерального закона)."</w:t>
      </w:r>
    </w:p>
    <w:p>
      <w:r>
        <w:rPr>
          <w:b/>
        </w:rPr>
        <w:t xml:space="preserve">20. </w:t>
      </w:r>
      <w:r>
        <w:t>в части 8 слова "для его комплексного освоения в целях строительства жилья экономического класса" заменить словами "для комплексного освоения территории, в рамках которого предусматривается в том числе строительство жилья экономического класса,"</w:t>
      </w:r>
    </w:p>
    <w:p>
      <w:r>
        <w:rPr>
          <w:b/>
        </w:rPr>
        <w:t xml:space="preserve">20. </w:t>
      </w:r>
      <w:r>
        <w:t>дополнить частью 81 следующего содержания: "81. В случае заключения договора аренды земельного участка Фонда для комплексного освоения территории, в рамках которого предусматривается в том числе строительство жилья экономического класса, одновременно с таким договором аренды Фонд должен заключить договор о комплексном освоении территории с лицом, с которым заключен такой договор аренды, с учетом особенностей, предусмотренных статьей 161 настоящего Федерального закона."; л) в части 9: в абзаце первом слова "на право заключения договора аренды земельного участка Фонда для строительства жилья экономического класса, в том числе для его комплексного освоения в целях строительства такого жилья," исключить, слова "подпунктами 1 - 3, 6 и 7 пункта 10 статьи 381" заменить словами "подпунктами 1 - 3, 6 и 7 пункта 21 статьи 3911"; в пункте 5 слова "для его комплексного освоения в целях строительства такого жилья, в том числе" заменить словами "для комплексного освоения территории, в рамках которого предусматривается в том числе строительство жилья экономического класса, включая"; дополнить пунктом 8 следующего содержания: "8) способ и размер обеспечения исполнения обязательств, вытекающих из договора о комплексном освоении территории, в рамках которого предусматривается в том числе строительство жилья экономического класса."; м) дополнить частью 91 следующего содержания: "91. Обязательными приложениями к размещенному на официальном сайте Фонда в информационно-телекоммуникационной сети "Интернет" извещению о проведении аукциона являются:</w:t>
      </w:r>
    </w:p>
    <w:p>
      <w:r>
        <w:rPr>
          <w:b/>
        </w:rPr>
        <w:t xml:space="preserve">20. </w:t>
      </w:r>
      <w:r>
        <w:t>наименование изложить в следующей редакции: "Статья 167. Требования к участникам аукционов на право заключения договоров аренды земельных участков Фонда, договоров безвозмездного пользования участками Фонда"</w:t>
      </w:r>
    </w:p>
    <w:p>
      <w:r>
        <w:rPr>
          <w:b/>
        </w:rPr>
        <w:t xml:space="preserve">20. </w:t>
      </w:r>
      <w:r>
        <w:t>в части 1: абзац первый изложить в следующей редакции: "1. При проведении аукционов на право заключения договоров аренды земельных участков Фонда для жилищного строительства, для комплексного освоения территории, в рамках которого предусматривается в том числе жилищное строительство, аукционов на право заключения договоров безвозмездного пользования земельными участками Фонда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аукционов на право заключения договоров аренды земельных участков Фонда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аукционов на право заключения договоров аренды земельных участков Фонда для строительства в минимально требуемом объеме жилья экономического класса, для их комплексного освоения,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 Фондом могут устанавливаться следующие обязательные требования к участникам указанных аукционов:"; в пункте 1 слово "строительства;" заменить словами "строительства. При этом извещением о проведении аукциона может быть установлено распределение такого совокупного объема ввода жилья в эксплуатацию по отдельным периодам в пределах указанных трех лет;"; пункт 6 признать утратившим силу; дополнить пунктом 8 следующего содержания: "8) отсутствие исполнительного производства, возбужденного по заявлению Фонда в отношении участника аукциона в соответствии с законодательством Российской Федерации об исполнительном производстве и не прекращенного или не оконченного на день подачи заявки на участие в аукционе."</w:t>
      </w:r>
    </w:p>
    <w:p>
      <w:r>
        <w:rPr>
          <w:b/>
        </w:rPr>
        <w:t xml:space="preserve">20. </w:t>
      </w:r>
      <w:r>
        <w:t>в части 2: абзац первый изложить в следующей редакции: "2. При проведении аукционов на право заключения договоров аренды земельных участков Фонда для строительства объектов, предназначенных для производства строительных материалов, изделий, конструкций для целей жилищного строительства, для создания промышленных парков, технопарков, бизнес-инкубаторов, объектов инфраструктуры, иного строительства, для комплексного освоения территории, в рамках которого предусматривается в том числе строительство указанных объектов, Фондом могут устанавливаться следующие обязательные требования к участникам указанных аукционов:"; в пункте 2 слово "размещение" заменить словом "строительство"; в пункте 4 слова "пунктами 3 - 7" заменить словами "пунктами 3 - 8"</w:t>
      </w:r>
    </w:p>
    <w:p>
      <w:r>
        <w:rPr>
          <w:b/>
        </w:rPr>
        <w:t xml:space="preserve">20. </w:t>
      </w:r>
      <w:r>
        <w:t>в пункте 2 части 3 слова "пунктами 3 - 6" заменить словами "пунктами 3 - 8"</w:t>
      </w:r>
    </w:p>
    <w:p>
      <w:r>
        <w:rPr>
          <w:b/>
        </w:rPr>
        <w:t xml:space="preserve">20. </w:t>
      </w:r>
      <w:r>
        <w:t>в части 4 слова "пунктами 1 - 6" заменить словами "пунктами 1 - 8", слова "пунктами 1 - 3" заменить словами "пунктами 1 - 4"</w:t>
      </w:r>
    </w:p>
    <w:p>
      <w:r>
        <w:rPr>
          <w:b/>
        </w:rPr>
        <w:t xml:space="preserve">20. </w:t>
      </w:r>
      <w:r>
        <w:t>в части 6: в пункте 3 слова "или размещение" исключить; дополнить пунктом 5 следующего содержания: "5) отчетность об осуществлении деятельности, связанной с привлечением денежных средств участников долевого строительства, за последние три года, предшествующие дате окончания срока подачи заявок на участие в аукционе, в случае привлечения участником аукциона денежных средств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Фондом установлено требование, предусмотренное пунктом 7 части 1 настоящей статьи."</w:t>
      </w:r>
    </w:p>
    <w:p>
      <w:r>
        <w:rPr>
          <w:b/>
        </w:rPr>
        <w:t xml:space="preserve">20. </w:t>
      </w:r>
      <w:r>
        <w:t>в части 8 слова "пунктами 3 - 6 части 1" заменить словами "пунктами 3 - 5 и 8 части 1"</w:t>
      </w:r>
    </w:p>
    <w:p>
      <w:r>
        <w:rPr>
          <w:b/>
        </w:rPr>
        <w:t xml:space="preserve">20. </w:t>
      </w:r>
      <w:r>
        <w:t>дополнить частью 81 следующего содержания: "81. При подаче заявки на участие в аукционе иностранными гражданами или иностранными организациями к таким лицам при установлении Фондом требований, предусмотренных частями 1 и 2 настоящей статьи, применяется национальный режим на равных условиях с российскими лицами в случаях и на условиях, которые предусмотрены международными договорами Российской Федерации. В этом случае в целях подтверждения выполнения предусмотренных частями 1 и 2 настоящей статьи требований к участникам аукционов такие иностранные граждане или иностранные организации представляют в установленный извещением о проведении аукциона срок документы в соответствии с указанными международными договорами Российской Федерации."</w:t>
      </w:r>
    </w:p>
    <w:p>
      <w:r>
        <w:rPr>
          <w:b/>
        </w:rPr>
        <w:t xml:space="preserve">20. </w:t>
      </w:r>
      <w:r>
        <w:t>в части 9 слова "статьями 381 и 382" заменить словами "статьей 3912"</w:t>
      </w:r>
    </w:p>
    <w:p>
      <w:r>
        <w:rPr>
          <w:b/>
        </w:rPr>
        <w:t xml:space="preserve">20. </w:t>
      </w:r>
      <w:r>
        <w:t>в части 10 слова "статьями 381 и 382" заменить словами "статьей 3912"; л) в части 12 слова "статьями 381 и 382" заменить словами "статьей 3912", дополнить предложением следующего содержания: "При рассмотрении заявок на участие в аукционе Фонд осуществляет проверку сведений, представленных в соответствии с частью 8 настоящей статьи."</w:t>
      </w:r>
    </w:p>
    <w:p>
      <w:r>
        <w:rPr>
          <w:b/>
        </w:rPr>
        <w:t>Статья 2</w:t>
      </w:r>
    </w:p>
    <w:p>
      <w:r>
        <w:t>(Утратила силу - Федеральный закон от 03.07.2016 № 361-ФЗ)</w:t>
      </w:r>
    </w:p>
    <w:p>
      <w:r>
        <w:rPr>
          <w:b/>
        </w:rPr>
        <w:t>Статья 3</w:t>
      </w:r>
    </w:p>
    <w:p>
      <w:r>
        <w:t>В абзаце пятом части второй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2014, № 26, ст. 3377; № 30, ст. 4226; 2015, № 1, ст. 52) слова "для формирования имущества Федерального фонда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заменить словами "и в отношении которых Федеральный фонд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выполняет функции агента Российской Федерации".</w:t>
      </w:r>
    </w:p>
    <w:p>
      <w:r>
        <w:rPr>
          <w:b/>
        </w:rPr>
        <w:t>Статья 4</w:t>
      </w:r>
    </w:p>
    <w:p>
      <w:r>
        <w:t>Внести в Земельный кодекс Российской Федерации (Собрание законодательства Российской Федерации, 2001, № 44, ст. 4147; 2006, № 23, ст. 2380; № 50, ст. 5279, 5282; № 52, ст. 5498; 2008, № 30, ст. 3597, 3616; 2011, № 30, ст. 4590; 2013, № 27, ст. 3477; 2014, № 26, ст. 3377; № 30, ст. 4235; 2015, № 1, ст. 52) следующие изменения</w:t>
      </w:r>
    </w:p>
    <w:p>
      <w:r>
        <w:t>в абзаце третьем пункта 3 статьи 5, в пункте 5 статьи 116, в пункте 2 статьи 118, в пункте 2 статьи 26 слово "срочного" исключить</w:t>
      </w:r>
    </w:p>
    <w:p>
      <w:r>
        <w:t>пункт 2 статьи 3910 дополнить подпунктом 17 следующего содержания: "17) лицу, имеющему право на заключение договора безвозмездного пользования земельным участком, в случае и в порядке, которые предусмотрены Федеральным законом от 24 июля 2008 года № 161-ФЗ "О содействии развитию жилищного строительства"."</w:t>
      </w:r>
    </w:p>
    <w:p>
      <w:r>
        <w:t>в подпункте 4 пункта 1 статьи 3928 слова "пунктом 1 статьи 49" заменить словами "статьей 49"</w:t>
      </w:r>
    </w:p>
    <w:p>
      <w:r>
        <w:t>в подпункте 7 пункта 2 статьи 3930 слова "передачи земельных участков, иных объектов недвижимого имущества, находящихся в федеральной собственности, для формирования имущества Федерального фонда содействия развитию жилищного строительства" заменить словами "совершения Федеральным фондом содействия развитию жилищного строительства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w:t>
      </w:r>
    </w:p>
    <w:p>
      <w:r>
        <w:t>в подпункте 1 пункта 2 статьи 40 слово "срочное" исключить</w:t>
      </w:r>
    </w:p>
    <w:p>
      <w:r>
        <w:t>в статье 47: а) в наименовании слово "срочного" исключить; б) в абзаце первом пункта 1 слово "срочного" исключить</w:t>
      </w:r>
    </w:p>
    <w:p>
      <w:r>
        <w:t>в подпункте 1 пункта 9 статьи 71 слова "статьей 29" заменить словами "статьей 392"</w:t>
      </w:r>
    </w:p>
    <w:p>
      <w:r>
        <w:t>в пункте 6 статьи 87 слово "срочное" исключить</w:t>
      </w:r>
    </w:p>
    <w:p>
      <w:r>
        <w:rPr>
          <w:b/>
        </w:rPr>
        <w:t>Статья 5</w:t>
      </w:r>
    </w:p>
    <w:p>
      <w:r>
        <w:t>Статью 34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2014, № 26, ст. 3377) дополнить пунктом 16 следующего содержания: "16. Продажа, предоставление в аренду земельных участков, которые находятся в федеральной собственности и в отношении которых Фонд совершает юридические и иные действия, в том числе сделки, в качестве агента Российской Федерации, и земельных участков, государственная собственность на которые не разграничена и распоряжение которыми осуществляет Фонд в соответствии с Федеральным законом от 24 июля 2008 года № 161-ФЗ "О содействии развитию жилищного строительства", или предоставление в безвозмездное пользование указанных земельных участков, заключение, исполнение в отношении указанных земельных участков договоров купли-продажи, договоров аренды или договоров безвозмездного пользования осуществляются в порядке, установленном Земельным кодексом Российской Федерации, с учетом особенностей, предусмотренных Федеральным законом от 24 июля 2008 года № 161-ФЗ "О содействии развитию жилищного строительства".".</w:t>
      </w:r>
    </w:p>
    <w:p>
      <w:r>
        <w:rPr>
          <w:b/>
        </w:rPr>
        <w:t>Статья 6</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30, ст. 4072; № 52, ст. 6976; 2014, № 26, ст. 3377; 2015, № 1, ст. 9, 38) следующие изменения</w:t>
      </w:r>
    </w:p>
    <w:p>
      <w:r>
        <w:t>в абзаце первом части 1 статьи 4 слова "и земельных участков Федерального фонда содействия развитию жилищного строительства" заменить словами ", в том числе земельных участков, в отношении которых Федеральный фонд содействия развитию жилищного строительства в соответствии с Федеральным законом от 24 июля 2008 года № 161-ФЗ "О содействии развитию жилищного строительства" выполняет функции агента Российской Федерации (далее - земельные участки Федерального фонда содействия развитию жилищного строительства)"</w:t>
      </w:r>
    </w:p>
    <w:p>
      <w:r>
        <w:t>в части 2 статьи 173 слово "срочного" исключить</w:t>
      </w:r>
    </w:p>
    <w:p>
      <w:r>
        <w:rPr>
          <w:b/>
        </w:rPr>
        <w:t>Статья 7</w:t>
      </w:r>
    </w:p>
    <w:p>
      <w:r>
        <w:t>В части 61 статьи 16 Федерального закона от 21 июля 2007 года № 185-ФЗ "О Фонде содействия реформированию жилищно-коммунального хозяйства" (Собрание законодательства Российской Федерации, 2007, № 30, ст. 3799; 2009, № 51, ст. 6153; 2011, № 1, ст. 53; № 23, ст. 3264; № 49, ст. 7028; 2012, № 53, ст. 7595; 2013, № 30, ст. 4073; 2014, № 26, ст. 3406; № 48, ст. 6637; 2015, № 1, ст. 52) слово "срочное" исключить, слова "в том числе для их комплексного освоения в целях строительства такого жилья, либо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предусматривается в том числе строительство жилья экономического класса, либо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rPr>
          <w:b/>
        </w:rPr>
        <w:t>Статья 8</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следующие изменения</w:t>
      </w:r>
    </w:p>
    <w:p>
      <w:r>
        <w:t>в части 211 статьи 22 слово "срочное" исключить, слова "в том числе для их комплексного освоения в целях строительства такого жилья, либо для строительства в минимально требуемом объеме жилья экономического класса, в том числе для их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предусматривается в том числе строительство жилья экономического класса, либо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t>в пункте 39 части 1 статьи 93 слово "срочного" исключить, слова "в том числе для его комплексного освоения в целях строительства такого жилья, договор аренды земельного участка для строительства жилья экономического класса, в том числе для его комплексного освоения в целях строительства такого жилья, либо договор аренды земельного участка для строительства в минимально требуемом объеме жилья экономического класса, в том числе для его комплексного освоения в целях строительства в минимально требуемом объеме жилья экономического класса и иного жилищного строительства" заменить словами "для комплексного освоения территории, в рамках которого предусматривается в том числе строительство жилья экономического класса, договор аренды земельного участка для строительства жилья экономического класса, для комплексного освоения территории, в рамках которого предусматривается в том числе строительство жилья экономического класса, или договор аренды земельного участка для строительства в минимально требуемом объеме жилья экономического класса, для комплексного освоения территории, в рамках которого предусматриваются в том числе строительство в минимально требуемом объеме жилья экономического класса и иное жилищное строительство"</w:t>
      </w:r>
    </w:p>
    <w:p>
      <w:r>
        <w:rPr>
          <w:b/>
        </w:rPr>
        <w:t>Статья 9</w:t>
      </w:r>
    </w:p>
    <w:p>
      <w:r>
        <w:t>В части 6 статьи 7 Федерального закона от 24 ноября 2014 года № 356-ФЗ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2014, № 48, ст. 6637) слова "в части 3" заменить словами "в части 5".</w:t>
      </w:r>
    </w:p>
    <w:p>
      <w:r>
        <w:rPr>
          <w:b/>
        </w:rPr>
        <w:t>Статья 10</w:t>
      </w:r>
    </w:p>
    <w:p>
      <w:r>
        <w:t>Признать утратившими силу</w:t>
      </w:r>
    </w:p>
    <w:p>
      <w:r>
        <w:t>абзацы восемнадцатый - двадцатый пункта 14 статьи 1 Федерального закона от 27 декабря 2009 года № 343-ФЗ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2009, № 52, ст. 6419)</w:t>
      </w:r>
    </w:p>
    <w:p>
      <w:r>
        <w:t>абзац четвертый пункта 7 статьи 1 Федерального закона от 18 июля 2011 года № 244-ФЗ "О внесении изменений в Федеральный закон "О содействии развитию жилищного строительства" (Собрание законодательства Российской Федерации, 2011, № 30, ст. 4592)</w:t>
      </w:r>
    </w:p>
    <w:p>
      <w:r>
        <w:t>абзац четвертый подпункта "в" пункта 7 статьи 1 Федерального закона от 10 июля 2012 года № 118-ФЗ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29, ст. 3998)</w:t>
      </w:r>
    </w:p>
    <w:p>
      <w:r>
        <w:t>подпункт "в" пункта 10, абзац девятый пункта 14 и пункт 15 статьи 1 Федерального закона от 30 декабря 2012 года № 290-ФЗ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2012, № 53, ст. 7615)</w:t>
      </w:r>
    </w:p>
    <w:p>
      <w:r>
        <w:t>пункт 7, абзацы двадцать второй - двадцать пятый пункта 12 статьи 1 Федерального закона от 23 июля 2013 года № 239-ФЗ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2013, № 30, ст. 4072)</w:t>
      </w:r>
    </w:p>
    <w:p>
      <w:r>
        <w:t>подпункт "а" пункта 3 статьи 27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2014, № 26, ст. 3377)</w:t>
      </w:r>
    </w:p>
    <w:p>
      <w:r>
        <w:t>абзац двенадцатый пункта 8, абзац четвертый подпункта "г" пункта 13, абзацы второй - шестой подпункта "д" и подпункт "е" пункта 14, абзацы девятнадцатый - двадцать первый пункта 20, пункты 23 и 24 статьи 1 Федерального закона от 24 ноября 2014 года № 356-ФЗ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2014, № 48, ст. 6637)</w:t>
      </w:r>
    </w:p>
    <w:p>
      <w:r>
        <w:rPr>
          <w:b/>
        </w:rPr>
        <w:t>Статья 11</w:t>
      </w:r>
    </w:p>
    <w:p>
      <w:r>
        <w:rPr>
          <w:b/>
        </w:rPr>
        <w:t xml:space="preserve">1. </w:t>
      </w:r>
      <w:r>
        <w:t>В случае, если до 1 марта 2015 года Федеральным фондом содействия развитию жилищного строительства (далее - Фонд) переданы в безвозмездное срочное пользование земельные участки в порядке и на условиях, которые предусмотрены Федеральным законом от 24 июля 2008 года № 161-ФЗ "О содействии развитию жилищного строительства" (в редакции, действовавшей до дня вступления в силу настоящего Федерального закона), внесение изменений в договоры безвозмездного срочного пользования такими земельными участками в связи с изменениями, предусмотренными настоящим Федеральным законом, не требуется</w:t>
      </w:r>
    </w:p>
    <w:p>
      <w:r>
        <w:rPr>
          <w:b/>
        </w:rPr>
        <w:t xml:space="preserve">2. </w:t>
      </w:r>
      <w:r>
        <w:t>В случае изменения условий отнесения жилых помещений к жилью экономического класса по заявлению в письменной форме лица, которому земельный участок передан Фондом в безвозмездное пользование или аренду для строительства жилья экономического класса в соответствии с Федеральным законом от 24 июля 2008 года № 161-ФЗ "О содействии развитию жилищного строительства", допускается внесение изменений в договор безвозмездного пользования земельным участком или договор аренды земельного участка, заключенные с указанным лицом, и в случае передачи Фондом земельного участка в безвозмездное пользование или аренду для комплексного освоения территории, в рамках которого осуществляются строительство жилья экономического класса или строительство в минимально требуемом объеме жилья экономического класса и иное жилищное строительство, также в договор о комплексном освоении территории в части характеристик и количества такого жилья, размеров земельных участков, которые подлежат образованию в соответствии с проектом межевания территории</w:t>
      </w:r>
    </w:p>
    <w:p>
      <w:r>
        <w:rPr>
          <w:b/>
        </w:rPr>
        <w:t xml:space="preserve">3. </w:t>
      </w:r>
      <w:r>
        <w:t>Федеральный орган исполнительной власти, уполномоченный Правительством Российской Федерации на ведение предусмотренного статьей 3912 Земельного кодекса Российской Федерации реестра недобросовестных участников аукциона, не позднее чем в течение трех месяцев со дня установления таким федеральным органом исполнительной власти порядка ведения реестра недобросовестных участников аукциона осуществляет внесение предоставленных Фондом в соответствии со статьей 169 Федерального закона от 24 июля 2008 года № 161-ФЗ "О содействии развитию жилищного строительства" (в редакции, действовавшей до дня вступления в силу настоящего Федерального закона) сведений (за период с 31 декабря 2012 года и до дня вступления в силу настоящего Федерального закона) о лицах, указанных в части 2 статьи 168 Федерального закона от 24 июля 2008 года № 161-ФЗ "О содействии развитию жилищного строительства" (в редакции, действовавшей до дня вступления в силу настоящего Федерального закона)</w:t>
      </w:r>
    </w:p>
    <w:p>
      <w:r>
        <w:rPr>
          <w:b/>
        </w:rPr>
        <w:t xml:space="preserve">4. </w:t>
      </w:r>
      <w:r>
        <w:t>В реестр недобросовестных участников аукциона, ведение которого осуществляется в соответствии со статьей 3912 Земельного кодекса Российской Федерации, наряду со сведениями, предусмотренными пунктом 27 статьи 3912 Земельного кодекса Российской Федерации, включаются сведения</w:t>
      </w:r>
    </w:p>
    <w:p>
      <w:r>
        <w:rPr>
          <w:b/>
        </w:rPr>
        <w:t xml:space="preserve">4. </w:t>
      </w:r>
      <w:r>
        <w:t>о победителях проводимых в соответствии с Федеральным законом от 24 июля 2008 года № 161-ФЗ "О содействии развитию жилищного строительства" аукционов, которые уклонились от заключения договора безвозмездного пользования земельным участком, являющимся предметом аукциона</w:t>
      </w:r>
    </w:p>
    <w:p>
      <w:r>
        <w:rPr>
          <w:b/>
        </w:rPr>
        <w:t xml:space="preserve">4. </w:t>
      </w:r>
      <w:r>
        <w:t>об участниках указанных аукционов, которые сделали предпоследнее предложение о цене предмета указанных аукционов и уклонились от заключения соответствующих договоров</w:t>
      </w:r>
    </w:p>
    <w:p>
      <w:r>
        <w:rPr>
          <w:b/>
        </w:rPr>
        <w:t xml:space="preserve">4. </w:t>
      </w:r>
      <w:r>
        <w:t>о лицах, которые имеют право на заключение соответствующих договоров в случае признания указанных аукционов несостоявшимися и уклонились от заключения соответствующих договоров</w:t>
      </w:r>
    </w:p>
    <w:p>
      <w:r>
        <w:rPr>
          <w:b/>
        </w:rPr>
        <w:t>Статья 12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статей 3, 6, 7, 11 - 167 Федерального закона от 24 июля 2008 года № 161-ФЗ "О содействии развитию жилищного строительства" (в редакции настоящего Федерального закона), статей 8 и 251 Федерального закона от 21 июля 1997 года № 122-ФЗ "О государственной регистрации прав на недвижимое имущество и сделок с ним" (в редакции настоящего Федерального закона), статьи 8 Федерального закона от 29 июля 1998 года № 135-ФЗ "Об оценочной деятельности в Российской Федерации" (в редакции настоящего Федерального закона), статей 5, 116, 118, 26, 3910, 3928, 3930, 40, 47, 71, 87 Земельного кодекса Российской Федерации (в редакции настоящего Федерального закона), статьи 34 Федерального закона от 25 октября 2001 года № 137-ФЗ "О введении в действие Земельного кодекса Российской Федерации" (в редакции настоящего Федерального закона), статей 4 и 173 Федерального закона от 29 декабря 2004 года № 191-ФЗ "О введении в действие Градостроительного кодекса Российской Федерации" (в редакции настоящего Федерального закона), статьи 16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статей 22 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статьи 7 Федерального закона от 24 ноября 2014 года № 356-ФЗ "О внесении изменений в Федеральный закон "О содействии развитию жилищного строительства" и отдельные законодательные акты Российской Федерации" (в редакции настоящего Федерального закона), статьи 11 настоящего Федерального закона распространяется на правоотношения, возникшие с 1 марта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