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06.04.2015 № 77-ФЗ</w:t>
      </w:r>
    </w:p>
    <w:p>
      <w:r>
        <w:t>О внесении изменения в статью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изменения в статью 26 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24 марта 2015 года Одобрен Советом Федерации 1 апреля 2015 года Внести в подпункт "д" пункта 2 статьи 26 11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25; 2006, № 1, ст. 10; № 23, ст. 2380; 2007, № 1, ст. 21; № 30, ст. 3747; № 43, ст. 5084; № 46, ст. 5553; 2008, № 48, ст. 5516; № 52, ст. 6236; 2009, № 51, ст. 6163; 2010, № 15, ст. 1736; № 19, ст. 2291; № 49, ст. 6409; 2011, № 30, ст. 4590; № 49, ст. 7039; 2013, № 48, ст. 6165; 2014, № 45, ст. 6138; 2015, № 1, ст. 11) изменение, заменив слова "государственных природных заказников и памятников природы" словами "особо охраняемых природных территорий". Президент Российской Федерации В.Путин Москва, Кремль 6 апреля 2015 года № 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