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"Устав железнодорожного транспорта Российской Федерации" в части регулирования ответственности за безбилетный проезд на железнодорожном транспорте и о признании утратившими силу пунктов 1 и 2 части 1 статьи 11.18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10 января 2003 года № 18-ФЗ "Устав железнодорожного транспорта Российской Федерации" (Собрание законодательства Российской Федерации, 2003, № 2, ст. 170; № 28, ст. 2891; 2012, № 25, ст. 3268; 2015, № 1, ст. 56) следующие изменения</w:t>
      </w:r>
    </w:p>
    <w:p>
      <w:r>
        <w:t>статью 82 изложить в следующей редакции: "Статья 82. По договорам перевозок перевозчик обязуется перевезти в пункт назначения пассажиров с предоставлением им мест в поезде (за исключением поездов пригородного сообщения, в которых не предусмотрено предоставление пассажиру отдельного места), их багаж, а также грузобагаж отправителей, выдать багаж, грузобагаж управомоченным на получение багажа, грузобагажа лицам. При этом согласно установленным тарифам пассажиры обязуются оплатить свой проезд, при сдаче багажа - его провоз, а отправители грузобагажа - провоз грузобагажа. Заключение договоров перевозок пассажиров удостоверяется проездными документами (билетами), сдача пассажирами багажа - багажными квитанциями, сдача отправителями грузобагажа - грузобагажными квитанциями. Порядок исчисления размера платы за проезд пассажиров, перевозку багажа, грузобагажа и взимания с пассажиров и отправителей такой платы определяется правилами перевозок пассажиров, багажа, грузобагажа железнодорожным транспортом. Перевозчик или иное уполномоченное перевозчиком лицо при наличии свободного места в поезде оформляет проездной документ (билет) до указанного пассажиром пункта назначения, в том числе железнодорожной станции назначения. Пассажир обязан сохранять проездной документ (билет) в течение всего времени следования поезда, а при наличии в пункте отправления, в том числе на железнодорожной станции отправления, и (или) в пункте назначения, в том числе на железнодорожной станции назначения, пунктов контроля проездных документов (билетов) (далее - пункт контроля) от момента входа через пункты контроля в пункте отправления, в том числе на железнодорожной станции отправления, до момента выхода через пункты контроля в пункте назначения, в том числе на железнодорожной станции назначения. Пассажир, имеющий право на бесплатный или льготный проезд, также обязан иметь при себе и предъявлять по требованию уполномоченных перевозчиком лиц документы, подтверждающие данное право. Перевозчик обеспечивает контроль наличия и действительности проездных документов (билетов) при посадке в вагон, в пути следования и (или) в пунктах контроля. Физическое лицо, не предъявившее уполномоченному перевозчиком лицу при проверке наличия и действительности проездных документов (билетов) в поезде или при выходе через пункт контроля действительного проездного документа (билета) либо документов, подтверждающих право на бесплатный или льготный проезд, является безбилетным. Безбилетное физическое лицо обязано приобрести проездной документ (билет) с внесением платы за проезд, а также платы за оказание услуги по оформлению проездного документа (билета) в порядке, установленном правилами перевозок пассажиров, багажа, грузобагажа железнодорожным транспортом. В случае обнаружения безбилетного физического лица в поезде плата за проезд взимается исходя из действующих тарифов в соответствии с категорией поезда, типом и классом вагона, местом в вагоне и маршрутом следования, указанным безбилетным физическим лицом, но не менее чем за расстояние от последнего пункта отправления, в том числе последней железнодорожной станции отправления, где совершал остановку этот поезд, до указанного безбилетным физическим лицом пункта назначения, в том числе железнодорожной станции назначения. В случае обнаружения безбилетного физического лица при выходе через пункт контроля плата за проезд взимается за расстояние от указанного им пункта отправления, в том числе железнодорожной станции отправления, до пункта назначения, в том числе железнодорожной станции назначения, где расположен пункт контроля. При этом, если посадка безбилетного физического лица в вагон осуществлялась в пункте отправления, в том числе на железнодорожной станции отправления, где отсутствуют или не работают железнодорожные билетные кассы и (или) платежные терминалы, безбилетное физическое лицо приобретает проездной документ (билет) без взимания платы за оказание услуги по его оформлению. За отказ физического лица от приобретения проездного документа (билета), а также от внесения платы за оказание услуги по его оформлению уполномоченным перевозчиком лицом составляется акт в порядке, установленном правилами перевозок пассажиров, багажа, грузобагажа железнодорожным транспортом, на основании предоставленного безбилетным физическим лицом документа, удостоверяющего его личность, и с безбилетного физического лица взыскивается штраф в размере, установленном статьей 1101 настоящего Устава. За отказ безбилетного физического лица от уплаты штрафа он может быть взыскан в судебном порядке. Формы перевозочных документов на перевозки пассажиров, багажа, грузобагажа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финансов. Утерянные, испорченные пассажирами проездные документы (билеты) не возобновляются, если их восстановление или идентификация не могут быть осуществлены перевозчиком, и уплаченные за них деньги не возвращаются. В случае, если пассажир предоставит перевозчику необходимые доказательства приобретения утерянного или испорченного проездного документа (билета) на конкретное место в соответствующем поезде, перевозчик выдает пассажиру проездной документ (билет) взамен утерянного или испорченного проездного документа (билета)."</w:t>
      </w:r>
    </w:p>
    <w:p>
      <w:r>
        <w:t>дополнить статьей 1101 следующего содержания: "Статья 1101. За отказ от приобретения проездного документа (билета), а также от внесения платы за оказание услуги по его оформлению в случаях, установленных статьей 82 настоящего Устава, безбилетным физическим лицом уплачивается перевозчику штраф: в поезде пригородного сообщения - в пятидесятикратном размере установленного тарифа на перевозку пассажира на расстояние 10 километров, применяемого на участке для типа и класса вагона и категории поезда, в котором обнаружено безбилетное физическое лицо; в поезде дальнего следования - в пятикратном размере установленного тарифа на перевозку пассажира на расстояние 100 километров, применяемого для типа и класса вагона, места в вагоне и категории поезда, соответственно в котором и на котором обнаружено безбилетное физическое лицо."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пункты 1 и 2 части 1 статьи 11.18 Кодекса Российской Федерации об административных правонарушениях (Собрание законодательства Российской Федерации, 2002, № 1, ст. 1)</w:t>
      </w:r>
    </w:p>
    <w:p>
      <w:r>
        <w:t>абзацы третий и четвертый пункта 190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