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</w:t>
      </w:r>
    </w:p>
    <w:p>
      <w:r>
        <w:rPr>
          <w:b/>
        </w:rPr>
        <w:t>Статья None. Федеральный закон   от 20.04.2015 № 91-ФЗ</w:t>
      </w:r>
    </w:p>
    <w:p>
      <w:r>
        <w:t>О ратификации Соглашения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РОССИЙСКАЯ ФЕДЕРАЦИЯ ФЕДЕРАЛЬНЫЙ ЗАКОН О ратификации Соглашения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Принят Государственной Думой 7 апреля 2015 года Одобрен Советом Федерации 15 апреля 2015 года Ратифицировать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конкуренции, подписанное в городе Москве 12 ноября 2014 года. Президент Российской Федерации В.Путин Москва, Кремль 20 апреля 2015 года № 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