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34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20.04.2015 № 104-ФЗ</w:t>
      </w:r>
    </w:p>
    <w:p>
      <w:r>
        <w:t>О внесении изменений в статьи 4 и 34 Федерального закона "О воинской обязанности и военной службе" РОССИЙСКАЯ ФЕДЕРАЦИЯ ФЕДЕРАЛЬНЫЙ ЗАКОН О внесении изменений в статьи 4 и 34 Федерального закона "О воинской обязанности и военной службе" Принят Государственной Думой 10 апреля 2015 года Одобрен Советом Федерации 15 апреля 2015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2001, № 7, ст. 620; 2002, № 30, ст. 3029; 2003, № 46, ст. 4437; 2004, № 35, ст. 3607; 2006, № 29, ст. 3122; 2008, № 49, ст. 5746; № 52, ст. 6235; 2009, № 48, ст. 5735; № 52, ст. 6404; 2010, № 11, ст. 1176; 2013, № 9, ст. 870; № 27, ст. 3477) следующие изменения</w:t>
      </w:r>
    </w:p>
    <w:p>
      <w:r>
        <w:t>абзац второй пункта 3 статьи 4 после слов "военных комиссариатов" дополнить словами "и пунктов отбора на военную службу по контракту"</w:t>
      </w:r>
    </w:p>
    <w:p>
      <w:r>
        <w:t>в статье 34: а) в пункте 3: абзац первый после слов "по контракту" дополнить словами ", за исключением кандидатов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сержантами, старшинами, прапорщиками и мичманами,"; дополнить новым абзацем третьим следующего содержания: "Отбор кандидатов из числа граждан, не находящихся на военной службе,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сержантами, старшинами, прапорщиками и мичманами, и кандидатов из числа иностранных граждан для поступления на военную службу по контракту в Вооруженные Силы Российской Федерации на воинские должности, подлежащие замещению солдатами, матросами, сержантами и старшинами, осуществляется пунктами отбора на военную службу по контракту совместно с военными комиссариатами в порядке, установленном Положением о порядке прохождения военной службы."; абзац третий считать абзацем четвертым; б) в пункте 4: абзац первый изложить в следующей редакции: "4. Определение соответствия граждан (иностранных граждан),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комиссариатами, требованиям, установленным для поступающих на военную службу по контракту, возлагается соответственно на комиссии военных комиссариатов по отбору кандидатов, поступающих на военную службу по контракту, или на создаваемые в порядке, установленном Положением о порядке прохождения военной службы, совместные комиссии пунктов отбора на военную службу по контракту и военных комиссариатов по отбору кандидатов, поступающих на военную службу по контракту (далее - совместные комиссии пунктов отбора на военную службу по контракту и военных комиссариатов)."; дополнить новым абзацем третьим следующего содержания: "В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частей, для которых проводится отбор, и представители воинских частей, военных профессиональных образовательных организаций и военных образовательных организаций высшего образования, привлекаемые к выполнению мероприятий по отбору кандидатов, поступающих на военную службу по контракту."; абзацы третий и четвертый считать соответственно абзацами четвертым и пятым; в) абзац четвертый пункта 5 после слов "комиссии военного комиссариата" дополнить словами ", совместной комиссии пункта отбора на военную службу по контракту и военного комиссариата". Президент Российской Федерации В.Путин Москва, Кремль 20 апреля 2015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