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13.15 и 20.29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