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 Федерального закона "О предупреждении распространения туберкулеза в Российской Федерации"</w:t>
      </w:r>
    </w:p>
    <w:p>
      <w:r>
        <w:rPr>
          <w:b/>
        </w:rPr>
        <w:t>Статья None. Федеральный закон   от 02.05.2015 № 124-ФЗ</w:t>
      </w:r>
    </w:p>
    <w:p>
      <w:r>
        <w:t>О внесении изменения в статью 14 Федерального закона "О предупреждении распространения туберкулеза в Российской Федерации" РОССИЙСКАЯ ФЕДЕРАЦИЯ ФЕДЕРАЛЬНЫЙ ЗАКОН О внесении изменения в статью 14 Федерального закона "О предупреждении распространения туберкулеза в Российской Федерации" Принят Государственной Думой 22 апреля 2015 года Одобрен Советом Федерации 29 апреля 2015 года Внести в пункт 5 статьи 14 Федерального закона от 18 июня 2001 года № 77-ФЗ "О предупреждении распространения туберкулеза в Российской Федерации" (Собрание законодательства Российской Федерации, 2001, № 26, ст. 2581; 2004, № 35, ст. 3607; 2008, № 30, ст. 3616; 2013, № 48, ст. 6165) изменение, изложив его в следующей редакции: "5. Больным заразными формами туберкулеза предоставляются жилые помещения по договорам социального найма в соответствии с Жилищным кодексом Российской Федерации.". Президент Российской Федерации В.Путин Москва, Кремль 2 мая 2015 года № 124-ФЗ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