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48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08.06.2015 № 147-ФЗ</w:t>
      </w:r>
    </w:p>
    <w:p>
      <w:r>
        <w:t>О внесении изменений в статью 48 Федерального закона "О государственной гражданской службе Российской Федерации" РОССИЙСКАЯ ФЕДЕРАЦИЯ ФЕДЕРАЛЬНЫЙ ЗАКОН О внесении изменений в статью 48 Федерального закона "О государственной гражданской службе Российской Федерации" Принят Государственной Думой 19 мая 2015 года Одобрен Советом Федерации 3 июня 2015 года Внести в статью 48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2012, № 53, ст. 7620; 2013, № 23, ст. 2874; № 27, ст. 3477) следующие изменения</w:t>
      </w:r>
    </w:p>
    <w:p>
      <w:r>
        <w:t>часть 3 изложить в следующей редакции: "3. Аттестации не подлежат гражданские служащие,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Федерации)."</w:t>
      </w:r>
    </w:p>
    <w:p>
      <w:r>
        <w:t>часть 4 дополнить предложением следующего содержания: "Аттестация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актами.". Президент Российской Федерации В.Путин Москва, Кремль 8 июня 2015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