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w:t>
      </w:r>
    </w:p>
    <w:p>
      <w:r>
        <w:rPr>
          <w:b/>
        </w:rPr>
        <w:t>Статья 1</w:t>
      </w:r>
    </w:p>
    <w:p>
      <w:r>
        <w:t>Часть девятую статьи 23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2002, № 12, ст. 1093; 2003, № 50, ст. 4855; 2005, № 1, ст. 18; 2009, № 1, ст. 23; 2011, № 29, ст. 4291; 2012, № 31, ст. 4333; 2014, № 40, ст. 5320; № 52, ст. 7543) после слов "учредителей (участников)" дополнить словами ", а также в случаях, предусмотренных федеральными законами,".</w:t>
      </w:r>
    </w:p>
    <w:p>
      <w:r>
        <w:rPr>
          <w:b/>
        </w:rPr>
        <w:t>Статья 2</w:t>
      </w:r>
    </w:p>
    <w:p>
      <w:r>
        <w:t>(Статья утратила силу - Федеральный закон от 21.12.2021 № 414-ФЗ)</w:t>
      </w:r>
    </w:p>
    <w:p>
      <w:r>
        <w:rPr>
          <w:b/>
        </w:rPr>
        <w:t>Статья 3</w:t>
      </w:r>
    </w:p>
    <w:p>
      <w:r>
        <w:t>Подпункт 15 пункта 2 статьи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2007, № 49, ст. 6079; 2008, № 20, ст. 2253; № 30, ст. 3615, 3617; 2010, № 23, ст. 2788; 2011, № 29, ст. 4292; № 30, ст. 4568; 2013, № 44, ст. 5630; 2014, № 22, ст. 2771; № 26, ст. 3400; № 48, ст. 6637; 2015, № 1, ст. 72) дополнить словами ", развития малого и среднего предпринимательства в Российской Федерации, в том числе в связи с осуществлением деятельности акционерного общества "Федеральная корпорация по развитию малого и среднего предпринимательства" на основании Федерального закона от 24 июля 2007 года № 209-ФЗ "О развитии малого и среднего предпринимательства в Российской Федерации" в качестве института развития в сфере малого и среднего предпринимательства".</w:t>
      </w:r>
    </w:p>
    <w:p>
      <w:r>
        <w:rPr>
          <w:b/>
        </w:rPr>
        <w:t>Статья 4</w:t>
      </w:r>
    </w:p>
    <w:p>
      <w:r>
        <w:t>Пункт 4 части 3 статьи 19 Федерального закона от 26 июля 2006 года № 135-ФЗ "О защите конкуренции" (Собрание законодательства Российской Федерации, 2006, № 31, ст. 3434; 2009, № 29, ст. 3601; 2010, № 15, ст. 1736; 2011, № 50, ст. 7343; 2013, № 27, ст. 3436; № 52, ст. 6961; 2014, № 30, ст. 4266) изложить в следующей редакции: "4)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w:t>
      </w:r>
    </w:p>
    <w:p>
      <w:r>
        <w:rPr>
          <w:b/>
        </w:rPr>
        <w:t>Статья 5</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 43, ст. 5084; 2008, № 30, ст. 3615, 3616; 2009, № 31, ст. 3923; № 52, ст. 6441; 2010, № 28, ст. 3553; 2011, № 27, ст. 3880; № 50, ст. 7343; 2013, № 27, ст. 3436, 3477; № 30, ст. 4071; № 52, ст. 6961) следующие изменения: 1) в статье 3: а) пункты 2 - 4 признать утратившими силу; б) пункт 5 изложить в следующей редакции: "5)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2) в статье 4: а) абзац первый пункта 1 части 1 изложить в следующей редакции: "1) для юридических лиц - 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а суммарная доля участия иностранных юридических лиц, суммарная доля участия, принадлежащая одному или нескольким юридическим лицам, не являющимся субъектами малого и среднего предпринимательства, не должны превышать сорок девять процентов каждая. Указанное ограничение в отношении суммарной доли участия иностранных юридических лиц, суммарной доли участия, принадлежащей одному или нескольким юридическим лицам, не являющимся субъектами малого и среднего предпринимательства, не распространяется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года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года № 127-ФЗ "О науке и государственной научно-технической политике". Юридические лица включаются в данный перечень в порядке, установленном Правительством Российской Федерации, при условии соответствия одному из следующих критериев:"; б) часть 2 признать утратившей силу; в) в части 4 слово "двух" заменить словом "трех"; 3) в пункте 4 части 3 статьи 6 слова "федеральными программами развития малого и среднего предпринимательства, региональными программами развития малого и среднего предпринимательства и муниципальными программами развития малого и среднего предпринимательства" заменить словами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4) в статье 9: а) пункт 3 изложить в следующей редакции: "3) разработка и реализация государственных программ (подпрограмм) Российской Федерации;"; б) пункт 10 изложить в следующей редакции: "10) поддержка государственных программ (подпрограмм) субъектов Российской Федерации;"; 5) в части 1 статьи 10: а) в пункте 2 слова "региональных программ развития субъектов малого и среднего предпринимательства" заменить словами "государственных программ (подпрограмм) субъектов Российской Федерации"; б) в пункте 7 слова "муниципальных программ развития субъектов малого и среднего предпринимательства" заменить словами "муниципальных программ (подпрограмм)"; в) дополнить пунктом 13 следующего содержания: "13) организация и осуществление в установленном Правительством Российской Федерации порядке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 г) дополнить пунктом 14 следующего содержания: "14) организация и осуществление в установленном Правительством Российской Федерации порядке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 6) в пункте 1 статьи 11 слова "муниципальных программ развития субъектов малого и среднего предпринимательства" заменить словами "муниципальных программ (подпрограмм)"; 7) в статье 12 слова "реализации ими мероприятий федеральных программ развития субъектов малого и среднего предпринимательства" заменить словами "осуществлению ими государственной политики в области развития малого и среднего предпринимательства в Российской Федерации"; 8) в статье 14: а) наименование дополнить словами ", а также корпорацией развития малого и среднего предпринимательства"; б) пункт 3 части 1 изложить в следующей редакции: "3)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 в) в части 2 слова "федеральными программами развития субъектов малого и среднего предпринимательства, региональными программами развития субъектов малого и среднего предпринимательства, муниципальными программами развития субъектов малого и среднего предпринимательства" заменить словами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г) часть 4 после слов "производство и" дополнить словом "(или)", после слов "добычу и" дополнить словом "(или)"; д) в части 5: пункт 1 изложить в следующей редакции: "1)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 пункт 3 после слов "аналогичной поддержки" дополнить словами "(поддержки, условия оказания которой совпадают, включая форму, вид поддержки и цели ее оказания)"; е) в части 6 слова "федеральными программами развития субъектов малого и среднего предпринимательства, региональными программами развития субъектов малого и среднего предпринимательства, муниципальными программами развития субъектов малого и среднего предпринимательства" заменить словами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9) в статье 15: а) в части 1 слова "федеральных программ развития субъектов малого и среднего предпринимательства, региональных программ развития субъектов малого и среднего предпринимательства, муниципальных программ развития субъектов малого и среднего предпринимательства" заменить словами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б) часть 2 после слов "микрофинансовые организации" дополнить словами ", предоставляющие микрозаймы субъектам малого и среднего предпринимательства и соответствующие критериям, установленным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(микрофинансовые организации предпринимательского финансирования),"; в) в части 3 слова "федеральных программ развития субъектов малого и среднего предпринимательства, региональных программ развития субъектов малого и среднего предпринимательства, муниципальных программ развития субъектов малого и среднего предпринимательства" заменить словами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г) в части 4 слова "федеральных программ развития субъектов малого и среднего предпринимательства, региональных программ развития субъектов малого и среднего предпринимательства, муниципальных программ развития субъектов малого и среднего предпринимательства" заменить словами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10) в статье 16: а) в части 2 слова "федеральными программами развития субъектов малого и среднего предпринимательства, региональными программами развития субъектов малого и среднего предпринимательства и муниципальными программами развития субъектов малого и среднего предпринимательства" заменить словами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б) дополнить частью 4 следующего содержания: "4. Формы поддержки субъектов малого и среднего предпринимательства, условия и порядок ее оказания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определяются советом директоров корпорации развития малого и среднего предпринимательства."; в) дополнить частью 5 следующего содержания: "5.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порядке,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форме, который включается в состав предусмотренного частью 7 статьи 252 настоящего Федерального закона ежегодного отчета корпорации развития малого и среднего предпринимательства об исполнении программы деятельности."; г) дополнить частью 6 следующего содержания: "6. Ежегодно субъекты малого и среднего предпринимательства и организации, образующие инфраструктуру поддержки субъектов малого и среднего предпринимательства, - получатели поддержки представляют в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в корпорацию развития малого и среднего предпринимательства информацию о результатах использования полученной поддержки. Состав указанной информации, сроки, порядок и форма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11) часть 2 статьи 17 после слов "получателей поддержки" дополнить словами "и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12) в статье 18: а) в части 1 слова "федеральными программами развития субъектов малого и среднего предпринимательства, региональными программами развития субъектов малого и среднего предпринимательства, муниципальными программами развития субъектов малого и среднего предпринимательства" заменить словами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б) в части 4 слова "вправе утверждать" заменить словом "утверждают", после слов "и среднего предпринимательства)" дополнить словами "с ежегодным - до 1 ноября текущего года дополнением таких перечней государственным имуществом и муниципальным имуществом", слова "может быть использовано" заменить словом "используется"; в) в части 41 слова "федеральными программами развития субъектов малого и среднего предпринимательства, региональными программами развития субъектов малого и среднего предпринимательства, муниципальными программами развития субъектов малого и среднего предпринимательства" заменить словами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г) дополнить частью 44 следующего содержания: "44. Проекты перечней, указанных в части 4 настоящей статьи, проекты изменений, вносимых в такие перечни, до их утверждения федеральными органами исполнительной власти, органами исполнительной власти субъектов Российской Федерации, органами местного самоуправления подлежат в сроки и в порядке,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представлению в корпорацию развития малого и среднего предпринимательства, осуществляющую деятельность в соответствии с настоящим Федеральным законом в качестве института развития в сфере малого и среднего предпринимательства, для их последующего мониторинга в соответствии с частью 5 статьи 16 настоящего Федерального закона."; 13) в части 2 статьи 19: а) пункт 1 изложить в следующей редакции: "1)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б) пункт 9 дополнить словами ",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 14) дополнить статьями 251 и 252 следующего содержания: "Статья 251. Корпорация развития малого и среднего предпринимательства 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
        <w:rPr>
          <w:b/>
        </w:rPr>
        <w:t xml:space="preserve">2. </w:t>
      </w:r>
      <w:r>
        <w:t>Основными задачами корпорации развития малого и среднего предпринимательства являются</w:t>
      </w:r>
    </w:p>
    <w:p>
      <w:r>
        <w:rPr>
          <w:b/>
        </w:rPr>
        <w:t xml:space="preserve">4. </w:t>
      </w:r>
      <w:r>
        <w:t>Корпорация развития малого и среднего предпринимательства для достижения задач, установленных частью 2 настоящей статьи, осуществляет следующие функции</w:t>
      </w:r>
    </w:p>
    <w:p>
      <w:r>
        <w:rPr>
          <w:b/>
        </w:rPr>
        <w:t xml:space="preserve">5. </w:t>
      </w:r>
      <w:r>
        <w:t>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r>
        <w:rPr>
          <w:b/>
        </w:rPr>
        <w:t xml:space="preserve">6. </w:t>
      </w:r>
      <w:r>
        <w:t>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частью 3 настоящей статьи</w:t>
      </w:r>
    </w:p>
    <w:p>
      <w:r>
        <w:rPr>
          <w:b/>
        </w:rPr>
        <w:t xml:space="preserve">7. </w:t>
      </w:r>
      <w:r>
        <w:t>Корпорация развития малого и среднего предпринимательства вправе предоставлять субъектам малого и среднего предпринимательства услуги в целях оказания поддержки субъектам малого и среднего предпринимательства через создаваемые в соответствии с Федеральным законом от 27 июля 2010 года №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
        <w:rPr>
          <w:b/>
        </w:rPr>
        <w:t xml:space="preserve">8. </w:t>
      </w:r>
      <w:r>
        <w:t>Корпорация развития малого и среднего предпринимательства при предоставлении услуг субъектам малого и среднего предпринимательства в целях оказания поддержки субъектам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Правила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
        <w:rPr>
          <w:b/>
        </w:rPr>
        <w:t xml:space="preserve">9. </w:t>
      </w:r>
      <w:r>
        <w:t>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создавать консультативные органы, коммерческие и некоммерческие организации, участвовать в уставных (складочных) капиталах юридических лиц, а также участвовать в некоммерческих организациях, которые создаются (созданы) на территории Российской Федерации и за рубежом</w:t>
      </w:r>
    </w:p>
    <w:p>
      <w:r>
        <w:rPr>
          <w:b/>
        </w:rPr>
        <w:t xml:space="preserve">10. </w:t>
      </w:r>
      <w:r>
        <w:t>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организациями соглашения, предусматривающие реализацию мер по развитию малого и среднего предпринимательства и условия их реализации</w:t>
      </w:r>
    </w:p>
    <w:p>
      <w:r>
        <w:rPr>
          <w:b/>
        </w:rPr>
        <w:t xml:space="preserve">11. </w:t>
      </w:r>
      <w:r>
        <w:t>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
        <w:rPr>
          <w:b/>
        </w:rPr>
        <w:t xml:space="preserve">12. </w:t>
      </w:r>
      <w:r>
        <w:t>Доля обыкновенных акций корпорации развития малого и среднего предпринимательства, находящихся в собственности Российской Федерации, не может составлять менее чем пятьдесят процентов плюс одна голосующая акция общего количества обыкновенных акций корпорации развития малого и среднего предпринимательства</w:t>
      </w:r>
    </w:p>
    <w:p>
      <w:r>
        <w:rPr>
          <w:b/>
        </w:rPr>
        <w:t xml:space="preserve">13. </w:t>
      </w:r>
      <w:r>
        <w:t>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
        <w:rPr>
          <w:b/>
        </w:rPr>
        <w:t xml:space="preserve">2. </w:t>
      </w:r>
      <w:r>
        <w:t>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
        <w:rPr>
          <w:b/>
        </w:rPr>
        <w:t xml:space="preserve">2. </w:t>
      </w:r>
      <w:r>
        <w:t>привлечение денежных средств российских, иностранных и международных организаций в целях поддержки субъектов малого и среднего предпринимательства</w:t>
      </w:r>
    </w:p>
    <w:p>
      <w:r>
        <w:rPr>
          <w:b/>
        </w:rPr>
        <w:t xml:space="preserve">2. </w:t>
      </w:r>
      <w:r>
        <w:t>организация информационного, маркетингового, финансового и юридического сопровождения инвестиционных проектов, реализуемых субъектами малого и среднего предпринимательства</w:t>
      </w:r>
    </w:p>
    <w:p>
      <w:r>
        <w:rPr>
          <w:b/>
        </w:rPr>
        <w:t xml:space="preserve">2. </w:t>
      </w:r>
      <w:r>
        <w:t>организация мероприятий, направленных на увеличение доли закупки товаров, работ, услуг заказчиками, определяемыми Правительством Российской Федерации,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r>
        <w:rPr>
          <w:b/>
        </w:rPr>
        <w:t xml:space="preserve">2. </w:t>
      </w:r>
      <w:r>
        <w:t>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
        <w:rPr>
          <w:b/>
        </w:rPr>
        <w:t xml:space="preserve">2. </w:t>
      </w:r>
      <w:r>
        <w:t>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 Абзац. (Утратил силу - Федеральный закон от 29.12.2015 № 408-ФЗ)</w:t>
      </w:r>
    </w:p>
    <w:p>
      <w:r>
        <w:rPr>
          <w:b/>
        </w:rPr>
        <w:t xml:space="preserve">4. </w:t>
      </w:r>
      <w:r>
        <w:t>участвует в реализации пунктов 2, 4, 6, 8 - 10, 11, 13, 14, 16 статьи 9 настоящего Федерального закона в порядке, предусмотренном советом директоров корпорации развития малого и среднего предпринимательства</w:t>
      </w:r>
    </w:p>
    <w:p>
      <w:r>
        <w:rPr>
          <w:b/>
        </w:rPr>
        <w:t xml:space="preserve">4. </w:t>
      </w:r>
      <w:r>
        <w:t>организует и проводит в установленном Правительством Российской Федерации порядке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
        <w:rPr>
          <w:b/>
        </w:rPr>
        <w:t xml:space="preserve">4. </w:t>
      </w:r>
      <w:r>
        <w:t>организует и проводит в установленном Правительством Российской Федерации порядке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
        <w:rPr>
          <w:b/>
        </w:rPr>
        <w:t xml:space="preserve">4. </w:t>
      </w:r>
      <w:r>
        <w:t>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
        <w:rPr>
          <w:b/>
        </w:rPr>
        <w:t xml:space="preserve">4. </w:t>
      </w:r>
      <w:r>
        <w:t>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
        <w:rPr>
          <w:b/>
        </w:rPr>
        <w:t xml:space="preserve">4. </w:t>
      </w:r>
      <w:r>
        <w:t>обращается в антимонопольный орган в случаях, установленных частью 10 статьи 3 и статьей 51 Федерального закона от 18 июля 2011 года № 223-ФЗ "О закупках товаров, работ, услуг отдельными видами юридических лиц"</w:t>
      </w:r>
    </w:p>
    <w:p>
      <w:r>
        <w:rPr>
          <w:b/>
        </w:rPr>
        <w:t xml:space="preserve">4. </w:t>
      </w:r>
      <w:r>
        <w:t>обжалует в судебном порядке действия (бездействие) заказчиков, определенных в соответствии с Федеральным законом от 18 июля 2011 года № 223-ФЗ "О закупках товаров, работ, услуг отдельными видами юридических лиц", в отношении субъектов малого и среднего предпринимательства</w:t>
      </w:r>
    </w:p>
    <w:p>
      <w:r>
        <w:rPr>
          <w:b/>
        </w:rPr>
        <w:t xml:space="preserve">4. </w:t>
      </w:r>
      <w:r>
        <w:t>обеспечивает информационное, маркетинговое, финансовое и юридическое сопровождение инвестиционных проектов, которые реализуются субъектами малого и среднего предпринимательства и соответствуют приоритетным направлениям деятельности корпорации развития малого и среднего предпринимательства, определяемым в соответствии с частью 3 настоящей статьи</w:t>
      </w:r>
    </w:p>
    <w:p>
      <w:r>
        <w:rPr>
          <w:b/>
        </w:rPr>
        <w:t xml:space="preserve">4. </w:t>
      </w:r>
      <w:r>
        <w:t>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указанных в части 2 статьи 15 настоящего Федерального закона,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r>
        <w:rPr>
          <w:b/>
        </w:rPr>
        <w:t xml:space="preserve">4. </w:t>
      </w:r>
      <w:r>
        <w:t>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w:t>
      </w:r>
    </w:p>
    <w:p>
      <w:r>
        <w:rPr>
          <w:b/>
        </w:rPr>
        <w:t xml:space="preserve">4. </w:t>
      </w:r>
      <w:r>
        <w:t>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
        <w:rPr>
          <w:b/>
        </w:rPr>
        <w:t xml:space="preserve">4. </w:t>
      </w:r>
      <w:r>
        <w:t>организует и проводит в установленном Правительством Российской Федерации порядке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
        <w:rPr>
          <w:b/>
        </w:rPr>
        <w:t xml:space="preserve">4. </w:t>
      </w:r>
      <w:r>
        <w:t>направляет предложения в Правительственную комиссию по вопросам конкуренции и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r>
        <w:rPr>
          <w:b/>
        </w:rPr>
        <w:t xml:space="preserve">4. </w:t>
      </w:r>
      <w:r>
        <w:t>организует разработку информационно-аналитических систем для решения задач, предусмотренных частью 2 настоящей статьи</w:t>
      </w:r>
    </w:p>
    <w:p>
      <w:r>
        <w:rPr>
          <w:b/>
        </w:rPr>
        <w:t xml:space="preserve">4. </w:t>
      </w:r>
      <w:r>
        <w:t>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
        <w:rPr>
          <w:b/>
        </w:rPr>
        <w:t xml:space="preserve">4. </w:t>
      </w:r>
      <w:r>
        <w:t>осуществляет иные функции для решения задач, предусмотренных частью 2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
        <w:rPr>
          <w:b/>
        </w:rPr>
        <w:t>Статья 252. Особенности управления корпорацией развития малого и среднего предпринимательства</w:t>
      </w:r>
    </w:p>
    <w:p>
      <w:r>
        <w:rPr>
          <w:b/>
        </w:rPr>
        <w:t xml:space="preserve">1. </w:t>
      </w:r>
      <w:r>
        <w:t>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
        <w:rPr>
          <w:b/>
        </w:rPr>
        <w:t xml:space="preserve">2. </w:t>
      </w:r>
      <w:r>
        <w:t>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r>
        <w:rPr>
          <w:b/>
        </w:rPr>
        <w:t xml:space="preserve">3. </w:t>
      </w:r>
      <w:r>
        <w:t>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
        <w:rPr>
          <w:b/>
        </w:rPr>
        <w:t xml:space="preserve">4. </w:t>
      </w:r>
      <w:r>
        <w:t>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
        <w:rPr>
          <w:b/>
        </w:rPr>
        <w:t xml:space="preserve">5. </w:t>
      </w:r>
      <w:r>
        <w:t>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
        <w:rPr>
          <w:b/>
        </w:rPr>
        <w:t xml:space="preserve">6. </w:t>
      </w:r>
      <w:r>
        <w:t>Корпорация развития малого и среднего предпринимательства разрабатывает ежегодную программу деятельности и программу деятельности на долгосрочный период, которые утверждаются советом директоров корпорации развития малого и среднего предпринимательства</w:t>
      </w:r>
    </w:p>
    <w:p>
      <w:r>
        <w:rPr>
          <w:b/>
        </w:rPr>
        <w:t xml:space="preserve">7. </w:t>
      </w:r>
      <w:r>
        <w:t>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
        <w:rPr>
          <w:b/>
        </w:rPr>
        <w:t>Статья 6</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2014, № 11, ст. 1091; 2015, № 1, ст. 11) следующие изменения: 1) в статье 3: а) дополнить частью 82 следующего содержания: "82. Правительство Российской Федерации утверждает: 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годового объема для каждого конкретного заказчика, а также форму годового отчета о закупке инновационной продукции, высокотехнологичной продукции, в том числе у субъектов малого и среднего предпринимательства, и требования к содержанию этого отчета; 2) порядок осуществления акционерным обществом "Федеральная корпорация по развитию малого и среднего предпринимательства",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(далее - корпорация развития малого и среднего предпринимательства), органами исполнительной власти субъектов Российской Федерации или созданными ими организациями: а) мониторинга соответствия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 закупке, в отношении определенных Правительством Российской Федерации отдельных заказчиков с использованием единой информационной системы, порядок размещения в единой информационной системе такими заказчиками указанных планов, изменений, годовых отчетов для проведения такого мониторинга, в том числе повторного, а также порядок и сроки приостановки реализации указанных планов по решению антимонопольного органа в случае выдачи отрицательных заключений по результатам такого мониторинга; б)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до их утверждения требованиям законодательства Российской Федерации, предусматривающим участие субъектов малого и среднего предпринимательства в закупке, в отношении определенных Правительством Российской Федерации конкретных заказчиков с использованием единой информационной системы, порядок размещения в единой информационной системе такими заказчиками указанных проектов для проведения такой оценки соответствия, в том числе повторной, а также порядок и сроки приостановки реализации указанных планов по решению антимонопольного органа в случае выдачи отрицательных заключений по результатам такой оценки соответствия; 3) форму раздела об участии субъектов малого и среднего предпринимательства в закупке, содержащегося в плане закупки товаров, работ, услуг заказчиков, определенных Правительством Российской Федерации в соответствии с пунктом 2 настоящей части, и требования к содержанию этого раздела; 4) форму раздела об участии субъектов малого и среднего предпринимательства в закупке, содержащегося в плане закупки инновационной продукции, высокотехнологичной продукции, лекарственных средств заказчиков, определенных Правительством Российской Федерации в соответствии с пунктом 2 настоящей части, и требования к содержанию этого раздела."; б) часть 9 дополнить предложением следующего содержания: "Корпорация развития малого и среднего предпринимательства, органы исполнительной власти субъектов Российской Федерации или созданные ими организации вправе обжаловать в судебном порядке действия (бездействие) заказчика в отношении субъектов малого и среднего предпринимательства."; в) абзац первый части 10 после слов "Участник закупки" дополнить словами ", корпорация развития малого и среднего предпринимательства, органы исполнительной власти субъектов Российской Федерации или созданные ими организации"; 2) в статье 4: а) дополнить частями 31 - 33 следующего содержания: "31. План закупки товаров, работ, услуг заказчиков, определенных Правительством Российской Федерации в соответствии с пунктом 2 части 82 статьи 3 настоящего Федерального закона, должен содержать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r>
        <w:rPr>
          <w:b/>
        </w:rPr>
        <w:t xml:space="preserve">32. </w:t>
      </w:r>
      <w:r>
        <w:t>План закупки инновационной продукции, высокотехнологичной продукции, лекарственных средств заказчиков, определенных Правительством Российской Федерации в соответствии с пунктами 1 и 2 части 82 статьи 3 настоящего Федерального закона,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
        <w:rPr>
          <w:b/>
        </w:rPr>
        <w:t xml:space="preserve">33. </w:t>
      </w:r>
      <w:r>
        <w:t>План закупки товаров, работ, услуг конкретных заказчиков, определенных Правительством Российской Федерации в соответствии с пунктом 1 части 82 статьи 3 настоящего Федерального закона, должен содержать перечень инновационной продукции, высокотехнологичной продукции, закупаемой у субъектов малого и среднего предпринимательства в годовом объеме, определяемом Правительством Российской Федерации в соответствии с пунктом 1 части 82 статьи 3 настоящего Федерального закона."; б) часть 4 дополнить словами ", а также Государственной корпорацией по атомной энергии "Росатом" с учетом утвержденных Президентом Российской Федерации приоритетных направлений развития науки, технологий и техники в Российской Федерации и перечнем критических технологий Российской Федерации"; в) дополнить частью 41 следующего содержания: "41. Заказчики на основании критериев, предусмотренных частью 4 настоящей статьи, устанавливают</w:t>
      </w:r>
    </w:p>
    <w:p>
      <w:r>
        <w:rPr>
          <w:b/>
        </w:rPr>
        <w:t xml:space="preserve">2. </w:t>
      </w:r>
      <w:r>
        <w:t>Мониторингу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в порядке, определяемом Правительством Российской Федерации в соответствии с пунктом 2 части 82 статьи 3 настоящего Федерального закона, с использованием единой информационной системы (далее - мониторинг соответствия) подлежат утвержденные план закупки товаров, работ, услуг, план закупки инновационной продукции, высокотехнологичной продукции, лекарственных средств, изменения, внесенные в такие планы, в случае, если они предусматривают изменение раздела об участии субъектов малого и среднего предпринимательства в закупке, годовой отчет о закупке у субъектов малого и среднего предпринимательства, годовой отчет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определяемых Правительством Российской Федерации в соответствии с пунктом 2 части 82 статьи 3 настоящего Федерального закона</w:t>
      </w:r>
    </w:p>
    <w:p>
      <w:r>
        <w:rPr>
          <w:b/>
        </w:rPr>
        <w:t xml:space="preserve">3. </w:t>
      </w:r>
      <w:r>
        <w:t>Оценка соответствия осуществляется</w:t>
      </w:r>
    </w:p>
    <w:p>
      <w:r>
        <w:rPr>
          <w:b/>
        </w:rPr>
        <w:t xml:space="preserve">4. </w:t>
      </w:r>
      <w:r>
        <w:t>Мониторинг соответствия осуществляется</w:t>
      </w:r>
    </w:p>
    <w:p>
      <w:r>
        <w:rPr>
          <w:b/>
        </w:rPr>
        <w:t xml:space="preserve">5. </w:t>
      </w:r>
      <w:r>
        <w:t>Предметом оценки соответствия и мониторинга соответствия утвержденного плана закупки товаров, работ, услуг или проекта такого плана являются</w:t>
      </w:r>
    </w:p>
    <w:p>
      <w:r>
        <w:rPr>
          <w:b/>
        </w:rPr>
        <w:t xml:space="preserve">6. </w:t>
      </w:r>
      <w:r>
        <w:t>Предметом оценки соответствия и мониторинга соответствия утвержденного плана закупки инновационной продукции, высокотехнологичной продукции, лекарственных средств или проекта такого плана является соблюдение установленного Правительством Российской Федерации годового объема закупки инновационной продукции, высокотехнологичной продукции, которые планируется осуществить конкретными заказчиками, определяемыми Правительством Российской Федерации в соответствии с пунктом 1 части 82 статьи 3 настоящего Федерального закона, у субъектов малого и среднего предпринимательства</w:t>
      </w:r>
    </w:p>
    <w:p>
      <w:r>
        <w:rPr>
          <w:b/>
        </w:rPr>
        <w:t xml:space="preserve">7. </w:t>
      </w:r>
      <w:r>
        <w:t>Предметом оценки соответствия и мониторинга соответствия утвержденных изменений плана закупки товаров, работ, услуг, предусматривающих изменение раздела об участии субъектов малого и среднего предпринимательства в закупке, либо проекта таких изменений являются</w:t>
      </w:r>
    </w:p>
    <w:p>
      <w:r>
        <w:rPr>
          <w:b/>
        </w:rPr>
        <w:t xml:space="preserve">8. </w:t>
      </w:r>
      <w:r>
        <w:t>Предметом оценки соответствия и мониторинга соответствия утвержденных изменений плана закупки инновационной продукции, высокотехнологичной продукции, лекарственных средств, предусматривающих изменение раздела об участии субъектов малого и среднего предпринимательства в закупке, либо проекта таких изменений является соблюдение установленного Правительством Российской Федерации годового объема закупки инновационной продукции, высокотехнологичной продукции, которую планируется осуществить конкретными заказчиками, определяемыми Правительством Российской Федерации в соответствии с пунктом 1 части 82 статьи 3 настоящего Федерального закона, у субъектов малого и среднего предпринимательства</w:t>
      </w:r>
    </w:p>
    <w:p>
      <w:r>
        <w:rPr>
          <w:b/>
        </w:rPr>
        <w:t xml:space="preserve">9. </w:t>
      </w:r>
      <w:r>
        <w:t>Предметом мониторинга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является соблюдение</w:t>
      </w:r>
    </w:p>
    <w:p>
      <w:r>
        <w:rPr>
          <w:b/>
        </w:rPr>
        <w:t xml:space="preserve">10. </w:t>
      </w:r>
      <w:r>
        <w:t>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w:t>
      </w:r>
    </w:p>
    <w:p>
      <w:r>
        <w:rPr>
          <w:b/>
        </w:rPr>
        <w:t xml:space="preserve">11. </w:t>
      </w:r>
      <w:r>
        <w:t>В случае выдачи заказчику уведомления такой заказчик обязан устранить в течение срока, установленного Правительством Российской Федерации в соответствии с пунктом 2 части 82 статьи 3 настоящего Федерального закона, указанное в уведомлении несоответствие и разместить в единой информационной системе изменения, внесенные в план закупки товаров, работ, услуг, план закупки инновационной продукции, высокотехнологичной продукции, лекарственных средств, проект таких планов, проект изменений, вносимых в такие планы, либо в случаях, предусмотренных пунктом 2 части 5 или пунктом 2 части 7 настоящей статьи, разместить в единой информационной системе утвержденный заказчиком перечень товаров, работ, услуг, закупка которых осуществляется у субъектов малого и среднего предпринимательства</w:t>
      </w:r>
    </w:p>
    <w:p>
      <w:r>
        <w:rPr>
          <w:b/>
        </w:rPr>
        <w:t xml:space="preserve">12. </w:t>
      </w:r>
      <w:r>
        <w:t>Допускается повторное размещение в единой информационной системе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для проведения мониторинга соответствия в случае, если при составлении годового отчета допущена техническая ошибка (описка, опечатка, грамматическая или арифметическая ошибка либо подобная ошибка)</w:t>
      </w:r>
    </w:p>
    <w:p>
      <w:r>
        <w:rPr>
          <w:b/>
        </w:rPr>
        <w:t xml:space="preserve">13. </w:t>
      </w:r>
      <w:r>
        <w:t>Повторные оценка соответствия или мониторинг соответствия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проводится в порядке, предусмотренном настоящей статьей</w:t>
      </w:r>
    </w:p>
    <w:p>
      <w:r>
        <w:rPr>
          <w:b/>
        </w:rPr>
        <w:t xml:space="preserve">14. </w:t>
      </w:r>
      <w:r>
        <w:t>В случае устранения заказчиком несоответствия, указанного в уведомлении, такому заказчику выдается положительное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w:t>
      </w:r>
    </w:p>
    <w:p>
      <w:r>
        <w:rPr>
          <w:b/>
        </w:rPr>
        <w:t xml:space="preserve">15. </w:t>
      </w:r>
      <w:r>
        <w:t>В случае неустранения заказчиком несоответствия, указанного в уведомлении, такому заказчику выдается 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w:t>
      </w:r>
    </w:p>
    <w:p>
      <w:r>
        <w:rPr>
          <w:b/>
        </w:rPr>
        <w:t xml:space="preserve">16. </w:t>
      </w:r>
      <w:r>
        <w:t>Уведомления и заключения, предусмотренные частями 10 - 15 настоящей статьи, подлежат размещению заказчиками, определенными Правительством Российской Федерации в соответствии с пунктом 2 части 82 статьи 3 настоящего Федерального закона, в единой информационной системе в течение пяти дней со дня их выдачи</w:t>
      </w:r>
    </w:p>
    <w:p>
      <w:r>
        <w:rPr>
          <w:b/>
        </w:rPr>
        <w:t xml:space="preserve">17. </w:t>
      </w:r>
      <w:r>
        <w:t>После выдачи корпорацией развития малого и среднего предпринимательства, органом исполнительной власти субъекта Российской Федерации или созданной им организацией отрицательного заключения</w:t>
      </w:r>
    </w:p>
    <w:p>
      <w:r>
        <w:rPr>
          <w:b/>
        </w:rPr>
        <w:t xml:space="preserve">18. </w:t>
      </w:r>
      <w:r>
        <w:t>В течение срока, установленного Правительством Российской Федерации в соответствии с пунктом 2 части 82 статьи 3 настоящего Федерального закона, планы, изменения, внесенные в планы, проекты планов, проекты изменений, вносимых в планы, указанные в части 17 настоящей статьи, могут быть размещены заказчиками, определяемыми Правительством Российской Федерации в соответствии с пунктом 2 части 82 статьи 3 настоящего Федерального закона, в единой информационной системе повторно для осуществления оценки соответствия или мониторинга соответствия</w:t>
      </w:r>
    </w:p>
    <w:p>
      <w:r>
        <w:rPr>
          <w:b/>
        </w:rPr>
        <w:t xml:space="preserve">19. </w:t>
      </w:r>
      <w:r>
        <w:t>В случае выдачи отрицательного заключения, предусмотренного частью 15 настоящей статьи, не допускается размещение в единой информационной системе информации о закупке, подлежащей в соответствии с настоящим Федеральным законом размещению в единой информационной системе, в планируемом годовом объеме закупки, участниками которой согласно утвержденным планам закупки являются только субъекты малого и среднего предпринимательства, по перечню товаров, работ, услуг, выбираемых заказчиком."</w:t>
      </w:r>
    </w:p>
    <w:p>
      <w:r>
        <w:rPr>
          <w:b/>
        </w:rPr>
        <w:t xml:space="preserve">33. </w:t>
      </w:r>
      <w:r>
        <w:t>перечень товаров, работ, услуг, удовлетворяющих критериям отнесения к инновационной продукции, высокотехнологичной продукции</w:t>
      </w:r>
    </w:p>
    <w:p>
      <w:r>
        <w:rPr>
          <w:b/>
        </w:rPr>
        <w:t xml:space="preserve">33. </w:t>
      </w:r>
      <w:r>
        <w:t>положения о порядке и правилах применения (внедрения) товаров, работ, услуг, удовлетворяющих критериям отнесения к инновационной продукции, высокотехнологичной продукции.";</w:t>
      </w:r>
    </w:p>
    <w:p>
      <w:r>
        <w:rPr>
          <w:b/>
        </w:rPr>
        <w:t xml:space="preserve">33. </w:t>
      </w:r>
      <w:r>
        <w:t>дополнить статьей 51 следующего содержания: "Статья 51. Проведение оценки соответствия и мониторинга соответствия планов закупки, проектов таких планов, изменений, внесенных в такие планы, проектов изменений, вносимых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 1. Оценке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в порядке, определяемом Правительством Российской Федерации в соответствии с пунктом 2 части 82 статьи 3 настоящего Федерального закона, с использованием единой информационной системы (далее - оценка соответствия) подлежат проект плана закупки товаров, работ, услуг, проект плана закупки инновационной продукции, высокотехнологичной продукции, лекарственных средств, проекты изменений, вносимых в такие планы, в случае, если они предусматривают изменение раздела об участии субъектов малого и среднего предпринимательства в закупке, до утверждения таких планов, изменений, вносимых в такие планы, конкретными заказчиками, перечень которых устанавливается Правительством Российской Федерации в соответствии с пунктом 2 части 82 статьи 3 настоящего Федерального закона</w:t>
      </w:r>
    </w:p>
    <w:p>
      <w:r>
        <w:rPr>
          <w:b/>
        </w:rPr>
        <w:t xml:space="preserve">33. </w:t>
      </w:r>
      <w:r>
        <w:t>пункт 4 части 19 дополнить словами ", с указанием сведений о количестве, об общей стоимости договоров, предусматривающих закупку конкретными заказчиками, определенными Правительством Российской Федерации, инновационной продукции, высокотехнологичной продукции у таких субъектов в годовом объеме, определяемом в соответствии с пунктом 1 части 82 статьи 3 настоящего Федерального закона"</w:t>
      </w:r>
    </w:p>
    <w:p>
      <w:r>
        <w:rPr>
          <w:b/>
        </w:rPr>
        <w:t xml:space="preserve">3. </w:t>
      </w:r>
      <w:r>
        <w:t>корпорацией развития малого и среднего предпринимательства в отношении проектов планов закупки товаров, работ, услуг, проектов планов закупки инновационной продукции, высокотехнологичной продукции, проектов изменений, вносимых в такие планы, подготовленных конкретными заказчиками, определенными Правительством Российской Федерации в соответствии с пунктом 2 части 82 статьи 3 настоящего Федерального закона</w:t>
      </w:r>
    </w:p>
    <w:p>
      <w:r>
        <w:rPr>
          <w:b/>
        </w:rPr>
        <w:t xml:space="preserve">3. </w:t>
      </w:r>
      <w:r>
        <w:t>органами исполнительной власти субъектов Российской Федерации или созданными ими организациями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подготовленных конкретными заказчиками, определенными Правительством Российской Федерации в соответствии с пунктом 2 части 82 статьи 3 настоящего Федерального закона</w:t>
      </w:r>
    </w:p>
    <w:p>
      <w:r>
        <w:rPr>
          <w:b/>
        </w:rPr>
        <w:t xml:space="preserve">4. </w:t>
      </w:r>
      <w:r>
        <w:t>корпорацией развития малого и среднего предпринимательства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определенными Правительством Российской Федерации в соответствии с пунктом 2 части 82 статьи 3 настоящего Федерального закона</w:t>
      </w:r>
    </w:p>
    <w:p>
      <w:r>
        <w:rPr>
          <w:b/>
        </w:rPr>
        <w:t xml:space="preserve">4. </w:t>
      </w:r>
      <w:r>
        <w:t>органами исполнительной власти субъектов Российской Федерации или созданными ими организациями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определенными Правительством Российской Федерации в соответствии с пунктом 2 части 82 статьи 3 настоящего Федерального закона</w:t>
      </w:r>
    </w:p>
    <w:p>
      <w:r>
        <w:rPr>
          <w:b/>
        </w:rPr>
        <w:t xml:space="preserve">5. </w:t>
      </w:r>
      <w:r>
        <w:t>соблюдение установленного Правительством Российской Федерации годового объема закупки, который планируется осуществить по результатам закупки, участниками которой являются только субъекты малого и среднего предпринимательства, а также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
        <w:rPr>
          <w:b/>
        </w:rPr>
        <w:t xml:space="preserve">5. </w:t>
      </w:r>
      <w:r>
        <w:t>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у субъектов малого и среднего предпринимательства. При этом отсутствие утвержденного заказчиком такого перечня является основанием для направления этому заказчику уведомления, предусмотренного частью 10 настоящей статьи</w:t>
      </w:r>
    </w:p>
    <w:p>
      <w:r>
        <w:rPr>
          <w:b/>
        </w:rPr>
        <w:t xml:space="preserve">7. </w:t>
      </w:r>
      <w:r>
        <w:t>соблюдение ранее установленного в плане закупки товаров, работ, услуг годового объема закупки, которую планируется осуществить по результатам закупки, участниками которой являются только субъекты малого и среднего предпринимательства, а также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
        <w:rPr>
          <w:b/>
        </w:rPr>
        <w:t xml:space="preserve">7. </w:t>
      </w:r>
      <w:r>
        <w:t>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у субъектов малого и среднего предпринимательства. При этом отсутствие утвержденного заказчиком перечня товаров, работ, услуг, закупка которых осуществляется у субъектов малого и среднего предпринимательства, является основанием для направления этому заказчику уведомления, предусмотренного частью 10 настоящей статьи</w:t>
      </w:r>
    </w:p>
    <w:p>
      <w:r>
        <w:rPr>
          <w:b/>
        </w:rPr>
        <w:t xml:space="preserve">9. </w:t>
      </w:r>
      <w:r>
        <w:t>установленных Правительством Российской Федерации годового объема закупки у субъектов малого и среднего предпринимательства,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
        <w:rPr>
          <w:b/>
        </w:rPr>
        <w:t xml:space="preserve">9. </w:t>
      </w:r>
      <w:r>
        <w:t>установленных Правительством Российской Федерации требований к содержанию таких годовых отчетов</w:t>
      </w:r>
    </w:p>
    <w:p>
      <w:r>
        <w:rPr>
          <w:b/>
        </w:rPr>
        <w:t xml:space="preserve">17. </w:t>
      </w:r>
      <w:r>
        <w:t>в случае проведения оценки соответствия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заказчик вправе утвердить план закупки товаров, работ, услуг, план закупки инновационной продукции, высокотехнологичной продукции, лекарственных средств, проекты которых представлялись для проведения оценки соответствия. При этом реализация утвержденных плана закупки товаров, работ, услуг, плана закупки инновационной продукции, высокотехнологичной продукции, лекарственных средств (за исключением планов закупки товаров, работ, услуг, планов закупки инновационной продукции, высокотехнологичной продукции, лекарственных средств заказчиков в соответствии с отдельными решениями Президента Российской Федерации, решениями Правительства Российской Федерации) приостанавливается по решению антимонопольного органа в порядке и на условиях, которые определяются Правительством Российской Федерации в соответствии с пунктом 2 части 82 статьи 3 настоящего Федерального закона, в планируемом годовом объеме закупки, участниками которой согласно указанным утвержденным планам являются только субъекты малого и среднего предпринимательства, по перечню товаров, работ, услуг, выбираемых заказчиком</w:t>
      </w:r>
    </w:p>
    <w:p>
      <w:r>
        <w:rPr>
          <w:b/>
        </w:rPr>
        <w:t xml:space="preserve">17. </w:t>
      </w:r>
      <w:r>
        <w:t>в случае проведения мониторинга соответствия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реализация утвержденных плана закупки товаров, работ, услуг, плана закупки инновационной продукции, высокотехнологичной продукции, лекарственных средств (за исключением планов закупки товаров, работ, услуг, планов закупки инновационной продукции, высокотехнологичной продукции, лекарственных средств заказчиков в соответствии с отдельными решениями Президента Российской Федерации, решениями Правительства Российской Федерации) приостанавливается по решению антимонопольного органа в порядке и на условиях, которые определяются Правительством Российской Федерации в соответствии с пунктом 2 части 82 статьи 3 настоящего Федерального закона, в планируемом годовом объеме закупки, участниками которой согласно указанным утвержденным планам являются только субъекты малого и среднего предпринимательства, по перечню товаров, работ, услуг, выбираемых заказчиком</w:t>
      </w:r>
    </w:p>
    <w:p>
      <w:r>
        <w:rPr>
          <w:b/>
        </w:rPr>
        <w:t xml:space="preserve">17. </w:t>
      </w:r>
      <w:r>
        <w:t>в случае проведения оценки соответствия или мониторинга соответствия в отношении проектов изменений, вносимых в план закупки товаров, работ, услуг, план закупки инновационной продукции, высокотехнологичной продукции, лекарственных средств, либо утвержденных изменений, внесенных в такие планы, указанные проекты изменений не подлежат утверждению и размещению в единой информационной системе, а утвержденные изменения, внесенные в такие планы, считаются не размещенными в единой информационной системе до даты выдачи положительного заключения, предусмотренного частью 14 настоящей статьи</w:t>
      </w:r>
    </w:p>
    <w:p>
      <w:r>
        <w:rPr>
          <w:b/>
        </w:rPr>
        <w:t>Статья 7</w:t>
      </w:r>
    </w:p>
    <w:p>
      <w:r>
        <w:rPr>
          <w:b/>
        </w:rPr>
        <w:t xml:space="preserve">1. </w:t>
      </w:r>
      <w:r>
        <w:t>Акционерное общество "Федеральная корпорация по развитию малого и среднего предпринимательства" осуществляет деятельность в соответствии с Федеральным законом от 24 июля 2007 года № 209-ФЗ "О развитии малого и среднего предпринимательства в Российской Федерации" (в редакции настоящего Федерального закона) в качестве института развития в сфере малого и среднего предпринимательства после изменения наименования акционерного общества "Небанковская депозитно-кредитная организация "Агентство кредитных гарантий" и внесения изменений в его устав</w:t>
      </w:r>
    </w:p>
    <w:p>
      <w:r>
        <w:rPr>
          <w:b/>
        </w:rPr>
        <w:t xml:space="preserve">2. </w:t>
      </w:r>
      <w:r>
        <w:t>Сто процентов акций акционерного общества "Федеральная корпорация по развитию малого и среднего предпринимательства" находится в федеральной собственности до осуществления дополнительного выпуска акций и их размещения по закрытой подписке в соответствии с частью 8 настоящей статьи</w:t>
      </w:r>
    </w:p>
    <w:p>
      <w:r>
        <w:rPr>
          <w:b/>
        </w:rPr>
        <w:t xml:space="preserve">3. </w:t>
      </w:r>
      <w:r>
        <w:t>Акционерное общество "Федеральная корпорация по развитию малого и среднего предпринимательства" заключает с государственной корпорацией "Банк развития и внешнеэкономической деятельности (Внешэкономбанк)" без проведения торгов (в качестве единственного поставщика услуг по доверительному управлению) договор доверительного управления, в соответствии с которым акционерное общество "Федеральная корпорация по развитию малого и среднего предпринимательства" осуществляет доверительное управление в отношении ста процентов акций акционерного общества "Российский банк поддержки малого и среднего предпринимательства", которыми государственная корпорация "Банк развития и внешнеэкономической деятельности (Внешэкономбанк)" впоследствии осуществляет оплату дополнительно размещаемых по закрытой подписке акций акционерного общества "Федеральная корпорация по развитию малого и среднего предпринимательства" в соответствии с условиями размещения, установленными Правительством Российской Федерации на основании части 8 настоящей статьи</w:t>
      </w:r>
    </w:p>
    <w:p>
      <w:r>
        <w:rPr>
          <w:b/>
        </w:rPr>
        <w:t xml:space="preserve">4. </w:t>
      </w:r>
      <w:r>
        <w:t>Правительство Российской Федерации до 1 сентября 2015 года обеспечивает внесение изменений в устав акционерного общества "Небанковская депозитно-кредитная организация "Агентство кредитных гарантий" в целях приведения указанного устава в соответствие с Федеральным законом от 24 июля 2007 года № 209-ФЗ "О развитии малого и среднего предпринимательства в Российской Федерации" (в редакции настоящего Федерального закона)</w:t>
      </w:r>
    </w:p>
    <w:p>
      <w:r>
        <w:rPr>
          <w:b/>
        </w:rPr>
        <w:t xml:space="preserve">5. </w:t>
      </w:r>
      <w:r>
        <w:t>Не позднее дня, следующего за днем регистрации изменений, внесенных в устав акционерного общества "Небанковская депозитно-кредитная организация "Агентство кредитных гарантий" в соответствии с частью 4 настоящей статьи, акционерное общество "Федеральная корпорация по развитию малого и среднего предпринимательства" направляет в Центральный банк Российской Федерации ходатайство об аннулировании лицензии на осуществление банковских операций, выданной акционерному обществу "Небанковская депозитно-кредитная организация "Агентство кредитных гарантий". При аннулировании указанной лицензии положения статьи 23 Федерального закона "О банках и банковской деятельности" не применяются</w:t>
      </w:r>
    </w:p>
    <w:p>
      <w:r>
        <w:rPr>
          <w:b/>
        </w:rPr>
        <w:t xml:space="preserve">6. </w:t>
      </w:r>
      <w:r>
        <w:t>Акционерное общество "Федеральная корпорация по развитию малого и среднего предпринимательства" после внесения изменений в устав акционерного общества "Небанковская депозитно-кредитная организация "Агентство кредитных гарантий" в соответствии с частью 4 настоящей статьи обеспечивает исполнение обязательств, принятых на себя акционерным обществом "Небанковская депозитно-кредитная организация "Агентство кредитных гарантий"</w:t>
      </w:r>
    </w:p>
    <w:p>
      <w:r>
        <w:rPr>
          <w:b/>
        </w:rPr>
        <w:t xml:space="preserve">7. </w:t>
      </w:r>
      <w:r>
        <w:t>Полномочия единоличного исполнительного органа акционерного общества "Небанковская депозитно-кредитная организация "Агентство кредитных гарантий" после внесения изменений в устав этого акционерного общества в соответствии с частью 4 настоящей статьи сохраняются до назначения единоличного исполнительного органа акционерного общества "Федеральная корпорация по развитию малого 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(в редакции настоящего Федерального закона)</w:t>
      </w:r>
    </w:p>
    <w:p>
      <w:r>
        <w:rPr>
          <w:b/>
        </w:rPr>
        <w:t xml:space="preserve">8. </w:t>
      </w:r>
      <w:r>
        <w:t>Правительство Российской Федерации до 31 декабря 2015 года принимает решение об увеличении уставного капитала акционерного общества "Федеральная корпорация по развитию малого и среднего предпринимательства" путем размещения дополнительных акций и об условиях их размещения</w:t>
      </w:r>
    </w:p>
    <w:p>
      <w:r>
        <w:rPr>
          <w:b/>
        </w:rPr>
        <w:t xml:space="preserve">9. </w:t>
      </w:r>
      <w:r>
        <w:t>Планы закупки товаров, работ, услуг для осуществления закупки товаров, работ, услуг в 2016 году, утвержденные до 1 ноября 2015 года заказчиками, которые впоследствии будут определены Правительством Российской Федерации как конкретные заказчики в соответствии с пунктом 2 части 82 статьи 3 Федерального закона от 18 июля 2011 года № 223-ФЗ "О закупках товаров, работ, услуг отдельными видами юридических лиц" (в редакции настоящего Федерального закона), подлежат мониторингу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осуществляемому акционерным обществом "Федеральная корпорация по развитию малого и среднего предпринимательства" в порядке, предусмотренном статьей 51 указанного Федерального закона (в редакции настоящего Федерального закона)</w:t>
      </w:r>
    </w:p>
    <w:p>
      <w:r>
        <w:rPr>
          <w:b/>
        </w:rPr>
        <w:t xml:space="preserve">10. </w:t>
      </w:r>
      <w:r>
        <w:t>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не позднее 1 ноября 2015 года обеспечивает возможность размещения заказчиками, определяемыми Правительством Российской Федерации в соответствии с пунктом 2 части 82 статьи 3 Федерального закона от 18 июля 2011 года № 223-ФЗ "О закупках товаров, работ, услуг отдельными видами юридических лиц" (в редакции настоящего Федерального закона), в единой информационной системе в сфере закупок товаров, работ, услуг для обеспечения государственных и муниципальных нужд уведомлений и заключений, предусмотренных частями 10 - 15 статьи 51 Федерального закона от 18 июля 2011 года № 223-ФЗ "О закупках товаров, работ, услуг отдельными видами юридических лиц" (в редакции настоящего Федерального закона)</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Абзацы первый, второй, четвертый - седьмой подпункта "а", подпункты "б" и "в" пункта 1, абзацы первый - третий подпункта "а", подпункт "б" пункта 2, пункт 3 статьи 6 настоящего Федерального закона вступают в силу с 1 ноября 2015 года</w:t>
      </w:r>
    </w:p>
    <w:p>
      <w:r>
        <w:rPr>
          <w:b/>
        </w:rPr>
        <w:t xml:space="preserve">3. </w:t>
      </w:r>
      <w:r>
        <w:t>Абзацы третий и восьмой подпункта "а" пункта 1, абзацы третий и четвертый подпункта "а", подпункты "в" и "г" пункта 2 статьи 6 настоящего Федерального закона вступают в силу с 1 января 2016 года</w:t>
      </w:r>
    </w:p>
    <w:p>
      <w:r>
        <w:rPr>
          <w:b/>
        </w:rPr>
        <w:t xml:space="preserve">4. </w:t>
      </w:r>
      <w:r>
        <w:t>Положения статьи 51 Федерального закона от 18 июля 2011 года № 223-ФЗ "О закупках товаров, работ, услуг отдельными видами юридических лиц" (в редакции настоящего Федерального закона) в части регулирования вопросов, связанных с осуществлением оценки соответствия или мониторинга соответствия утвержденных планов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применяются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