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13-1 Федерального закона "О введении в действие части четвертой Гражданского кодекса Российской Федерации"</w:t>
      </w:r>
    </w:p>
    <w:p>
      <w:r>
        <w:rPr>
          <w:b/>
        </w:rPr>
        <w:t>Статья 1</w:t>
      </w:r>
    </w:p>
    <w:p>
      <w:r>
        <w:t>Внести в часть четвертую статьи 131 Федерального закона от 18 декабря 2006 года № 231-ФЗ "О введении в действие части четвертой Гражданского кодекса Российской Федерации" (Собрание законодательства Российской Федерации, 2006, № 52, ст. 5497; 2014, № 30, ст. 4253) изменение, заменив слова "1 января 2015 года" словами "1 июля 2016 года".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