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гражданской обороне"</w:t>
      </w:r>
    </w:p>
    <w:p>
      <w:r>
        <w:rPr>
          <w:b/>
        </w:rPr>
        <w:t>Статья 2. Задачи в области гражданской обороны</w:t>
      </w:r>
    </w:p>
    <w:p>
      <w:r>
        <w:t>Основными задачами в области гражданской обороны являются: подготовка населения в области гражданской обороны; оповещение населения об опасностях, возникающих при военных конфликтах или вследствие этих конфликтов, а также при чрезвычайных ситуациях природного и техногенного характера; эвакуация населения, материальных и культурных ценностей в безопасные районы; предоставление населению средств индивидуальной и коллективной защиты; проведение мероприятий по световой маскировке и другим видам маскировки; проведение аварийно-спасательных и других неотложных работ в случае возникновения опасностей для населения при военных конфликтах или вследствие этих конфликтов, а также при чрезвычайных ситуациях природного и техногенного характера; первоочередное жизнеобеспечение населения, пострадавшего при военных конфликтах или вследствие этих конфликтов, а также при чрезвычайных ситуациях природного и техногенного характера; борьба с пожарами, возникшими при военных конфликтах или вследствие этих конфликтов; обнаружение и обозначение районов, подвергшихся радиоактивному, химическому, биологическому или иному заражению; санитарная обработка населения, обеззараживание зданий и сооружений, специальная обработка техники и территорий; восстановление и поддержание порядка в районах, пострадавших при военных конфликтах или вследствие этих конфликтов, а также при чрезвычайных ситуациях природного и техногенного характера; срочное восстановление функционирования необходимых коммунальных служб в военное время; срочное захоронение трупов в военное время; обеспечение устойчивости функционирования организаций, необходимых для выживания населения при военных конфликтах или вследствие этих конфликтов, а также при чрезвычайных ситуациях природного и техногенного характера; обеспечение постоянной готовности сил и средств гражданской обороны.";</w:t>
      </w:r>
    </w:p>
    <w:p>
      <w:r>
        <w:t>пункт 1 статьи 3 дополнить словами ", нормативными правовыми актами субъектов Российской Федерации", дополнить предложением следующего содержания: "Органы местного самоуправления в пределах своих полномочий могут принимать муниципальные правовые акты, регулирующие вопросы гражданской обороны."</w:t>
      </w:r>
    </w:p>
    <w:p>
      <w:r>
        <w:t>в пункте 2 статьи 4 слова "при ведении военных действий или вследствие этих действий, а также при возникновении чрезвычайных ситуаций природного и техногенного характера" заменить словами "при военных конфликтах или вследствие этих конфликтов, а также при чрезвычайных ситуациях природного и техногенного характера"</w:t>
      </w:r>
    </w:p>
    <w:p>
      <w:r>
        <w:t>в абзаце седьмом статьи 6 слово "обучения" заменить словом "подготовки"</w:t>
      </w:r>
    </w:p>
    <w:p>
      <w:r>
        <w:t>в статье 7: а) в абзаце пятом слова "при ведении военных действий или вследствие этих действий, а также об угрозе возникновения или о возникновении чрезвычайных ситуаций природного и техногенного характера" заменить словами "при военных конфликтах или вследствие этих конфликтов, а также при чрезвычайных ситуациях природного и техногенного характера"; б) дополнить абзацем следующего содержания: "определяют перечень организаций, обеспечивающих выполнение мероприятий по гражданской обороне федерального органа исполнительной власти."</w:t>
      </w:r>
    </w:p>
    <w:p>
      <w:r>
        <w:t>в статье 8: а) в пункте 1: в абзаце четвертом слова "и обучение" исключить; в абзаце пятом слова "при ведении военных действий или вследствие этих действий, а также об угрозе возникновения или о возникновении чрезвычайных ситуаций природного и техногенного характера" заменить словами "при военных конфликтах или вследствие этих конфликтов, а также при чрезвычайных ситуациях природного и техногенного характера"; в абзаце девятом слова "при ведении военных действий или вследствие этих действий, а также об угрозе возникновения или о возникновении чрезвычайных ситуаций природного и техногенного характера" заменить словами "при военных конфликтах или вследствие этих конфликтов, а также при чрезвычайных ситуациях природного и техногенного характера"; дополнить абзацем следующего содержания: "определяют перечень организаций, обеспечивающих выполнение мероприятий регионального уровня по гражданской обороне."; б) в пункте 2: в абзаце третьем слова "и обучение" исключить; в абзаце четвертом слова "при ведении военных действий или вследствие этих действий, а также об угрозе возникновения или о возникновении чрезвычайных ситуаций природного и техногенного характера" заменить словами "при военных конфликтах или вследствие этих конфликтов, а также при чрезвычайных ситуациях природного и техногенного характера"; в абзаце восьмом слова "при ведении военных действий или вследствие этих действий, а также об угрозе возникновения или о возникновении чрезвычайных ситуаций природного и техногенного характера" заменить словами "при военных конфликтах или вследствие этих конфликтов, а также при чрезвычайных ситуациях природного и техногенного характера"; дополнить абзацем следующего содержания: "определяют перечень организаций, обеспечивающих выполнение мероприятий местного уровня по гражданской обороне."</w:t>
      </w:r>
    </w:p>
    <w:p>
      <w:r>
        <w:t>в абзаце четвертом пункта 1 статьи 9 слово "обучение" заменить словом "подготовку"</w:t>
      </w:r>
    </w:p>
    <w:p>
      <w:r>
        <w:t>в абзаце втором статьи 10 слово "обучение" заменить словом "подготовку". Президент Российской Федерации В.Путин Москва, Кремль 29 июня 2015 года № 171-ФЗ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