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11 марта 1992 года № 2487-I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 17, ст. 888; Собрание законодательства Российской Федерации, 2002, № 12, ст. 1093; 2003, № 2, ст. 167; 2005, № 24, ст. 2313; 2006, № 30, ст. 3294; 2008, № 52, ст. 6227; 2009, № 52, ст. 6450; 2011, № 7, ст. 901; 2013, № 27, ст. 3477; 2014, № 26, ст. 3364; 2015, № 1, ст. 87) следующие изменения</w:t>
      </w:r>
    </w:p>
    <w:p>
      <w:r>
        <w:t>в статье 6: а) абзац четвертый части второй изложить в следующей редакции: "медицинское заключение об отсутствии медицинских противопоказаний к осуществлению частной детективной деятельности;"; б) дополнить частью одиннадцатой следующего содержания: "Перечень заболеваний, препятствующих осуществлению частной детективной деятельности, определяется Правительством Российской Федерации. Порядок проведения медицинского освидетельствования на наличие медицинских противопоказаний к осуществлению частной детективной деятельности,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осуществлению частной детективной деятельности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в) дополнить частью двенадцатой следующего содержания: "Частные детективы обязаны ежегодно представлять в орган внутренних дел, выдавший лицензию на осуществление частной детективной деятельности, медицинское заключение об отсутствии медицинских противопоказаний к осуществлению частной детективной деятельности."</w:t>
      </w:r>
    </w:p>
    <w:p>
      <w:r>
        <w:t>в статье 111: а) пункт 4 части второй изложить в следующей редакции: "4) не представившие медицинского заключения об отсутствии медицинских противопоказаний к исполнению обязанностей частного охранника;"; б) дополнить частью седьмой следующего содержания: "Перечень заболеваний, препятствующих исполнению обязанностей частного охранника, определяется Правительством Российской Федерации. Порядок проведения медицинского освидетельствования на наличие медицинских противопоказаний к исполнению обязанностей частного охранника,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исполнению обязанностей частного охранника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t>статью 12 дополнить частью девятой следующего содержания: "Частные охранники обязаны ежегодно проходить медицинское освидетельствование на наличие или отсутствие заболеваний, препятствующих исполнению обязанностей частного охранника. Медицинские заключения об отсутствии медицинских противопоказаний к исполнению обязанностей частного охранника передаются частной охранной организацией в орган внутренних дел, выдавший лицензию на осуществление частной охранной деятельности."</w:t>
      </w:r>
    </w:p>
    <w:p>
      <w:r>
        <w:rPr>
          <w:b/>
        </w:rPr>
        <w:t>Статья 2</w:t>
      </w:r>
    </w:p>
    <w:p>
      <w:r>
        <w:t>Внести в Федеральный закон от 13 декабря 1996 года № 150-ФЗ "Об оружии" (Собрание законодательства Российской Федерации, 1996, № 51, ст. 5681; 1998, № 31, ст. 3834; 2002, № 26, ст. 2516; 2003, № 2, ст. 167; 2007, № 1, ст. 21; № 32, ст. 4121; 2008, № 52, ст. 6227; 2009, № 7, ст. 770; № 11, ст. 1261; № 30, ст. 3735; 2010, № 14, ст. 1554, 1555; № 23, ст. 2793; 2011, № 1, ст. 10; № 15, ст. 2025; 2012, № 29, ст. 3993; 2013, № 27, ст. 3477; 2014, № 11, ст. 1092; № 14, ст. 1555; № 16, ст. 1832; № 30, ст. 4228; 2015, № 1, ст. 76) следующие изменения</w:t>
      </w:r>
    </w:p>
    <w:p>
      <w:r>
        <w:t>часть шестую статьи 12 после слов "служебного оружия" дополнить словами ", а также ежегодно проходить химико-токсикологические исследования наличия в организме человека наркотических средств, психотропных веществ и их метаболитов"</w:t>
      </w:r>
    </w:p>
    <w:p>
      <w:r>
        <w:t>в статье 13: а) часть первую после слова "чины" дополнить словом "юстиции"; б) часть пятнадцатую изложить в следующей редакции: "Для получения лицензии на приобретение оружия гражданин Российской Федерации обязан представить в орган внутренних дел по месту жительства заявление, составленное по установленной форме, документ, удостоверяющий гражданство Российской Федерации, документы о прохождении соответствующей подготовки и периодической проверки знания правил безопасного обращения с оружием и наличия навыков безопасного обращения с оружием, медицинское заключение об отсутствии медицинских противопоказаний к владению оружием, а также медицинское заключение об отсутствии в организме человека наркотических средств, психотропных веществ и их метаболитов, полученное после прохождения химико-токсикологических исследований наличия в организме человека наркотических средств, психотропных веществ и их метаболитов, и другие предусмотренные настоящим Федеральным законом документы. Для получения лицензии на приобретение оружия гражданин Российской Федерации, проходящий службу в государственной военизированной организации и имеющий воинское звание либо специальное звание или классный чин юстиции, представляет заявление, составленное по установленной форме, документ, удостоверяющий гражданство Российской Федерации, документ, подтверждающий прохождение им службы в соответствующей организации и наличие воинского либо специального звания или классного чина юстиции."; в) часть семнадцатую после слова "чины" дополнить словом "юстиции"; г) в части двадцатой: пункт 2 изложить в следующей редакции: "2) не представившим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 пункт 5 изложить в следующей редакции: "5) повторно привлеченным в течение года к административной ответственности 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 дополнить пунктом 10 следующего содержания: "10)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 д) части двадцать первую и двадцать вторую изложить в следующей редакции: "Перечень заболеваний, при наличии которых противопоказано владение оружием, определяется Правительством Российской Федерации. Порядок проведения медицинского освидетельствования на наличие медицинских противопоказаний к владению оружием и химико-токсикологических исследований наличия в организме человека наркотических средств, психотропных веществ и их метаболитов, форма медицинского заключения об отсутствии медицинских противопоказаний к владению оружием и форма медицинского заключения об отсутствии в организме человека наркотических средств, психотропных веществ и их метаболитов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Срок действия медицинского заключения об отсутствии медицинских противопоказаний к владению оружием для получения лицензии на приобретение оружия составляет один год со дня его выдачи. Осмотр врачом-психиатром, врачом-психиатром-наркологом при проведении медицинского освидетельствования на наличие медицинских противопоказаний к владению оружием и химико-токсикологические исследования наличия в организме человека наркотических средств, психотропных веществ и их метаболитов осуществляются 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 Медицинское освидетельствование на наличие медицинских противопоказаний к владению оружием и химико-токсикологические исследования наличия в организме человека наркотических средств, психотропных веществ и их метаболитов осуществляются за счет средств граждан. Граждане Российской Федерации, являющиеся владельцами гражданского огнестрельного оружия, гражданского огнестрельного оружия ограниченного поражения, газовых пистолетов, револьверов, спортивного пневматического оружия, охотничьего пневматического оружия, не реже одного раза в пять лет обязаны представлять в органы внутренних дел медицинское заключение об отсутствии медицинских противопоказаний к владению оружием. Граждане Российской Федерации, проходящие службу в государственных военизированных организациях и имеющие воинские звания либо специальные звания или классные чины юстиции, представляют документы, подтверждающие прохождение ими службы в соответствующей организации и наличие воинского либо специального звания или классного чина юстиции."</w:t>
      </w:r>
    </w:p>
    <w:p>
      <w:r>
        <w:rPr>
          <w:b/>
        </w:rPr>
        <w:t>Статья 3</w:t>
      </w:r>
    </w:p>
    <w:p>
      <w:r>
        <w:t>Внести в статью 52 Воздушного кодекса Российской Федерации (Собрание законодательства Российской Федерации, 1997, № 12, ст. 1383; 1999, № 28, ст. 3483; 2005, № 13, ст. 1078; 2008, № 30, ст. 3616; 2011, № 7, ст. 901; 2012, № 31, ст. 4318) следующие изменения</w:t>
      </w:r>
    </w:p>
    <w:p>
      <w:r>
        <w:t>дополнить пунктом 31 следующего содержания: "31. Лица из числа специалистов авиационного персонала проходят обязательные предварительные (при поступлении на работу) и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Порядок проведения предварительных (при поступлении на работу) и периодических (в течение трудовой деятельности) медицинских осмотров устанавливается уполномоченным органом в области гражданской авиации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На должности специалистов авиационного персонала не принимаются лица, не прошедшие предварительного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Наряду с основаниями расторжения трудового договора по инициативе работодателя, установленными трудовым законодательством, трудовой договор с лицом из числа специалистов авиационного персонала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обязательный медицинский осмотр."</w:t>
      </w:r>
    </w:p>
    <w:p>
      <w:r>
        <w:t>в пункте 4: а) подпункт 2 изложить в следующей редакции: "2) страдающие психическими заболеваниями, алкоголизмом, токсикоманией, наркоманией, до прекращения в отношении этих лиц диспансерного наблюдения в специализированной медицинской организации государственной или муниципальной системы здравоохранения в связи с выздоровлением или стойкой ремиссией;"; б) дополнить подпунктом 5 следующего содержания: "5)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
        <w:rPr>
          <w:b/>
        </w:rPr>
        <w:t>Статья 4</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7, ст. 620; № 30, ст. 3061; 2002, № 26, ст. 2521; № 30, ст. 3029, 3033; 2003, № 1, ст. 1; № 27, ст. 2700; № 46, ст. 4437; 2004, № 18, ст. 1687; № 25, ст. 2484; № 35, ст. 3607; № 49, ст. 4848; 2005, № 14, ст. 1212; 2006, № 1, ст. 10; № 11, ст. 1148; № 29, ст. 3122, 3123; 2007, № 50, ст. 6241; 2008, № 30, ст. 3616; № 52, ст. 6235; 2009, № 26, ст. 3124; № 48, ст. 5735, 5736; 2010, № 49, ст. 6415; 2011, № 30, ст. 4589; № 46, ст. 6407; № 48, ст. 6730; № 49, ст. 7021; № 50, ст. 7366; 2012, № 50, ст. 6954; № 53, ст. 7613; 2013, № 9, ст. 870; № 19, ст. 2329; № 27, ст. 3477; № 48, ст. 6165; 2014, № 11, ст. 1094; № 26, ст. 3365; № 30, ст. 4247; № 49, ст. 6924; 2015, № 17, ст. 2479) следующие изменения</w:t>
      </w:r>
    </w:p>
    <w:p>
      <w:r>
        <w:t>пункт 1 статьи 51 изложить в следующей редакции: "1. Граждане при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заключении с Министерством обороны Российской Федерации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прохождении альтернативной гражданской службы, а также граждане, ранее признанные ограниченно годными к военной службе по состоянию здоровья, проходят медицинское освидетельствование врачами-специалистами: терапевтом, хирургом, невропатологом, психиатром, окулистом, оториноларингологом, стоматологом и в случае необходимости - врачами других специальностей. По согласованию с командиром (начальником) воинской части (военно-медицинской организации) для медицинского освидетельствования указанных граждан могут привлекаться военные врачи-специалисты. Медицинское освидетельствование граждан, поступающих на военную службу по контракту, поступающих в военные профессиональные образовательные организации и военные образовательные организации высшего образования, включает в себя проведение химико-токсикологических исследований наличия в организме человека наркотических средств, психотропных веществ и их метаболитов."</w:t>
      </w:r>
    </w:p>
    <w:p>
      <w:r>
        <w:t>абзац пятый пункта 5 статьи 34 изложить в следующей редакции: "Контракт о прохождении военной службы не может быть заключен с гражданами,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имеющими неснятую или непогашенную судимость за совершение преступления, отбывавшими наказание в виде лишения свободы, а также с гражданами, подвергнутыми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Контракт не может быть заключен с гражданами, лишенными на определенный срок вступившим в законную силу решением суда права занимать воинские должности, в течение указанного срока."</w:t>
      </w:r>
    </w:p>
    <w:p>
      <w:r>
        <w:t>пункт 2 статьи 51 дополнить подпунктами "к" и "л" следующего содержания: "к) в связи с непрохождением в установленном порядке обязательных химико-токсикологических исследований наличия в организме человека наркотических средств, психотропных веществ и их метаболитов; л) в связи с совершением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w:t>
      </w:r>
    </w:p>
    <w:p>
      <w:r>
        <w:rPr>
          <w:b/>
        </w:rPr>
        <w:t>Статья 5</w:t>
      </w:r>
    </w:p>
    <w:p>
      <w:r>
        <w:t>Абзац пятый пункта 2 статьи 16 Федерального закона от 27 мая 1998 года № 76-ФЗ "О статусе военнослужащих" (Собрание законодательства Российской Федерации, 1998, № 22, ст. 2331; 2000, № 33, ст. 3348; 2003, № 46, ст. 4437; 2004, № 18, ст. 1687; № 35, ст. 3607; 2008, № 45, ст. 5149; 2010, № 30, ст. 3990; 2011, № 46, ст. 6407; 2012, № 31, ст. 4326; 2013, № 27, ст. 3477; № 48, ст. 6165; 2014, № 23, ст. 2930) дополнить предложением следующего содержания: "Военнослужащие, проходящие военную службу по контракту, если иное не предусмотрено федеральным законом, не реже одного раза в год проходят химико-токсикологические исследования наличия в организме человека наркотических средств, психотропных веществ и их метаболитов.".</w:t>
      </w:r>
    </w:p>
    <w:p>
      <w:r>
        <w:rPr>
          <w:b/>
        </w:rPr>
        <w:t>Статья 6</w:t>
      </w:r>
    </w:p>
    <w:p>
      <w:r>
        <w:t>Часть третью статьи 6 Федерального закона от 14 апреля 1999 года № 77-ФЗ "О ведомственной охране" (Собрание законодательства Российской Федерации, 1999, № 16, ст. 1935; 2007, № 49, ст. 6079; 2011, № 27, ст. 3867) изложить в следующей редакции: "Работники ведомственной охраны обязаны ежегодно проходить профилактический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а также периодические проверки на пригодность к действиям в условиях, связанных с применением огнестрельного оружия и специальных средств. Порядок прохождения указанного профилактического медицинского осмотра и форма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прохождения периодических проверок на пригодность к действиям в условиях, связанных с применением огнестрельного оружия и специальных средств, устанавливается Министерством внутренних дел Российской Федерации.".</w:t>
      </w:r>
    </w:p>
    <w:p>
      <w:r>
        <w:rPr>
          <w:b/>
        </w:rPr>
        <w:t>Статья 7</w:t>
      </w:r>
    </w:p>
    <w:p>
      <w:r>
        <w:t>Внести в Кодекс торгового мореплавания Российской Федерации (Собрание законодательства Российской Федерации, 1999, № 18, ст. 2207; 2011, № 23, ст. 3253; № 25, ст. 3534) следующие изменения: 1) статью 55 изложить в следующей редакции: "Статья 55. Требования к состоянию здоровья лиц, допущенных кработе на судне 1. Лица, допущенные к работе на судне, обязаны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w:t>
      </w:r>
    </w:p>
    <w:p>
      <w:r>
        <w:rPr>
          <w:b/>
        </w:rPr>
        <w:t xml:space="preserve">2. </w:t>
      </w:r>
      <w:r>
        <w:t>Перечень заболеваний, препятствующих работе на судне, определяется Правительством Российской Федерации. Порядок проведения медицинского осмотра и форма медицинского заключения об отсутствии медицинских противопоказаний к работе на судне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в области транспорта.";</w:t>
      </w:r>
    </w:p>
    <w:p>
      <w:r>
        <w:rPr>
          <w:b/>
        </w:rPr>
        <w:t xml:space="preserve">5. </w:t>
      </w:r>
      <w:r>
        <w:t>Наряду с основаниями расторжения трудового договора по инициативе работодателя, установленными трудовым законодательством, трудовой договор с лицом, допущенным к работе на судне,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w:t>
      </w:r>
    </w:p>
    <w:p>
      <w:r>
        <w:rPr>
          <w:b/>
        </w:rPr>
        <w:t xml:space="preserve">4. </w:t>
      </w:r>
      <w:r>
        <w:t>Не вправе претендовать на приобретение правового статуса лоцмана лицо, не прошедшее медицинского осмотра, а также лицо, подвергнутое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
        <w:rPr>
          <w:b/>
        </w:rPr>
        <w:t xml:space="preserve">5. </w:t>
      </w:r>
      <w:r>
        <w:t>Наряду с основаниями расторжения трудового договора по инициативе работодателя, установленными трудовым законодательством, трудовой договор с лоцманом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w:t>
      </w:r>
    </w:p>
    <w:p>
      <w:r>
        <w:rPr>
          <w:b/>
        </w:rPr>
        <w:t xml:space="preserve">2. </w:t>
      </w:r>
      <w:r>
        <w:t>статью 57 дополнить пунктами 4 и 5 следующего содержания: "4. К работе на судне не допускаются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
        <w:rPr>
          <w:b/>
        </w:rPr>
        <w:t xml:space="preserve">5. </w:t>
      </w:r>
      <w:r>
        <w:t>статью 87 дополнить пунктами 3 - 5 следующего содержания: "3. Лоцман обязан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w:t>
      </w:r>
    </w:p>
    <w:p>
      <w:r>
        <w:rPr>
          <w:b/>
        </w:rPr>
        <w:t>Статья 8</w:t>
      </w:r>
    </w:p>
    <w:p>
      <w:r>
        <w:t>Внести в Кодекс внутреннего водного транспорта Российской Федерации (Собрание законодательства Российской Федерации, 2001, № 11, ст. 1001; 2008, № 30, ст. 3616; 2009, № 1, ст. 30; 2011, № 15, ст. 2020; № 29, ст. 4294; 2012, № 31, ст. 4320) следующие изменения</w:t>
      </w:r>
    </w:p>
    <w:p>
      <w:r>
        <w:t>пункт 2 статьи 27 изложить в следующей редакции: "2. К работе на судне не допускаются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Перечень заболеваний, препятствующих работе на судне, определяется Правительством Российской Федерации. Порядок проведения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форма медицинского заключения об отсутствии медицинских противопоказаний к работе на судне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по согласованию с федеральным органом исполнительной власти в области транспорта."</w:t>
      </w:r>
    </w:p>
    <w:p>
      <w:r>
        <w:t>статью 28 дополнить пунктом 31 следующего содержания: "31. Лица, допущенные к работе на судне, обязаны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Наряду с основаниями расторжения трудового договора по инициативе работодателя, установленными трудовым законодательством, трудовой договор с лицом, допущенным к работе на судне,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w:t>
      </w:r>
    </w:p>
    <w:p>
      <w:r>
        <w:t>пункт 2 статьи 41 дополнить абзацами следующего содержания: "Не вправе претендовать на приобретение правового статуса лоцмана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Лоцман обязан ежегодно проходить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Наряду с основаниями расторжения трудового договора по инициативе работодателя, установленными трудовым законодательством, трудовой договор с лоцманом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медицинский осмотр."</w:t>
      </w:r>
    </w:p>
    <w:p>
      <w:r>
        <w:rPr>
          <w:b/>
        </w:rPr>
        <w:t>Статья 9</w:t>
      </w:r>
    </w:p>
    <w:p>
      <w:r>
        <w:t>Внести в Кодекс Российской Федерации об административных правонарушениях (Собрание законодательства Российской Федерации, 2002, № 1, ст. 1; 2005, № 50, ст. 5427; 2007, № 26, ст. 3089; 2009, № 52, ст. 6412; 2011, № 1, ст. 29; 2012, № 10, ст. 1166; 2013, № 48, ст. 6161, 6165; № 51, ст. 6685; 2014, № 42, ст. 5615; 2015, № 6, ст. 885) следующие изменения</w:t>
      </w:r>
    </w:p>
    <w:p>
      <w:r>
        <w:t>абзац первый части 1 статьи 6.9 после слова "Кодекса," дополнить словами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w:t>
      </w:r>
    </w:p>
    <w:p>
      <w:r>
        <w:t>абзац первый части 2 статьи 20.20 после слова "местах" дополнить словами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w:t>
      </w:r>
    </w:p>
    <w:p>
      <w:r>
        <w:rPr>
          <w:b/>
        </w:rPr>
        <w:t>Статья 10</w:t>
      </w:r>
    </w:p>
    <w:p>
      <w:r>
        <w:t>Внести в Трудовой кодекс Российской Федерации (Собрание законодательства Российской Федерации, 2002, № 1, ст. 3; 2004, № 35, ст. 3607; 2006, № 27, ст. 2878; 2008, № 30, ст. 3616; 2010, № 52, ст. 7002; 2011, № 49, ст. 7031; 2013, № 27, ст. 3477; № 48, ст. 6165; № 52, ст. 6986; 2014, № 30, ст. 4217; № 49, ст. 6918) следующие изменения</w:t>
      </w:r>
    </w:p>
    <w:p>
      <w:r>
        <w:t>часть первую статьи 65 дополнить абзацем следующего содержания: "справку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федеральными законами не допускаются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
        <w:t>в статье 213: а) дополнить новой частью шестой следующего содержания: "Федеральными законами и иными нормативными правовыми актами Российской Федерации для отдельных категорий работников медицинскими осмотрами может предусматриваться проведение химико-токсикологических исследований наличия в организме человека наркотических средств, психотропных веществ и их метаболитов."; б) части шестую и седьмую считать соответственно частями седьмой и восьмой</w:t>
      </w:r>
    </w:p>
    <w:p>
      <w:r>
        <w:rPr>
          <w:b/>
        </w:rPr>
        <w:t>Статья 11</w:t>
      </w:r>
    </w:p>
    <w:p>
      <w:r>
        <w:t>Внести в статью 133 Федерального закона от 25 июля 2002 года № 115-ФЗ "О правовом положении иностранных граждан в Российской Федерации" (Собрание законодательства Российской Федерации, 2002, № 30, ст. 3032; 2010, № 21, ст. 2524; 2012, № 31, ст. 4322; № 53, ст. 7645; 2013, № 30, ст. 4037; № 52, ст. 6951; 2014, № 16, ст. 1831; № 30, ст. 4231; № 48, ст. 6638; № 52, ст. 7557) следующие изменения</w:t>
      </w:r>
    </w:p>
    <w:p>
      <w:r>
        <w:t>подпункт 5 пункта 2 изложить в следующей редакции: "5) документы, подтверждающие отсутствие у данного иностранного гражданина заболевания наркоманией и выданные по результатам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Указанные документы и сертификат выдаются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
        <w:t>подпункт 6 пункта 9 изложить в следующей редакции: "6) документы, подтверждающие отсутствие у данного иностранного гражданина заболевания наркоманией и выданные по результатам медицинского осмотра, включающего в себя химико-токсикологические исследования наличия в организме человека наркотических средств, психотропных веществ и их метаболитов, и инфекционных заболеваний, которые представляют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а также сертификат об отсутствии у данного иностранного гражданина заболевания, вызываемого вирусом иммунодефицита человека (ВИЧ-инфекции). Указанные документы и сертификат выдаются медицинскими организациями, находящимися на территории Российской Федерации, если иное не предусмотрено международным договором Российской Федерации или федеральным законом. Высший исполнительный орган государственной власти субъекта Российской Федерации обязан установить перечень медицинских организаций, уполномоченных на выдачу на территории данного субъекта Российской Федерации документов, указанных в настоящем подпункте;"</w:t>
      </w:r>
    </w:p>
    <w:p>
      <w:r>
        <w:rPr>
          <w:b/>
        </w:rPr>
        <w:t>Статья 12</w:t>
      </w:r>
    </w:p>
    <w:p>
      <w:r>
        <w:t>Пункт 3 статьи 25 Федерального закона от 10 января 2003 года № 17-ФЗ "О железнодорожном транспорте в Российской Федерации" (Собрание законодательства Российской Федерации, 2003, № 2, ст. 169; 2013, № 27, ст. 3477) изложить в следующей редакции: "3. Лица, принимаемые на работу, непосредственно связанную с движением поездов и маневровой работой, и работники, выполняющие такую работу и (или) подвергающиеся воздействию вредных и опасных производственных факторов, проходят за счет средств работодателей обязательные предварительные (при поступлении на работу) и периодические (в течение трудовой деятельности)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На работу, непосредственно связанную с движением поездов и маневровой работой, не принимаются лица, не прошедшие медицинского осмотра, а также лица,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 Работники железнодорожного транспорта, которые осуществляют производственную деятельность, непосредственно связанную с движением поездов и маневровой работой, и перечень профессий которых определяется федеральным органом исполнительной власти в области железнодорожного транспорта, проходят обязательные предрейсовые или предсменные медицинские осмотры, а также по требованию работодателей медицинское освидетельствование на состояние опьянения (алкогольного, наркотического или иного токсического опьянения). Наряду с основаниями расторжения трудового договора по инициативе работодателя, установленными трудовым законодательством, трудовой договор с работником железнодорожного транспорта, который осуществляет производственную деятельность, непосредственно связанную с движением поездов и маневровой работой, может быть расторгнут в период, когда лицо считается подвергнутым наказанию за совершение административного правонарушения, связанного с потреблением наркотических средств или психотропных веществ без назначения врача либо новых потенциально опасных психоактивных веществ, а также если указанное лицо не прошло в установленном порядке обязательный медицинский осмотр. Порядок проведения обязательных предварительных (при поступлении на работу) и периодических (в течение трудовой деятельности) медицинских осмотров на железнодорожном транспорте, а также обязательных предрейсовых или предсменных медицинских осмотров устанавливается федеральным органом исполнительной власти в области железнодорожного транспорта по согласованию с федеральным органом исполнительной власти в области здравоохранения. Порядок профессионального отбора, в том числе определения психофизиологических качеств и профессиональной пригодности, устанавливается федеральным органом исполнительной власти в области железнодорожного транспорта.".</w:t>
      </w:r>
    </w:p>
    <w:p>
      <w:r>
        <w:rPr>
          <w:b/>
        </w:rPr>
        <w:t>Статья 13</w:t>
      </w:r>
    </w:p>
    <w:p>
      <w:r>
        <w:t>Внести в Федеральный закон от 9 февраля 2007 года № 16-ФЗ "О транспортной безопасности" (Собрание законодательства Российской Федерации, 2007, № 7, ст. 837; 2009, № 29, ст. 3634; 2011, № 7, ст. 901; 2014, № 6, ст. 566) следующие изменения</w:t>
      </w:r>
    </w:p>
    <w:p>
      <w:r>
        <w:t>в части 1 статьи 10: а) пункт 2 изложить в следующей редакции: "2) страдающие психическими заболеваниями, алкоголизмом, наркоманией, токсикоманией, до прекращения в отношении этих лиц диспансерного наблюдения в связи с выздоровлением или стойкой ремиссией;"; б) дополнить пунктом 9 следующего содержания: "9) подвергнутые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до окончания срока, в течение которого лицо считается подвергнутым административному наказанию."</w:t>
      </w:r>
    </w:p>
    <w:p>
      <w:r>
        <w:t>часть 2 статьи 123 изложить в следующей редакции: "2. Работники подразделений транспортной безопасности обязаны ежегодно проходить профилактические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а также периодические проверки на пригодность к действиям в условиях, связанных с применением огнестрельного оружия и специальных средств. Порядок прохождения указанного профилактического медицинского осмотра и форма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прохождения периодических проверок на пригодность к действиям в условиях, связанных с применением огнестрельного оружия и специальных средств,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Статья 14</w:t>
      </w:r>
    </w:p>
    <w:p>
      <w:r>
        <w:t>Часть 4 статьи 13 Федерального закона от 21 ноября 2011 года № 323-ФЗ "Об основах охраны здоровья граждан в Российской Федерации" (Собрание законодательства Российской Федерации, 2011, № 48, ст. 6724; 2013, № 27, ст. 3459, 3477; № 30, ст. 4038; № 48, ст. 6165; 2014, № 23, ст. 2930; 2015, № 14, ст. 2018) дополнить пунктом 31 следующего содержания: "31)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
        <w:rPr>
          <w:b/>
        </w:rPr>
        <w:t>Статья 15</w:t>
      </w:r>
    </w:p>
    <w:p>
      <w:r>
        <w:t>Пункт 16 части 1 статьи 12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27, ст. 3477; № 48, ст. 6165; 2014, № 49, ст. 6928; № 52, ст. 7542) изложить в следующей редакции: "16) проходить ежегодно в порядке, установленном федеральным органом исполнительной власти в сфере внутренних дел, профилактические медицинские осмотры, включающие в себя химико-токсикологические исследования наличия в организме человека наркотических средств, психотропных веществ и их метаболитов, а также по направлению уполномоченного руководителя медицинское освидетельствование на состояние опьянения (алкогольного, наркотического или иного токсического опьянения);".</w:t>
      </w:r>
    </w:p>
    <w:p>
      <w:r>
        <w:rPr>
          <w:b/>
        </w:rPr>
        <w:t>Статья 16</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пункта 1 статьи 10 настоящего Федерального закона</w:t>
      </w:r>
    </w:p>
    <w:p>
      <w:r>
        <w:rPr>
          <w:b/>
        </w:rPr>
        <w:t xml:space="preserve">2. </w:t>
      </w:r>
      <w:r>
        <w:t>Пункт 1 статьи 10 настоящего Федерального закона вступает в силу с 1 января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