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1998, № 26, ст. 3014; 2005, № 1, ст. 11; 2010, № 52, ст. 7001; 2011, № 49, ст. 7029; 2013, № 27, ст. 3459; № 48, ст. 6165; 2015, № 17, ст. 2476) следующие изменения</w:t>
      </w:r>
    </w:p>
    <w:p>
      <w:r>
        <w:t>в пункте 1 статьи 127: а) подпункт 9 после слов "общественной безопасности," дополнить словами "мира и безопасности человечества,"; б) подпункт 10 после слов "общественной безопасности," дополнить словами "мира и безопасности человечества,"</w:t>
      </w:r>
    </w:p>
    <w:p>
      <w:r>
        <w:t>абзац третий пункта 1 статьи 146 дополнить словами ", мира и безопасности человечества"</w:t>
      </w:r>
    </w:p>
    <w:p>
      <w:r>
        <w:rPr>
          <w:b/>
        </w:rPr>
        <w:t>Статья 2</w:t>
      </w:r>
    </w:p>
    <w:p>
      <w:r>
        <w:t>Абзац первый пункта 21 статьи 11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2004, № 35, ст. 3607; № 49, ст. 4849; 2007, № 30, ст. 3808; 2012, № 53, ст. 7622; 2013, № 27, ст. 3477; 2015, № 1, ст. 42) после слов "безопасности государства," дополнить словами "мира и безопасности человечества,".</w:t>
      </w:r>
    </w:p>
    <w:p>
      <w:r>
        <w:rPr>
          <w:b/>
        </w:rPr>
        <w:t>Статья 3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2008, № 30, ст. 3616; 2010, № 52, ст. 7002; 2011, № 27, ст. 3880; 2012, № 14, ст. 1553; 2015, № 1, ст. 42) следующие изменения</w:t>
      </w:r>
    </w:p>
    <w:p>
      <w:r>
        <w:t>в пункте 4 статьи 221: а) абзац второй после слов "безопасности государства," дополнить словами "мира и безопасности человечества,"; б) абзац третий после слов "безопасности государства," дополнить словами "мира и безопасности человечества,"</w:t>
      </w:r>
    </w:p>
    <w:p>
      <w:r>
        <w:t>в пункте 5 статьи 222: а) абзац первый после слов "безопасности государства," дополнить словами "мира и безопасности человечества,"; б) абзац второй после слов "безопасности государства," дополнить словами "мира и безопасности человечества,"</w:t>
      </w:r>
    </w:p>
    <w:p>
      <w:r>
        <w:rPr>
          <w:b/>
        </w:rPr>
        <w:t>Статья 4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2010, № 52, ст. 7002; 2012, № 14, ст. 1553; 2013, № 27, ст. 3477; 2014, № 52, ст. 7554; 2015, № 1, ст. 42) следующие изменения</w:t>
      </w:r>
    </w:p>
    <w:p>
      <w:r>
        <w:t>в статье 331: а) абзац третий части второй после слов "безопасности государства," дополнить словами "мира и безопасности человечества,"; б) часть третью после слов "безопасности государства," дополнить словами "мира и безопасности человечества,"</w:t>
      </w:r>
    </w:p>
    <w:p>
      <w:r>
        <w:t>часть третью статьи 3511 после слов "безопасности государства," дополнить словами "мира и безопасности человечества,"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