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   от 13.07.2015 № 238-ФЗ</w:t>
      </w:r>
    </w:p>
    <w:p>
      <w:r>
        <w:t>О внесении изменений в Федеральный закон "Об образовании в Российской Федерации" РОССИЙСКАЯ ФЕДЕРАЦИЯ ФЕДЕРАЛЬНЫЙ ЗАКОН О внесении изменений в Федеральный закон "Об образовании в Российской Федерации" Принят Государственной Думой 30 июня 2015 года Одобрен Советом Федерации 8 июля 2015 года 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6, ст. 562; № 19, ст. 2289; № 23, ст. 2930; 2015, № 1, ст. 53) следующие изменения</w:t>
      </w:r>
    </w:p>
    <w:p>
      <w:r>
        <w:t>в статье 23: а) пункт 3 части 2 дополнить словами "и (или) по программам профессионального обучения"; б) в пункте 3 части 4 слова "программы профессионального обучения," исключить</w:t>
      </w:r>
    </w:p>
    <w:p>
      <w:r>
        <w:t>часть 4 статьи 68 дополнить словами "и (или) документах об образовании и о квалификации"</w:t>
      </w:r>
    </w:p>
    <w:p>
      <w:r>
        <w:t>в статье 71: а) пункт 1 части 4 после слов "международной олимпиады" дополнить словами ", в течение четырех лет, следующих за годом проведения соответствующей олимпиады"; б) абзац первый части 12 после слов "нормативно-правовому регулированию в сфере образования," дополнить словами "в течение четырех лет, следующих за годом проведения соответствующей олимпиады,"</w:t>
      </w:r>
    </w:p>
    <w:p>
      <w:r>
        <w:t>в части 22 статьи 92 слова "аккредитации образовательной деятельности" заменить словом "аккредитации"</w:t>
      </w:r>
    </w:p>
    <w:p>
      <w:r>
        <w:t>в статье 108: а) в части 9 цифры "2016" заменить цифрами "2017"; б) дополнить частью 9 1 следующего содержания: "9 1 . Организации, осуществляющей образовательную деятельность и реорганизованной в форме присоединения к ней иной организации, осуществляющей образовательную деятельность,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аккредитации, ранее выданного реорганизованной организации, осуществляющей образовательную деятельность.". Президент Российской Федерации В.Путин Москва, Кремль 13 июля 2015 года № 238-ФЗ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