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"О таможенном регулировании в Российской Федерации"</w:t>
      </w:r>
    </w:p>
    <w:p>
      <w:r>
        <w:rPr>
          <w:b/>
        </w:rPr>
        <w:t>Статья 1</w:t>
      </w:r>
    </w:p>
    <w:p>
      <w:r>
        <w:t>В статье 361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2009, № 29, ст. 3614; 2014, № 23, ст. 2930) слова "военная или правоохранительная служба" заменить словами "военная служба или федеральная государственная служба, связанная с правоохранительной деятельностью".</w:t>
      </w:r>
    </w:p>
    <w:p>
      <w:r>
        <w:rPr>
          <w:b/>
        </w:rPr>
        <w:t>Статья 2</w:t>
      </w:r>
    </w:p>
    <w:p>
      <w:r>
        <w:t>Внести в Федеральный закон от 27 мая 2003 года № 58-ФЗ "О системе государственной службы Российской Федерации" (Собрание законодательства Российской Федерации, 2003, № 22, ст. 2063; 2006, № 29, ст. 3123; 2011, № 1, ст. 31) следующие изменения</w:t>
      </w:r>
    </w:p>
    <w:p>
      <w:r>
        <w:t>в статье 2: а) пункт 1 изложить в следующей редакции: "1. Система государственной службы включает в себя: государственную гражданскую службу; военную службу; государственную службу иных видов."; б) пункт 3 изложить в следующей редакции: "3. Военная служба и государственная служба иных видов, которые устанавливаются федеральными законами, являются видами федеральной государственной службы."</w:t>
      </w:r>
    </w:p>
    <w:p>
      <w:r>
        <w:t>статью 7 признать утратившей силу</w:t>
      </w:r>
    </w:p>
    <w:p>
      <w:r>
        <w:t>в статье 8: а) абзац пятый пункта 2 изложить в следующей редакции: "должности федеральной государственной службы иных видов."; б) абзац второй пункта 4 признать утратившим силу</w:t>
      </w:r>
    </w:p>
    <w:p>
      <w:r>
        <w:t>абзац четвертый пункта 1 статьи 9 изложить в следующей редакции: "перечни типовых должностей федеральной государственной службы иных видов."</w:t>
      </w:r>
    </w:p>
    <w:p>
      <w:r>
        <w:t>абзац третий пункта 1 статьи 19 признать утратившим силу</w:t>
      </w:r>
    </w:p>
    <w:p>
      <w:r>
        <w:rPr>
          <w:b/>
        </w:rPr>
        <w:t>Статья 3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2009, № 51, ст. 6159; 2011, № 29, ст. 4295; 2015, № 1, ст. 63) следующие изменения</w:t>
      </w:r>
    </w:p>
    <w:p>
      <w:r>
        <w:t>в части 12 статьи 11 слова "классных чинов правоохранительной службы" заменить словами "классных чинов юстиции, классных чинов прокурорских работников"</w:t>
      </w:r>
    </w:p>
    <w:p>
      <w:r>
        <w:t>в пункте 1 части 1 статьи 54 слова "должностей правоохранительной службы" заменить словами "должностей федеральной государственной службы иных видов"</w:t>
      </w:r>
    </w:p>
    <w:p>
      <w:r>
        <w:rPr>
          <w:b/>
        </w:rPr>
        <w:t>Статья 4</w:t>
      </w:r>
    </w:p>
    <w:p>
      <w:r>
        <w:t>Часть 3 статьи 5 Федерального закона от 5 декабря 2005 года № 154-ФЗ "О государственной службе российского казачества" (Собрание законодательства Российской Федерации, 2005, № 50, ст. 5245; 2008, № 49, ст. 5743; 2011, № 23, ст. 3241) изложить в следующей редакции: "3. Российское казачество проходит федеральную государственную службу, связанную с правоохранительной деятельностью, в соответствии с федеральным законодательством.".</w:t>
      </w:r>
    </w:p>
    <w:p>
      <w:r>
        <w:rPr>
          <w:b/>
        </w:rPr>
        <w:t>Статья 5</w:t>
      </w:r>
    </w:p>
    <w:p>
      <w:r>
        <w:t>В пункте 4 части 1 статьи 25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1152) слова "должностях правоохранительной службы" заменить словами "должностях федеральной государственной службы иных видов".</w:t>
      </w:r>
    </w:p>
    <w:p>
      <w:r>
        <w:rPr>
          <w:b/>
        </w:rPr>
        <w:t>Статья 6</w:t>
      </w:r>
    </w:p>
    <w:p>
      <w:r>
        <w:t>В части 8 статьи 55 Федерального закона от 12 апреля 2010 года № 61-ФЗ "Об обращении лекарственных средств" (Собрание законодательства Российской Федерации, 2010, № 16, ст. 1815; № 31, ст. 4161; 2013, № 48, ст. 6165; 2014, № 52, ст. 7540) слова "предусмотрено прохождение военной или правоохранительной службы" заменить словами "предусмотрено прохождение военной службы или федеральной государственной службы, связанной с правоохранительной деятельностью".</w:t>
      </w:r>
    </w:p>
    <w:p>
      <w:r>
        <w:rPr>
          <w:b/>
        </w:rPr>
        <w:t>Статья 7</w:t>
      </w:r>
    </w:p>
    <w:p>
      <w:r>
        <w:t>Часть 19 статьи 323 Федерального закона от 27 ноября 2010 года № 311-ФЗ "О таможенном регулировании в Российской Федерации" (Собрание законодательства Российской Федерации, 2010, № 48, ст. 6252) признать утратившей силу.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