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2015 год и на плановый период 2016 и 2017 годов"</w:t>
      </w:r>
    </w:p>
    <w:p>
      <w:r>
        <w:rPr>
          <w:b/>
        </w:rPr>
        <w:t>Статья 1</w:t>
      </w:r>
    </w:p>
    <w:p>
      <w:r>
        <w:t>Внести в Федеральный закон от 1 декабря 2014 года № 384-ФЗ "О федеральном бюджете на 2015 год и на плановый период 2016 и 2017 годов" (Собрание законодательства Российской Федерации, 2014, № 49, ст. 6893; 2015, № 17, ст. 2468; № 29, ст. 4337) следующие изменения</w:t>
      </w:r>
    </w:p>
    <w:p>
      <w:r>
        <w:t>в части 1 статьи 1: а) в абзаце первом слова "в размере 73 119,0 млрд. рублей" заменить словами "в размере 73 515,0 млрд. рублей"; б) в пункте 1 слова "в сумме 12 539 736 530,8 тыс. рублей" заменить словами "в сумме 13 251 351 356,5 тыс. рублей"; в) в пункте 2 слова "в сумме 15 215 044 543,1 тыс. рублей" заменить словами "в сумме 15 417 298 311,9 тыс. рублей"; г) в пункте 3 слова "в сумме 5 118 330 000,0 тыс. рублей" заменить словами "в сумме 5 146 050 000,0 тыс. рублей"; д) в пункте 4 слова "в сумме 8 119 869 325,1 тыс. рублей" заменить словами "в сумме 8 002 169 325,1 тыс. рублей"; е) в пункте 5 слова "в сумме 52,6 млрд. долларов США, или 45,7 млрд. евро" заменить словами "в сумме 52,0 млрд. долларов США, или 47,3 млрд. евро"; ж) в пункте 6 слова "в сумме 2 675 308 012,3 тыс. рублей" заменить словами "в сумме 2 165 946 955,4 тыс. рублей"</w:t>
      </w:r>
    </w:p>
    <w:p>
      <w:r>
        <w:t>в статье 6: а) в части 1 слова "в сумме 660 970 028,2 тыс. рублей" заменить словами "в сумме 632 582 455,0 тыс. рублей"; б) в пункте 1 части 2 слова "приложениям 8, 81, 9 (секретно), 91 (секретно) и 10 (совершенно секретно)" заменить словами "приложениям 8, 81, 82, 9 (секретно), 91 (секретно), 92 (секретно), 10 (совершенно секретно) и 101 (совершенно секретно)"; в) в пункте 1 части 3 слова "приложениям 14, 141, 15 (секретно) и 151 (секретно)" заменить словами "приложениям 14, 141, 142, 15 (секретно), 151 (секретно) и 152 (секретно)"; г) в пункте 1 части 4 слова "приложениям 18, 181, 19 (секретно) и 191 (секретно)" заменить словами "приложениям 18, 181, 182, 19 (секретно), 191 (секретно) и 192 (секретно)"; д) в пункте 1 части 5 слова "приложению 22 (секретно)" заменить словами "приложениям 22 (секретно) и 221 (секретно)"; е) в пункте 1 части 6 слова "приложениям 24, 241, 25 (секретно) и 26 (совершенно секретно)" заменить словами "приложениям 24, 241, 242, 25 (секретно), 251 (секретно) и 26 (совершенно секретно)"</w:t>
      </w:r>
    </w:p>
    <w:p>
      <w:r>
        <w:t>часть 10 статьи 8 признать утратившей силу</w:t>
      </w:r>
    </w:p>
    <w:p>
      <w:r>
        <w:t>в статье 9: а) в пункте 1 части 1 слова "приложениям 31 и 32 (секретно)" заменить словами "приложениям 31, 311, 32 (секретно)"; б) в абзаце первом части 2 слово "открытого" исключить; в) в части 3 слова "до 1 944 600,0 тыс. рублей" заменить словами "до 4 444 600,0 тыс. рублей", дополнить словами "и строительства железнодорожной эстакады через Рязанский проспект и пути Горьковского направления Московской железной дороги"</w:t>
      </w:r>
    </w:p>
    <w:p>
      <w:r>
        <w:t>статью 10 дополнить частью 8 следующего содержания: "8. Установить, что в 2015 году субвенции, предоставленные из федерального бюджета бюджетам субъектов Российской Федерации на осуществление социальных выплат безработным гражданам в соответствии с Законом Российской Федерации от 19 апреля 1991 года № 1032-I "О занятости населения в Российской Федерации", могут направляться на возмещение произведенных на эти цели расходов бюджетов субъектов Российской Федерации за счет собственных доходов бюджетов субъектов Российской Федерации."</w:t>
      </w:r>
    </w:p>
    <w:p>
      <w:r>
        <w:t>в части 3 статьи 11 слова "до 4 920 000,0 тыс. рублей" заменить словами "до 18 450,0 тыс. рублей"</w:t>
      </w:r>
    </w:p>
    <w:p>
      <w:r>
        <w:t>в части 3 статьи 14 слова "11,9 млрд. евро" заменить словами "12,5 млрд. евро"</w:t>
      </w:r>
    </w:p>
    <w:p>
      <w:r>
        <w:t>в статье 17: а) в части 2 слова "до 6 150 000,0 тыс. рублей" заменить словами "до 3 396 000,0 тыс. рублей"; б) в части 5: в пункте 2 слова "в сумме 203 198 066,4 тыс. рублей" заменить словами "в сумме 188 262 705,2 тыс. рублей"; в пункте 3 слова "в сумме 56 040 123,9 тыс. рублей" заменить словами "в сумме 60 208 665,7 тыс. рублей"</w:t>
      </w:r>
    </w:p>
    <w:p>
      <w:r>
        <w:t>в статье 18: а) в части 5: в пункте 1 слово "открытые" исключить, дополнить словами ", в том числе по вопросам ведения аналитического учета задолженности по денежным обязательствам перед Российской Федерацией"; в пункте 2 слова "и исполнения" заменить словами "государственных гарантий Российской Федерации, сопровождения, администрирования и исполнения предоставленных"; в пункте 3 слово "закрытое" исключить, после слов "промышленной продукции" дополнить словами "в рамках оказания государственной гарантийной поддержки", слова "и исполнения" заменить словами "государственных гарантий Российской Федерации, сопровождения, администрирования и исполнения предоставленных"; в пункте 4 слова "открытые акционерные общества "Росагроснаб" и" заменить словами "открытое акционерное общество "Росагроснаб" и акционерное общество"; дополнить пунктом 7 следующего содержания: "7) Внешэкономбанк - по вопросам хранения сертификатов ценных бумаг и (или) учета прав и перехода прав на ценные бумаги, собственником которых является Российская Федерация."; б) часть 6 изложить в следующей редакции: "6. За выполнение в 2015 году функций агентов Правительства Российской Федерации, предусмотренных частью 5 настоящей статьи, Внешэкономбанку, акционерным обществам "Российский Банк поддержки малого и среднего предпринимательства", "Росэксимбанк", "Российский Сельскохозяйственный банк" и открытому акционерному обществу "Росагроснаб" выплачивается вознаграждение в общей сумме до 730 000,0 тыс. рублей. Объем вознаграждения агентам Правительства Российской Федерации устанавливается Правительством Российской Федерации в пределах указанной суммы."; в) части 7 и 8 признать утратившими силу</w:t>
      </w:r>
    </w:p>
    <w:p>
      <w:r>
        <w:t>в статье 21: а) в части 1: в пункте 10 слова "до 93 958 369,9 тыс. рублей" заменить словами "до 97 202 823,6 тыс. рублей"; в пункте 11 слова "до 6 130 261,0 тыс. рублей" заменить словами "до 4 929 999,9 тыс. рублей"; б) в пункте 31 части 2 слова "наводнений и паводков" заменить словами "стихийных бедствий"; в) дополнить частью 12 следующего содержания: "12. Установить, что акционерное общество "Дальневосточная энергетическая управляющая компания" (город Владивосток) вправе в 2015 году использовать средства неиспользованных взносов в уставный капитал открытого акционерного общества "Дальневосточная энергетическая управляющая компания" (город Владивосток), предусмотренных приложением 6 к Федеральному закону от 24 ноября 2008 года № 204-ФЗ "О федеральном бюджете на 2009 год и на плановый период 2010 и 2011 годов", приложениями 6 и 61 к Федеральному закону от 2 декабря 2009 года № 308-ФЗ "О федеральном бюджете на 2010 год и на плановый период 2011 и 2012 годов", приложениями 8 и 82 к Федеральному закону от 13 декабря 2010 года № 357-ФЗ "О федеральном бюджете на 2011 год и на плановый период 2012 и 2013 годов", а также приложениями 6, 61 и 62 к Федеральному закону от 30 ноября 2011 года № 371-ФЗ "О федеральном бюджете на 2012 год и на плановый период 2013 и 2014 годов" на строительство объектов энергетики, в целях реализации проекта "Строительство ВЛ-220 кВ Оротукан - Палатка - Центральная, Магаданская область" в размере до 1 808 654,0 тыс. рублей по решению Правительства Российской Федерации."</w:t>
      </w:r>
    </w:p>
    <w:p>
      <w:r>
        <w:t>в приложении 8: а) строку 319 3 548 918,8" 319 3 548 918,8"; б) строку 384 5 927 677,1" 384 5 927 677,1"; в) строку 385 8 201 757,6" 385 8 201 757,6"</w:t>
      </w:r>
    </w:p>
    <w:p>
      <w:r>
        <w:t>дополнить приложением 82 следующего содержания: "Приложение 82к Федеральному закону"О федеральном бюджете на 2015 год и на плановый период 2016 и 2017 годов" Изменение ведомственной структуры расходов федерального бюджета на 2015 год, предусмотренной приложением 8 к Федеральному закону "О федеральном бюджете на 2015 год и на плановый период 2016 и 2017 годов" (тыс. рублей) Наименование Мин Рз ПР ЦСР ВР Сумма +195 272 932,0 007 -354 233,7 007 01 10 14 1 0059 600 -87 673,3 007 01 10 14 1 4009 400 -212 126,4 007 01 13 99 9 0019 200 -951,6 007 04 11 25 1 0059 600 +150 000,0 007 05 01 05 4 3592 400 -203 482,4 020 +8 691 392,7 020 02 08 17 1 2018 200 +3 796 484,2 020 02 09 16 5 0019 200 -246 270,0 020 02 09 16 5 6421 800 +299 317,3 020 02 09 16 5 6422 800 +560 662,0 020 04 01 16 Д 0019 200 -33 463,1 020 04 11 16 У 0019 200 -5,0 020 04 11 16 Ц 0019 200 -21 900,0 020 04 11 16 Ц 0059 600 +625,0 020 04 11 17 Б 9999 200 +423 600,0 020 04 11 20 1 6862 800 -400 000,0 020 04 11 20 4 9999 200 -692 696,3 020 04 12 16 1 6478 800 +17 490,2 020 04 12 16 1 6498 800 -29 429,3 020 04 12 16 1 6673 800 +1 000 000,0 020 04 12 16 1 6713 800 +176 000,0 020 04 12 16 4 6838 800 -210 894,5 020 04 12 16 7 6672 800 -1 575 075,0 020 04 12 16 9 6827 800 +1 000 000,0 020 04 12 16 И 6840 800 -469 520,0 020 04 12 16 Л 0019 200 -100,0 020 04 12 16 Л 6843 800 -31 833,0 020 04 12 16 Т 6800 800 -160 960,0 020 04 12 16 Ц 0059 600 +1 575 075,0 020 04 12 16 Ц 5480 500 -176 000,0 020 04 12 16 Ц 6823 800 -482 552,3 020 04 12 16 Ц 6835 800 +120 000,0 020 04 12 16 Ц 6846 800 +1 500 000,0 020 04 12 16 Ю 0019 200 -29 541,3 020 04 12 16 Ю 6248 800 -20 712,3 020 04 12 16 Ю 6250 800 -36 721,6 020 04 12 16 Ю 6484 800 -88 748,1 020 04 12 17 3 6399 400 -9 186,9 020 04 12 17 8 6474 800 -1 109 405,1 020 04 12 17 8 6475 800 +290 939,8 020 04 12 17 8 6663 400 +490 000,0 020 04 12 17 8 6742 800 +337 652,2 020 04 12 17 Б 6329 400 -90 500,0 020 04 12 17 Б 6330 400 -123 900,0 020 04 12 17 Б 9999 400 -209 200,0 020 04 12 18 4 6472 800 +788 027,5 020 04 12 18 4 6473 800 +441 000,0 020 04 12 19 2 6268 400 -5 899,0 020 04 12 19 2 6271 400 -52 906,4 020 04 12 19 2 6273 400 -1 038,8 020 04 12 19 2 6274 400 -388 000,0 020 04 12 19 2 6275 400 -16 719,5 020 04 12 19 2 6277 400 -25 813,9 020 04 12 19 2 6278 400 -19 172,0 020 04 12 19 2 6283 400 -11 561,9 020 04 12 19 2 6288 400 -17,4 020 04 12 19 2 6290 400 -88 398,6 020 04 12 19 2 6295 400 -9 952,9 020 04 12 19 2 6296 400 -14 865,0 020 04 12 19 2 6302 400 -22 352,0 020 04 12 19 2 6304 400 -25 000,0 020 04 12 19 2 6305 400 -10 305,3 020 04 12 19 2 6306 400 -14 145,0 020 04 12 19 2 6307 400 -12 384,0 020 04 12 19 2 6308 400 -11 256,7 020 04 12 19 2 6309 400 -37 500,0 020 04 12 19 2 6310 400 -12 014,0 020 04 12 19 2 6312 400 -8 778,0 020 04 12 19 2 6313 400 -16 855,0 020 04 12 19 2 6315 400 -15 000,0 020 04 12 19 2 6316 400 -9 671,2 020 04 12 19 2 6318 400 -66 305,4 020 04 12 19 2 6319 400 -17 947,0 020 04 12 19 2 6331 400 -19 074,0 020 04 12 19 2 6332 400 -13 609,0 020 04 12 19 2 6333 400 -19 477,8 020 04 12 19 2 6335 400 -42 110,9 020 04 12 19 2 6336 400 -9 004,5 020 04 12 19 2 6337 400 -9 233,5 020 04 12 19 2 6341 400 -17 916,2 020 04 12 19 2 6420 400 -4 500,0 020 04 12 19 2 6438 400 -3 500,0 020 04 12 19 2 6446 400 -184 566,0 020 04 12 19 2 6633 400 -1 871,2 020 04 12 19 2 9999 400 -4 689,9 020 04 12 20 1 6863 800 -400 000,0 020 04 12 20 2 6860 800 -200 000,0 020 04 12 20 4 6356 400 -9 144,0 020 04 12 20 4 9999 400 -6 219,7 020 04 12 99 9 6014 400 +2 600 000,0 020 06 05 16 1 6675 800 +1 381 909,0 022 +846 352,9 022 04 02 10 1 0059 100 -2 566,6 022 04 02 10 1 0059 200 -138,2 022 04 02 10 1 0059 300 +2 566,6 022 04 02 30 7 0011 100 +1 375,9 022 04 02 30 7 0019 200 -4 727,7 022 04 02 34 Ж 6724 400 +1 200 261,1 022 04 02 35 Д 5019 500 -330 356,6 022 04 02 99 9 5218 500 +160 629,4 022 04 11 30 7 0059 600 -80 824,2 022 04 12 30 6 9999 800 -79 805,2 022 04 12 99 9 6094 800 +4 725,0 022 06 05 12 1 9999 200 -24 786,6 048 -1 916,6 048 06 05 12 1 0019 800 -1 916,6 051 -382 249,1 051 01 13 12 1 2795 200 -159 900,0 051 01 13 12 1 2796 200 -3 600,0 051 04 07 12 2 2795 200 -86 500,0 051 04 07 12 2 2796 200 -197 000,0 051 04 11 12 1 0019 200 -205,2 051 04 11 12 2 0019 200 -421,2 051 04 11 28 1 0019 200 -813,7 051 04 11 28 3 0019 200 -916,2 051 04 11 29 4 0019 200 -2 892,8 051 06 03 12 2 0059 600 +70 000,0 052 -1 101 622,0 052 04 06 28 6 5016 500 -1 101 622,0 053 053 04 07 29 1 5129 500 +650 000,0 053 04 07 29 4 2796 200 -650 000,0 053 04 07 37 4 5099 500 +30 000,0 053 04 07 37 4 9999 200 -30 000,0 054 +630 513,5 054 08 01 11 1 0059 200 -51,0 054 08 01 11 1 5146 500 -14,6 054 08 01 11 2 0059 600 +200 000,0 054 08 01 11 2 5147 500 -100,0 054 08 01 11 2 5148 500 -50,0 054 08 01 11 2 6162 300 -480,9 054 08 01 11 2 6233 600 +20 000,0 054 08 01 11 2 6486 200 -9 406,0 054 08 01 11 2 6490 800 +442 021,0 054 08 01 11 4 0059 100 +7 998,4 054 08 01 11 4 0059 200 +1 347,6 054 08 01 11 4 0059 800 +60,0 054 08 01 11 5 5014 500 +75 884,7 054 08 01 11 5 9999 400 +350 000,0 054 08 02 11 2 6486 800 +700 000,0 054 08 04 11 1 2795 200 -456 246,0 054 08 04 11 1 2796 200 -700 434,0 054 08 04 11 4 0019 200 -15,7 056 -3 599 366,9 056 07 06 03 3 3986 300 +150 000,0 056 09 08 01 Г 0019 200 -2 300,0 056 09 09 01 2 0059 600 -180 000,0 056 09 09 01 3 6866 600 -3 900 000,0 056 09 09 01 Г 0019 200 -12 423,4 056 09 09 35 Д 5019 500 +330 356,6 056 14 03 99 9 5172 500 +14 999,9 060 -4 913,0 060 09 09 01 9 0019 200 -6 163,0 060 09 09 01 Г 0019 800 +1 250,0 069 +21 725 733,0 069 01 13 05 3 0019 200 -3 847,6 069 05 01 05 1 5474 500 -245 200,0 069 05 01 35 Ж 5101 500 -1 000 000,0 069 05 02 05 2 5030 500 -1 031 770,0 069 05 05 05 1 6512 800 +22 173 451,9 069 10 03 05 4 3588 300 -239 000,0 069 10 03 05 4 3589 300 +150 000,0 069 10 03 05 4 5020 500 -77 901,3 069 10 03 35 Ж 5101 500 +2 000 000,0 071 -1 791 113,5 071 01 08 23 4 2794 800 +10 000,0 071 04 10 23 1 2026 200 -12 802,3 071 04 10 23 1 2027 200 -1 558 812,9 071 04 10 23 4 0019 200 -2 000,0 071 04 10 23 4 2794 800 -2 960,8 071 04 10 23 4 7001 200 -220 537,5 071 04 11 23 4 0019 200 -4 000,0 074 +1 081 798,6 074 05 01 02 1 4009 400 -12 550,0 074 05 01 02 6 9999 400 +113 418,5 074 05 01 05 4 3592 400 -20 000,0 074 05 01 14 8 9999 400 -117 946,7 074 07 01 02 2 5112 500 -21 601,8 074 07 02 02 2 0059 600 +1 723 000,6 074 07 02 02 2 5112 500 -61 130,1 074 07 02 02 6 5026 500 -7 524,0 074 07 02 03 3 3986 300 -650,4 074 07 02 04 1 5027 500 -63 313,2 074 07 02 99 7 9999 400 +335 546,1 074 07 04 02 1 3893 500 -6 300,8 074 07 04 03 3 3986 300 -8 638,3 074 07 06 02 1 0059 600 -93 375,2 074 07 06 02 1 2794 800 +59 225,3 074 07 06 02 1 4009 400 -1 977,4 074 07 06 02 1 6161 300 -400 000,0 074 07 06 02 1 6235 600 -109 225,3 074 07 06 02 1 6479 800 +89 399,5 074 07 06 02 1 6481 800 +21 255,7 074 07 06 02 6 9999 400 -127 487,5 074 07 06 03 3 3986 300 -173 288,0 074 07 06 16 Т 0059 600 +100 000,0 074 07 06 99 7 9999 400 -120 771,0 074 07 09 02 2 6054 600 +102 720,0 074 07 09 08 5 5111 500 -1 343,2 074 07 09 08 5 9999 400 -115 644,2 076 -116 340,2 076 04 05 26 2 5396 500 -35 084,1 076 04 05 26 8 5416 500 -74 121,1 076 04 12 26 6 0019 200 -7 135,0 077 -2 821,2 077 07 09 02 3 0019 200 -2 821,2 081 -282 808,2 081 04 05 25 2 4009 400 -243 197,8 081 04 05 25 6 0059 600 +50 334,0 081 04 05 25 6 4009 400 -29 609,0 081 04 12 25 6 0019 200 -0,2 081 04 12 25 6 0019 800 -1 925,2 081 04 12 25 6 4009 400 -58 410,0 082 -4 565 016,9 082 04 05 25 1 5032 500 -5 856,9 082 04 05 25 1 5033 500 -6 470,7 082 04 05 25 1 5034 500 -169 214,5 082 04 05 25 1 5036 500 -6 525,0 082 04 05 25 1 5037 500 -63,8 082 04 05 25 1 5038 500 -28 840,8 082 04 05 25 1 5040 500 -31 647,7 082 04 05 25 1 5041 500 -404 575,8 082 04 05 25 1 5437 500 -100 000,0 082 04 05 25 2 0019 200 +190 020,4 082 04 05 25 2 5044 500 -3 364,9 082 04 05 25 2 5046 500 -102 000,0 082 04 05 25 2 5047 500 -6 638,8 082 04 05 25 2 5048 500 -5 108,0 082 04 05 25 2 5049 500 -829,5 082 04 05 25 2 5436 500 -29 127,0 082 04 05 25 2 6743 800 -190 020,4 082 04 05 25 3 5051 500 -2 177,0 082 04 05 25 4 5055 500 -392 077,1 082 04 05 25 4 5056 500 -5 468,8 082 04 05 25 8 5076 500 -531,0 082 04 05 25 8 9999 400 -17 637,1 082 04 05 25 9 5439 500 -500 000,0 082 04 05 25 9 5440 500 -100 000,0 082 04 05 25 9 5441 500 -100 000,0 082 04 05 25 Б 5043 500 -8 556,0 082 04 05 25 Б 5442 500 -100 000,0 082 04 05 25 Б 5443 500 -47 265,6 082 04 05 25 Б 5444 500 -342 762,6 082 04 05 25 Г 5031 500 -350 455,2 082 04 05 25 Г 5042 500 -2 814,4 082 04 05 25 Г 5050 500 -632,7 082 04 05 25 Г 5447 500 -100 000,0 082 04 05 25 Г 5449 500 -100 000,0 082 04 05 25 Д 5450 500 -1 357 930,7 082 04 05 25 Д 5452 500 -300 000,0 082 04 05 37 4 5099 500 -10 624,5 082 04 05 37 4 9999 400 +10 624,5 082 04 12 25 6 0019 200 -3,1 082 04 12 25 6 0019 800 -6 422,9 082 07 06 02 1 4009 400 -12 596,0 082 07 06 03 3 3986 300 +182 576,7 084 +3 694 086,9 084 04 10 23 1 2044 200 +1 558 812,9 084 04 10 23 1 6453 800 +2 135 274,0 089 -4 889,2 089 03 14 97 9 0049 100 +75,0 089 03 14 97 9 0049 200 -11 321,7 089 03 14 97 9 3969 100 +1,1 089 03 14 97 9 3989 100 +0,9 089 03 14 97 9 3990 100 +112,4 089 03 14 97 9 3992 200 -3 265,8 089 03 14 97 9 3996 100 +923,3 089 10 03 97 9 3012 300 +6 411,4 089 10 03 97 9 3023 300 +240,8 089 10 03 97 9 3594 300 +1 810,9 089 10 04 03 3 3003 300 +122,5 091 +50 000,0 091 07 07 02 4 0019 200 +50 000,0 092 +154 439 667,1 092 01 06 39 6 2795 200 -396 060,0 092 01 06 39 6 2796 200 -739 230,0 092 01 06 99 9 0019 200 -32 501,3 092 01 06 99 9 0059 100 +20 000,0 092 01 06 99 9 4009 400 -578,6 092 01 08 39 6 2794 200 -346 155,1 092 01 08 39 6 2794 800 +30 563 962,8 092 01 08 41 1 2791 800 +88 194,0 092 01 08 41 1 2792 800 -890 700,0 092 01 11 10 1 2057 800 -1 500 000,0 092 01 11 39 2 2054 800 +1 500 000,0 092 01 13 39 2 3596 800 -5 132 969,9 092 01 13 39 5 2037 200 -127 758,0 092 01 13 39 5 3596 800 +302 435,5 092 01 13 39 5 9999 200 +10 000,0 092 01 13 39 6 2795 200 -2 967 510,9 092 01 13 39 6 2796 200 -15 258 978,1 092 01 13 39 8 0059 100 -20 000,0 092 01 13 39 8 0059 200 -114,9 092 01 13 39 8 3987 100 -234,8 092 01 13 99 9 3596 300 -160 000,0 092 01 13 99 9 9999 800 -4 192 861,7 092 04 01 99 9 2099 800 +3 244 453,7 092 04 11 99 9 9999 800 -8 952,6 092 04 12 15 Б 6218 600 +157 300,6 092 04 12 39 5 2056 800 -3 083 594,1 092 04 12 99 9 4990 800 -1 385 388,3 092 05 05 39 5 2056 800 -1 440 000,0 092 09 01 01 2 0059 800 -204 252,2 092 10 01 03 1 3019 500 +500 000,0 092 10 01 71 0 3001 300 -21 075 348,3 092 10 01 71 0 5185 500 -10 282 901,1 092 10 01 71 0 5206 500 +124 261 573,0 092 10 03 03 1 3068 500 +2 621 857,3 092 10 03 03 1 5300 500 -220 000,0 092 10 03 99 9 9999 800 -2 621 857,3 092 13 02 39 5 2788 700 +7 673 594,1 092 14 02 36 2 5002 500 +52 688 689,1 092 14 02 36 2 5409 500 +2 788 162,6 092 14 02 36 2 5410 500 +107 391,6 096 -1 200,0 096 04 01 23 3 0019 200 +9 000,0 096 04 01 23 3 0019 800 -1 200,0 096 04 10 23 3 4009 400 -9 000,0 100 -177 458,6 100 01 06 39 2 0011 100 -13 952,8 100 01 06 39 2 0012 100 +3 622,6 100 01 06 39 2 0019 200 -3 840,3 100 01 06 39 2 0019 300 +6 330,2 100 01 06 39 2 0059 100 -169 618,3 100 01 06 39 2 3974 100 +998,1 100 01 06 39 2 3987 100 -998,1 103 +437 559,7 103 04 08 24 8 0019 200 -4,6 103 04 08 24 8 0039 100 +3 600,1 103 04 08 24 8 6061 600 -70 000,0 103 04 08 24 8 6567 800 -127 705,7 103 04 08 24 Б 2059 400 +604 748,6 103 04 08 24 Б 2064 200 -65 422,6 103 04 08 24 Б 2064 600 -21 931,1 103 04 08 24 Б 2064 800 -52 000,0 103 04 11 21 4 9999 200 +166 275,0 106 -10 393,5 106 04 08 24 5 0019 200 -3 027,9 106 04 11 24 5 0019 200 -7 365,6 107 -5 123 687,5 107 02 09 99 6 9999 400 -1 146 294,5 107 04 08 24 3 0019 200 -80,1 107 04 08 24 3 0059 200 -18,9 107 04 08 24 3 6078 800 -86 456,0 107 04 08 24 3 6431 800 +7 053,6 107 04 08 24 3 6432 800 -43 222,5 107 04 08 24 3 6434 800 -39 963,0 107 04 08 24 3 6435 800 -504 867,4 107 04 08 24 Б 2027 400 -2 584 622,4 107 04 08 24 Б 2063 400 -396 962,9 107 04 08 24 Г 9999 400 -47 532,6 107 04 08 34 Ж 9999 400 -185 717,3 107 07 06 24 Б 2063 400 -85 922,5 107 09 01 24 Б 2063 400 -9 081,0 108 +704 964,2 108 04 08 24 2 0019 200 -1 394,2 108 04 09 24 Б 2060 400 +316 555,1 108 04 09 24 Б 5115 500 -183 574,1 108 04 09 25 7 5018 500 -0,6 108 04 09 34 И 5100 500 -321 822,0 108 04 09 37 4 5099 500 +650 000,0 108 14 03 99 9 5476 500 +245 200,0 109 +1 128 866,9 109 04 08 24 1 0019 200 -2 987,9 109 04 08 24 1 6080 800 +508 700,0 109 04 08 24 1 6400 400 +1 150 000,0 109 04 08 24 1 6447 800 +473 154,8 109 04 08 24 Б 2066 400 -1 000 000,0 110 +1 292 995,8 110 04 08 24 Б 2061 200 +400 000,0 110 04 08 24 Б 2061 400 +1 297 901,8 110 04 08 99 7 9999 400 -331 358,2 110 04 11 18 7 9999 200 -17 902,5 110 04 11 24 Б 2061 200 -1 200,0 110 04 11 24 Б 2062 200 -2 193,5 110 04 12 22 6 9999 200 -52 251,8 135 -37 127,1 135 12 01 23 2 2027 400 -37 125,9 135 12 01 23 2 6495 800 +2 000 000,0 135 12 01 23 2 6717 800 -2 000 000,0 135 12 02 23 2 6491 800 -5 000,0 135 12 02 23 2 6500 800 +5 000,0 135 12 04 23 2 0019 200 -1,2 139 -16 822 322,9 139 01 08 27 3 0039 200 -19 141,5 139 01 13 99 9 0019 200 -690,9 139 04 02 99 7 5188 500 -763 293,1 139 04 06 99 7 5188 500 -3 913 980,0 139 04 09 99 7 5188 500 -6 338 950,0 139 04 10 23 4 7001 200 -18 000,0 139 04 11 99 7 9999 200 -100 000,0 139 04 12 99 7 5188 500 -1 146 250,0 139 04 12 99 7 9999 200 -253 980,0 139 05 02 37 4 5099 500 -510 823,5 139 05 02 99 7 5188 500 -920 938,8 139 05 02 99 9 4009 400 -165 172,1 139 07 01 37 4 5099 500 -324 600,4 139 07 01 99 7 5188 500 -758 510,0 139 07 02 37 4 5099 500 +37 350,0 139 07 02 99 7 5188 500 -339 920,0 139 07 05 15 7 0059 200 -223 380,0 139 07 06 02 1 4009 400 -1 116,5 139 08 01 37 4 5099 500 -90 595,0 139 08 01 99 7 5188 500 -368 500,0 139 08 04 99 7 5188 500 -517 350,0 139 09 02 99 7 5188 500 -119 800,0 139 09 09 37 4 5099 500 +322 799,5 139 09 09 99 7 5188 500 -203 350,0 139 10 06 37 4 5099 500 -84 130,6 141 -727,6 141 09 07 01 9 0059 200 -207,6 141 09 09 01 9 0019 200 -520,0 149 +2 869 368,7 149 01 08 03 2 2794 800 +8 529,5 149 01 08 07 3 2794 800 +162 162,4 149 10 02 04 2 0059 200 +113 979,2 149 10 02 04 2 0059 300 +6 500,0 149 10 03 03 3 5380 500 +2 033 349,9 149 10 03 04 2 5280 500 -56 403,9 149 10 04 03 3 5084 500 +925 108,5 149 10 04 03 3 5270 500 -313 417,2 149 10 05 03 2 0019 200 -2 150,0 149 10 05 03 2 0059 600 +550,0 149 10 05 07 1 0019 200 -150,0 149 10 06 03 2 0059 600 +16 000,0 149 10 06 04 1 5027 500 -14 638,0 149 10 06 07 3 0019 200 -6 145,7 149 10 06 16 Т 0019 200 -3 906,0 149 10 06 99 9 0019 100 -18,0 149 10 06 99 9 3969 100 +18,0 150 -6 142 348,6 150 04 01 07 3 0011 100 +7 614,0 150 04 01 07 3 0012 100 -7 614,0 150 04 01 07 3 0019 200 +32 649,9 150 04 01 07 3 4009 400 +11 092,8 150 10 03 03 1 3004 200 -4 631,6 150 10 03 03 1 3004 300 -673 371,5 150 10 03 03 1 3008 200 -33,6 150 10 03 03 1 3008 300 -5 954,7 150 10 03 03 1 3980 200 -49 042,8 150 10 03 03 1 3980 300 -3 023 244,7 150 10 03 03 1 3982 200 +435,8 150 10 03 03 1 3982 300 +217 512,3 150 10 03 03 1 3983 200 -974,5 150 10 03 03 1 3983 300 -140 966,9 150 10 03 03 1 5137 500 -3 085 434,8 150 10 03 03 3 3026 200 -440,7 150 10 03 03 3 3026 300 -75 658,9 150 10 03 03 3 3055 200 -55,7 150 10 03 03 3 3055 300 -14 313,7 150 10 03 07 1 5290 500 +674 347,2 150 10 03 08 4 3899 300 -4 262,5 151 -2 807,9 151 01 06 39 3 0019 200 -2 807,9 153 -97 196,8 153 01 06 03 3 3990 100 +261,4 153 01 06 03 3 3991 100 +5 222,8 153 01 06 27 5 0049 200 +247 125,1 153 01 06 27 5 4009 400 +76 568,5 153 05 01 27 5 4033 400 -21 879,5 153 05 01 27 5 4034 400 -288 514,5 153 09 01 27 5 0059 800 -4 321,9 153 10 01 71 0 3001 300 -340 000,0 153 10 03 03 1 3105 300 -5 484,2 153 10 03 27 5 3594 300 +233 825,5 157 +284 245,1 157 01 13 15 9 0019 200 -1 811,1 157 01 13 15 9 2020 200 -894,3 157 01 13 15 9 2796 200 +286 950,5 160 -56,0 160 01 06 39 9 0012 100 -14,0 160 01 06 39 9 0019 200 -42,0 165 +21 216,5 165 01 08 15 4 2794 800 +600,0 165 01 13 15 4 0012 100 +3 238,0 165 01 13 15 4 0019 200 -621,5 165 04 10 23 4 7001 200 +18 000,0 169 169 01 08 12 5 2794 800 +13 268,2 169 01 13 12 3 2796 200 -13 268,2 171 +829 078,8 171 01 09 03 3 3969 100 +20,3 171 01 09 38 2 0059 200 +851 290,0 171 01 09 38 2 0059 800 -22 921,2 171 01 09 38 2 3974 100 +201,9 171 01 09 38 2 3987 100 +487,8 172 -18,5 172 04 01 16 Ц 0019 200 -18,5 172 04 11 21 4 9999 200 +15 292,4 172 04 12 21 4 9999 200 +2 707,6 172 04 12 21 4 9999 400 -18 000,0 174 -364,8 174 01 12 11 4 0019 200 -1 000,0 174 04 12 11 4 0011 100 +635,2 177 -5 032 097,9 177 03 09 03 3 3989 100 -81,4 177 03 09 03 3 3991 100 +14 000,0 177 03 09 10 1 0039 200 -3 850,0 177 03 09 10 1 0049 100 -32 680,0 177 03 09 10 1 0049 300 -6 000,0 177 03 09 10 1 0059 100 -3 019,6 177 03 09 10 1 0059 200 +20 111,9 177 03 09 10 1 0059 300 +12 000,0 177 03 09 10 1 0059 600 -168 147,9 177 03 09 10 1 3968 100 -1 000,0 177 03 09 10 1 3974 100 +50,0 177 03 09 10 1 3987 100 -7 310,0 177 03 09 10 1 3994 100 -12 700,0 177 03 09 10 1 3996 100 -9 000,0 177 03 09 10 1 4009 400 -377 286,0 177 03 09 10 1 6057 200 -616,6 177 03 09 10 2 0049 100 -441 800,0 177 03 09 10 2 3974 100 -300,0 177 03 09 10 2 3994 100 -9 000,0 177 03 09 10 2 3996 100 +130 000,0 177 03 09 10 9 9999 400 -0,4 177 03 10 03 3 3988 100 -5 000,0 177 03 10 03 3 3989 100 +81,4 177 03 10 03 3 3991 100 +37 000,0 177 03 10 10 1 0059 100 +64 663,0 177 03 10 10 1 0059 200 -67 402,1 177 03 10 10 1 0059 300 +40 000,0 177 03 10 10 1 0059 600 -270 000,0 177 03 10 10 1 3970 100 -15 000,0 177 03 10 10 1 3974 100 +1 200,0 177 03 10 10 1 3987 100 -9 900,0 177 03 10 10 1 3994 100 +20 000,0 177 03 10 10 1 3996 100 +400 000,0 177 03 10 10 1 4009 400 -32 100,0 177 03 14 10 9 5098 500 -1 445,5 177 05 01 05 4 3591 400 -211 733,4 177 05 01 10 2 4031 400 -67 464,2 177 05 01 10 2 4033 400 -27 392,8 177 05 01 10 2 4034 400 -23 939,4 177 07 05 10 1 0059 600 -36 072,8 177 07 06 10 1 4009 400 -848 509,0 177 07 06 10 2 0059 600 -250 000,0 177 09 01 10 1 4009 400 -2 870 726,2 177 09 02 10 1 0059 600 -38 989,9 177 10 03 03 1 3013 300 +76 651,2 177 10 03 03 1 3114 300 +2 755,5 177 10 03 03 1 3959 300 +1 500,0 177 10 03 03 3 3986 300 +3 104,6 177 14 03 10 5 5107 500 -6 748,3 182 -879 372,9 182 01 06 39 4 0012 100 -648 772,7 182 01 06 39 4 0019 200 -205 323,0 182 01 06 39 4 0019 300 +26 000,0 182 01 06 39 4 4009 400 -51 249,5 182 01 13 39 4 0059 200 -27,7 187 +40 045 189,7 187 02 01 03 3 3990 100 -980 000,0 187 02 01 99 9 0049 100 +11 938 132,2 187 02 01 99 9 0049 200 +28 315 883,6 187 02 01 99 9 0049 300 -22 300,0 187 02 01 99 9 2798 200 +58 531,2 187 02 01 99 9 3968 100 -259 583,8 187 02 01 99 9 3987 100 +100 000,0 187 02 01 99 9 3992 200 -206 342,5 187 02 01 99 9 3994 100 +500 000,0 187 02 01 99 9 3996 100 +554 067,4 187 02 03 99 9 0049 800 +606 100,0 187 02 03 99 9 5118 500 +258 502,2 187 02 03 99 9 6227 600 +230 900,0 187 02 08 21 4 9999 200 +423 714,0 187 02 09 21 4 9999 200 -423 714,0 187 02 09 99 9 4009 400 +13 404 491,4 187 07 01 99 9 0059 100 -88 216,4 187 07 02 99 9 0059 100 -1 788,0 187 07 04 99 9 0059 100 +28 775,0 187 07 04 99 9 0059 300 +165,4 187 07 05 99 9 0059 100 -97 171,2 187 07 06 99 9 0059 100 -10 705 518,3 187 07 07 99 9 0059 100 -6 119,4 187 08 01 99 9 0059 100 -65 009,9 187 09 01 99 9 0059 100 -1 317 619,9 187 09 01 99 9 0059 200 -67 832,9 187 09 05 99 9 0059 100 +106 069,6 187 09 07 99 9 0059 100 -54 723,8 187 10 01 71 0 3001 200 -50 000,0 187 10 01 71 0 3001 300 -1 000 000,0 187 10 03 03 1 3002 300 -175 500,0 187 10 03 03 1 3004 300 -65 000,0 187 10 03 03 1 3005 300 -500,0 187 10 03 03 1 3006 300 -1 000,0 187 10 03 03 1 3008 300 -300,0 187 10 03 03 1 3009 300 -142,2 187 10 03 03 1 3014 300 -550 000,0 187 10 03 03 1 3017 300 -305 181,0 187 10 03 03 1 3019 300 -80 000,0 187 10 03 03 1 3024 300 -366 118,1 187 10 03 03 1 3026 300 -250 000,0 187 10 03 03 1 3030 300 -4 000,0 187 10 03 03 1 3035 300 -90 000,0 187 10 03 03 1 3036 300 -2 500,0 187 10 03 03 1 3039 300 -50 000,0 187 10 03 03 1 3981 300 -200 000,0 187 10 03 99 9 3596 300 +115,8 187 10 04 03 3 3003 300 +5 923,3 187 12 01 99 9 6798 800 +1 000 000,0 188 +10 469 949,0 188 03 02 03 3 3988 100 +200 000,0 188 03 02 03 3 3989 100 +204,0 188 03 02 03 3 3991 100 +90 000,0 188 03 02 08 1 0049 100 -6 000,0 188 03 02 08 2 0049 100 +2 988 000,0 188 03 02 08 2 0059 100 -60 965,8 188 03 02 08 4 0049 100 +2 152 352,3 188 03 02 08 4 0049 200 +3 378 239,7 188 03 02 08 4 0059 100 -4 005,0 188 03 02 08 4 2019 200 -13 946,5 188 03 02 08 4 3971 200 +678 999,9 188 03 02 08 4 3996 100 +500 000,0 188 03 02 08 4 4009 400 -109 828,5 188 03 02 99 9 3981 100 -60,0 188 03 03 03 3 3988 100 +29 000,0 188 03 03 03 3 3990 100 +19 000,0 188 03 03 03 3 3991 100 +26 000,0 188 03 03 08 4 0049 100 -7 499,5 188 03 03 08 4 0049 200 +1 063 496,0 188 03 03 08 4 6162 100 -500,6 188 03 13 08 4 0059 100 -1 231,0 188 03 13 08 4 2018 200 -31 917,3 188 05 01 08 4 4033 400 -39 290,8 188 07 01 08 4 0059 100 -9 051,9 188 07 02 08 2 0059 100 -594,0 188 07 02 08 4 0059 100 -3 865,8 188 07 02 08 4 0059 200 -169,5 188 07 06 03 3 3988 100 +650,0 188 07 06 08 3 0059 100 +23 799,4 188 07 06 08 4 0059 100 -135 511,5 188 07 06 08 4 0059 200 -40,0 188 09 01 03 3 3988 100 +2 000,0 188 09 01 03 3 3991 100 +700,0 188 09 01 08 4 0059 100 +92 052,0 188 09 01 08 4 0059 200 +174 013,5 188 09 01 08 4 4009 400 -24 542,5 188 09 02 08 4 0059 100 -135,0 188 09 05 08 4 0059 100 +38 398,5 188 09 05 08 4 0059 200 +968,6 188 09 07 03 3 3988 100 -213,8 188 09 07 03 3 3989 100 -0,5 188 09 07 03 3 3991 100 -176,6 188 09 07 08 4 0059 100 +1 618,4 188 10 01 71 0 3001 200 +105,5 188 10 01 71 0 3001 300 +1 010 244,2 188 10 03 03 1 3014 300 -53 000,0 188 10 03 03 1 3023 300 -80 017,7 188 10 03 03 1 3024 300 -76 959,1 188 10 03 03 1 3025 300 -1 500 000,0 188 10 03 03 1 3026 300 -33 096,6 188 10 03 03 1 3981 300 +76 266,5 188 10 03 08 4 3492 300 +110 330,0 188 10 03 08 4 3580 300 +6 000,0 188 10 03 08 4 3970 300 +52,3 188 10 03 08 4 3971 300 +17,7 188 10 03 99 9 3981 300 +60,0 189 -106 726,6 189 10 03 03 1 3002 300 +1 718,2 189 10 03 03 1 3004 300 -4 617,9 189 10 03 03 1 3006 300 -47,7 189 10 03 03 1 3014 300 -308,3 189 10 03 03 1 3019 300 -1 370,8 189 10 03 03 1 3024 300 -181 078,3 189 10 03 03 1 3026 300 -2 946,1 189 10 03 03 1 3030 300 -442,7 189 10 03 03 1 3035 300 -4 039,6 189 10 03 03 1 3039 300 -372,7 189 10 03 03 1 3055 300 -416,8 189 10 03 03 1 3981 300 +87 196,1 192 -45 709,6 192 03 11 07 2 0039 100 -2 829,8 192 03 11 07 2 0049 100 -42 238,9 192 03 11 07 2 0049 200 -200 000,0 192 03 11 07 2 0049 800 -1 111,4 192 03 11 07 2 0059 100 +40,8 192 03 11 07 2 0059 800 -1 900,0 192 03 11 07 2 3897 200 -290 687,9 192 03 11 07 2 3897 300 -62 934,2 192 03 11 07 2 3898 200 +271,8 192 03 11 07 2 3898 300 -271,8 192 03 11 07 2 5225 500 +68 163,1 192 03 11 07 4 2008 100 -3 280,0 192 03 11 07 4 2008 200 -51 675,4 192 03 11 07 4 2008 300 +254 955,4 192 03 11 23 4 0049 200 -65 497,3 192 10 03 03 1 3023 300 +12 259,3 192 10 03 03 1 3025 300 +24 855,3 192 10 03 07 2 3594 300 +30 712,4 192 14 03 99 9 5224 500 +285 459,0 204 -75 560,9 204 03 08 03 3 3988 100 +7 392,5 204 03 08 03 3 3990 100 -469,2 204 03 08 03 3 3991 100 +2 165,1 204 03 08 08 4 3899 800 -20 000,0 204 03 08 09 1 0039 100 -4 813,2 204 03 08 09 1 0049 200 +208 217,3 204 03 08 09 1 0049 800 +100,0 204 03 08 09 1 3996 100 +30 426,5 204 03 13 03 3 3988 100 -70,2 204 03 13 03 3 3990 100 -29,9 204 03 13 09 1 3996 100 -485,4 204 07 05 03 3 3988 100 -480,9 204 07 05 03 3 3990 100 -42,6 204 07 05 03 3 3991 100 -559,2 204 07 05 09 1 0059 200 +6 058,9 204 07 05 09 1 0059 800 -77,2 204 07 06 03 3 3988 100 -296,1 204 07 06 03 3 3990 100 -32,2 204 07 06 03 3 3991 100 -359,6 204 07 06 09 1 0059 200 +3 887,8 204 07 06 09 1 0059 800 +25,0 204 07 06 09 1 3994 100 -108,7 204 09 02 03 3 3988 100 -104,5 204 09 02 09 1 0059 100 -264,4 204 09 02 09 1 0059 200 +582,2 204 09 02 09 1 0059 800 -417,0 204 09 02 09 1 3996 100 -70,7 204 09 05 03 3 3988 100 -101,1 204 09 05 03 3 3990 100 -32,9 204 09 05 03 3 3991 100 -140,8 204 09 05 09 1 0059 200 +38 487,1 204 09 05 09 1 0059 800 -366,0 204 09 05 09 1 3996 100 -245,9 204 09 05 09 1 3999 100 -183,8 204 10 01 71 0 3001 200 -590,0 204 10 01 71 0 3001 300 -380 737,2 204 10 03 03 1 3004 300 -121,3 204 10 03 03 1 3015 300 -40 000,0 204 10 03 03 1 3031 300 -470,0 204 10 03 09 1 3105 300 +13 766,7 204 10 03 09 1 3594 300 +75 000,0 204 10 03 09 1 3959 300 -10 000,0 259 +3 266 986,5 259 01 08 21 2 2794 800 +1 086 999,2 259 04 03 21 4 9999 200 -5 287 256,0 259 04 11 21 4 9999 200 +5 287 256,0 259 04 12 19 2 6287 400 -3 838,4 259 04 12 19 2 6353 400 -30 000,0 259 04 12 21 2 6379 800 +3 203 810,5 259 04 12 21 2 6865 800 +2 365 000,0 259 04 12 21 3 6287 400 -69 460,4 259 04 12 21 3 9999 400 -2 014 426,5 259 04 12 21 4 6353 400 -45 000,0 259 04 12 21 4 6767 400 -67 500,0 259 04 12 21 4 9999 400 -293 597,9 259 04 12 21 5 2081 400 -865 000,0 260 +503 007,3 260 01 13 27 6 0019 200 -1 001,2 260 01 13 27 6 0039 100 -4 573,3 260 04 12 27 6 0059 200 -599,5 260 04 12 27 6 9999 200 +453 581,3 260 04 12 27 6 9999 800 +55 600,0 279 279 02 09 99 9 0049 100 -1 500,0 279 02 09 99 9 0049 200 -33 236,1 279 02 09 99 9 0049 800 -550,0 279 02 09 99 9 3580 300 +35 286,1 302 302 01 08 92 9 2794 800 +85,0 302 01 13 92 9 0019 200 -85,0 303 -9 363 665,7 303 01 01 77 2 0011 100 +250 959,7 303 01 01 77 2 0019 200 -36 425,3 303 01 01 89 2 0019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