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31, ст. 4322; № 49, ст. 6758; 2013, № 7, ст. 606; № 39, ст. 4883; № 48, ст. 6165; 2014, № 11, ст. 1098; № 28, ст. 3851; № 30, ст. 4269; № 49, ст. 6927) следующие изменения</w:t>
      </w:r>
    </w:p>
    <w:p>
      <w:r>
        <w:t>в части 13 статьи 36 слова "с соблюдением" заменить словами "в том числе с учетом", дополнить предложением следующего содержания: "Комиссия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страхования, в том числе в соответствии с указанным в настоящей части соглашением."</w:t>
      </w:r>
    </w:p>
    <w:p>
      <w:r>
        <w:t>часть 2 статьи 44 дополнить пунктом 16 следующего содержания: "16) сведения о медицинском работнике, выбранном застрахованным лицом в соответствии с законодательством Российской Федерации для получения первичной медико-санитарной помощи."</w:t>
      </w:r>
    </w:p>
    <w:p>
      <w:r>
        <w:t>статью 50 дополнить частью 111 следующего содержания: "111. После завершения реализации указанных в части 1 настоящей статьи программ не использованные по состоянию на 1 января текущего финансового года остатки средств, образовавшиеся в Государственной корпорации "Ростех" в результате неполного использования предоставленных в соответствии с пунктом 3 части 6 настоящей статьи субсидий из бюджетов субъектов Российской Федерации, подлежат возврату в доход соответствующего бюджета субъекта Российской Федерации, из которого они были предоставлены, в течение первых 5 рабочих дней текущего финансового года."</w:t>
      </w:r>
    </w:p>
    <w:p>
      <w:r>
        <w:t>в статье 51: а) в части 71 слова "В 2015 году" заменить словами "В 2016 году", слова "на 1 апреля 2014 года" заменить словами "на 1 января 2015 года", после слов "общей численностью населения" дополнить словами "на 1 января 2015 года", слова "на указанную дату" заменить словами "на 1 апреля 2015 года"; б) в части 81 слова "В 2015 году" заменить словами "В 2016 году", слова "на 1 апреля 2014 года" заменить словами "на 1 января 2015 года"; в) часть 121 изложить в следующей редакции: "121. В 2016 году осуществляются единовременные компенсационные выплаты медицинским работникам в возрасте до 50 лет, имеющим высшее образование, прибывшим в 2016 году на работу в сельский населенный пункт, либо рабочий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договор, в размере одного миллиона рублей на одного указанного медицинского работника. Финансовое обеспечение единовременных компенсационных выплат медицинским работникам в 2016 году осуществляется за счет иных межбюджетных трансфертов,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год, и средств бюджетов субъектов Российской Федерации в соотношении соответственно 60 и 40 процентов."; г) в пункте 1 части 122 слова "либо рабочем поселке" заменить словами ", либо рабочем поселке, либо поселке городского типа", слова "либо рабочий поселок" заменить словами ", либо рабочий поселок, либо поселок городского типа"; д) в части 20 слова "В 2015 году" заменить словами "В 2015 - 2016 годах"; е) дополнить частью 23 следующего содержания: "23.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федеральными государственными учреждениями, подведомственными Министерству здравоохранения Российской Федерации, Управлению делами Президента Российской Федерации, Федеральному медико-биологическому агентству и Федеральному агентству научных организаций."</w:t>
      </w:r>
    </w:p>
    <w:p>
      <w:r>
        <w:rPr>
          <w:b/>
        </w:rPr>
        <w:t>Статья 2</w:t>
      </w:r>
    </w:p>
    <w:p>
      <w:r>
        <w:t>Часть 41 статьи 45 Федерального закона от 12 апреля 2010 года № 61-ФЗ "Об обращении лекарственных средств" (Собрание законодательства Российской Федерации, 2010, № 16, ст. 1815; 2012, № 26, ст. 3446; 2014, № 43, ст. 5797; № 52, ст. 7540) изложить в следующей редакции: "41. Перечень лекарственных препаратов для медицинского применения, в отношении которых устанавливаются требования к объему тары, упаковке и комплектности, перечень лекарственных препаратов для ветеринарного применения, в отношении которых устанавливаются требования к объему тары, а также требования к объему тары, упаковке и комплектности лекарственных препаратов для медицинского применения, требования к объему тары лекарственных препаратов для ветеринарного применения определяются соответствующими уполномоченными федеральными органами исполнительной власти в порядке, установленном Правительством Российской Федерации.".</w:t>
      </w:r>
    </w:p>
    <w:p>
      <w:r>
        <w:rPr>
          <w:b/>
        </w:rPr>
        <w:t>Статья 3</w:t>
      </w:r>
    </w:p>
    <w:p>
      <w:r>
        <w:t>В части 81 статьи 101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2012, № 26, ст. 3442; 2013, № 27, ст. 3477; № 48, ст. 6165; 2014, № 30, ст. 4206; № 49, ст. 6927) слова "до 1 января 2016 года" заменить словами "до 1 января 2017 года".</w:t>
      </w:r>
    </w:p>
    <w:p>
      <w:r>
        <w:rPr>
          <w:b/>
        </w:rPr>
        <w:t>Статья 4</w:t>
      </w:r>
    </w:p>
    <w:p>
      <w:r>
        <w:t>Внести в статью 4 Федерального закона от 1 декабря 2014 года № 418-ФЗ "О внесении изменений в Федеральный закон "Об обязательном медицинском страховании в Российской Федерации" и отдельные законодательные акты Российской Федерации" (Собрание законодательства Российской Федерации, 2014, № 49, ст. 6927) следующие изменения</w:t>
      </w:r>
    </w:p>
    <w:p>
      <w:r>
        <w:t>часть 3 признать утратившей силу</w:t>
      </w:r>
    </w:p>
    <w:p>
      <w:r>
        <w:t>дополнить частью 31 следующего содержания: "31. Положения Федерального закона от 30 ноября 2011 года № 354-ФЗ "О размере и порядке расчета тарифа страхового взноса на обязательное медицинское страхование неработающего населения" (в редакции настоящего Федерального закона) применяются к правоотношениям, возникающим в процессе составления и исполнения бюджетов Республики Крым и города федерального значения Севастополя, Федерального 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и 2, подпункты "а" - "г", "е" пункта 4 статьи 1 и статья 4 настоящего Федерального закона вступают в силу с 1 января 2016 года</w:t>
      </w:r>
    </w:p>
    <w:p>
      <w:r>
        <w:rPr>
          <w:b/>
        </w:rPr>
        <w:t xml:space="preserve">3. </w:t>
      </w:r>
      <w:r>
        <w:t>Положения частей 71 и 81 статьи 51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применяются к правоотношениям, возникающим в процессе составления и исполнения бюджетов Республики Крым и города федерального значения Севастополя, Федерального 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 на 2016 год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