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2016 год</w:t>
      </w:r>
    </w:p>
    <w:p>
      <w:r>
        <w:rPr>
          <w:b/>
        </w:rPr>
        <w:t>Статья 1. Основные характеристики федерального бюджета на 2016 год</w:t>
      </w:r>
    </w:p>
    <w:p>
      <w:r>
        <w:t>Утвердить основные характеристики федерального бюджета на 2016 год, определенные исходя из прогнозируемого объема валового внутреннего продукта в размере 82 815,0 млрд. рублей и уровня инфляции, не превышающего 5,8 процента (декабрь 2016 года к декабрю 2015 года): (В редакции Федерального закона от 22.11.2016 № 397-ФЗ) 1) прогнозируемый общий объем доходов федерального бюджета в сумме 13 368 595 322,6 тыс. рублей; (В редакции Федерального закона от 22.11.2016 № 397-ФЗ) 2) общий объем расходов федерального бюджета в сумме 16 402 972 687,7 тыс. рублей; (В редакции Федерального закона от 22.11.2016 № 397-ФЗ) 3) нормативную величину Резервного фонда в сумме 5 797 050 000,0 тыс. рублей; (В редакции Федерального закона от 22.11.2016 № 397-ФЗ) 4) верхний предел государственного внутреннего долга Российской Федерации на 1 января 2017 года в сумме 9 867 760 927,5 тыс. рублей; (В редакции Федерального закона от 22.11.2016 № 397-ФЗ) 5) верхний предел государственного внешнего долга Российской Федерации на 1 января 2017 года в сумме 55,1 млрд. долларов США, или 49,7 млрд. евро; (В редакции Федерального закона от 22.11.2016 № 397-ФЗ) 6) дефицит федерального бюджета в сумме 3 034 377 365,1 тыс. рублей. (В редакции Федерального закона от 22.11.2016 № 397-ФЗ)</w:t>
      </w:r>
    </w:p>
    <w:p>
      <w:r>
        <w:rPr>
          <w:b/>
        </w:rPr>
        <w:t>Статья 2. Нормативы распределения доходов между бюджетами бюджетной системы Российской Федерации на 2016 год</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2016 год согласно приложению 1 к настоящему Федеральному закону</w:t>
      </w:r>
    </w:p>
    <w:p>
      <w:r>
        <w:rPr>
          <w:b/>
        </w:rPr>
        <w:t xml:space="preserve">2.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территории Ненецкого автономного округа, в 2016 году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в том числе налогов, предусмотренных специальными налоговыми режимами, и сборов,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2016 году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в 2016 году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по нормативам, установленным приложением 3 к настоящему Федеральному закону</w:t>
      </w:r>
    </w:p>
    <w:p>
      <w:r>
        <w:rPr>
          <w:b/>
        </w:rPr>
        <w:t xml:space="preserve">5. </w:t>
      </w:r>
      <w:r>
        <w:t>Установить, что в 2016 году возврат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производится в соответствии с порядком, установленным Министерством финансов Российской Федерации для возврата сумм акцизов, за счет средств бюджетов субъектов Российской Федерации в соответствии с нормативами распределения, установленными на 2016 год согласно приложению 4 к настоящему Федеральному закону</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5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6 к настоящему Федеральному закону</w:t>
      </w:r>
    </w:p>
    <w:p>
      <w:r>
        <w:rPr>
          <w:b/>
        </w:rPr>
        <w:t xml:space="preserve">3. </w:t>
      </w:r>
      <w:r>
        <w:t>Федеральные органы государственной власти, федеральные государственные органы, Центральный банк Российской Федерации, являющиеся главными администраторами доходов федерального бюджета, по согласованию с Министерством финансов Российской Федерации вправе наделить свои территориальные органы, а также подведомственные им казенные учреждения отдельными полномочиями главных администраторов доходов федерального бюджета путем издания правовых актов</w:t>
      </w:r>
    </w:p>
    <w:p>
      <w:r>
        <w:rPr>
          <w:b/>
        </w:rPr>
        <w:t>Статья 4. Особенности администрирования доходов бюджетов бюджетной системы Российской Федерации в 2016 году</w:t>
      </w:r>
    </w:p>
    <w:p>
      <w:r>
        <w:rPr>
          <w:b/>
        </w:rPr>
        <w:t xml:space="preserve">1. </w:t>
      </w:r>
      <w:r>
        <w:t>Установить, что</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3. </w:t>
      </w:r>
      <w:r>
        <w:t>Установить, что размер платы за услуги, оказываемые федеральными казенными учреждениями в соответствии с их учредительными документами, устанавливается федеральным органом исполнительной власти, осуществляющим бюджетные полномочия главного администратора доходов федерального бюджета, в ведении которого находится соответствующее федеральное казенное учреждение</w:t>
      </w:r>
    </w:p>
    <w:p>
      <w:r>
        <w:rPr>
          <w:b/>
        </w:rPr>
        <w:t xml:space="preserve">1. </w:t>
      </w:r>
      <w:r>
        <w:t>возврат суммы налога, подлежащей возмещению в соответствии с Налоговым кодексом Российской Федерации, отражается по коду классификации доходов бюджетов, предусмотренному для учета доходов от указанного налога (за исключением возврата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возврат которых отражается по коду классификации доходов бюджетов, предусмотренному для учета возврата доходов от указанного налога за 2013 год)</w:t>
      </w:r>
    </w:p>
    <w:p>
      <w:r>
        <w:rPr>
          <w:b/>
        </w:rPr>
        <w:t xml:space="preserve">1. </w:t>
      </w:r>
      <w:r>
        <w:t>уплата процентов, начисленных при нарушении сроков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5. Особенности использования в 2016 году средств, получаемых отдельными юридическими лицами из федерального бюджета</w:t>
      </w:r>
    </w:p>
    <w:p>
      <w:r>
        <w:rPr>
          <w:b/>
        </w:rPr>
        <w:t xml:space="preserve">1. </w:t>
      </w:r>
      <w:r>
        <w:t>Установить, что в 2016 году в случаях, предусмотренных настоящим Федеральным законом, территориальными органами Федерального казначейства осуществляется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(далее - государственные контракты (контракты, договоры, соглашения), в порядке, установленном Правительством Российской Федерации. При казначейском сопровождении государственных контрактов (контрактов, договоров, соглашений) перечисление из федерального бюджета средств в валюте Российской Федерации, являющихся источником финансового обеспечения указанных государственных контрактов (контрактов, договоров, соглашений), осуществляется на счета, открытые территориальным органам Федерального казначейства в учреждениях Центрального банка Российской Федерации. (В редакции Федерального закона от 22.11.2016 № 397-ФЗ) Операции по зачислению и списанию средств на счетах, указанных в абзаце втором настоящей части, отражаются на лицевых счетах, открытых юридическим лицам, получающим средства из федерального бюджета на основании государственных контрактов, договоров (соглашений), а также от исполнителей, соисполнителей и получателей субсидий на основании контрактов, договоров и соглашений, заключенных в рамках исполнения государственных контрактов (контрактов, договоров, соглашений), в территориальных органах Федерального казначейства, в порядке, установленном Федеральным казначейством. Операции по списанию средств, отраженных на лицевых счетах, указанных в абзаце третьем настоящей части, осуществляются в пределах суммы, необходимой для оплаты обязательств по расходам юридических лиц, возникающим из указанных государственных контрактов (контрактов, договоров, соглашений), подлежащих казначейскому сопровождению в соответствии с настоящим Федеральным законом, после представления документов, подтверждающих возникновение указанных обязательств. При казначейском сопровождении государственных контрактов (контрактов, договоров, соглашений) территориальные органы Федерального казначейства осуществляют санкционирование операций в порядке, установленном Министерством финансов Российской Федерации</w:t>
      </w:r>
    </w:p>
    <w:p>
      <w:r>
        <w:rPr>
          <w:b/>
        </w:rPr>
        <w:t xml:space="preserve">2. </w:t>
      </w:r>
      <w:r>
        <w:t>Установить, что в 2016 году казначейскому сопровождению подлежат</w:t>
      </w:r>
    </w:p>
    <w:p>
      <w:r>
        <w:rPr>
          <w:b/>
        </w:rPr>
        <w:t xml:space="preserve">3. </w:t>
      </w:r>
      <w:r>
        <w:t>Положения части 2 настоящей статьи не распространяются на договоры (соглашения) о предоставлении субсидий юридическим лицам, в том числе государственным корпорациям и Государственной компании "Российские автомобильные дороги", и бюджетных инвестиций юридическим лицам в соответствии со статьей 80 Бюджетного кодекса Российской Федерации, включенных в перечень, утверждаемый Правительством Российской Федерации</w:t>
      </w:r>
    </w:p>
    <w:p>
      <w:r>
        <w:rPr>
          <w:b/>
        </w:rPr>
        <w:t xml:space="preserve">4. </w:t>
      </w:r>
      <w:r>
        <w:t>Установить, что остатки средств в валюте Российской Федерации по состоянию на 1 января 2016 года, источником образования которых являются не использованные в 2015 году субсидии из федерального бюджета, предоставленные юридическим лицам, не являющимся федеральными государственными учреждениями, в целях финансового обеспечения затрат, связанных с производством (реализацией) товаров, выполнением работ, оказанием услуг, субсидии государственным корпорациям и Государственной компании "Российские автомобильные дороги", бюджетные инвестиции юридическим лицам в соответствии со статьей 80 Бюджетного кодекса Российской Федерации, на счетах, открытых в Центральном банке Российской Федерации, в кредитных организациях указанным юридическим лицам, не позднее 1 апреля 2016 года подлежат в установленном Правительством Российской Федерации порядке перечислению на счета, открытые территориальным органам Федерального казначейства в подразделениях Центрального банка Российской Федерации, с отражением на соответствующих лицевых счетах для использования этими юридическими лицами в соответствии с решениями, указанными в части 5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 (В редакции Федерального закона от 22.11.2016 № 397-ФЗ) Положения абзаца первого настоящей части не распространяются на средства, перечисленные указанными в настоящей части юридическими лицами до 1 апреля 2016 года со счетов, открытых им в кредитных организациях, на цели, ранее установленные условиями предоставления средств, в соответствии с решениями, предусмотренными частью 5 настоящей статьи. (Абзац введен - Федеральный закон от 22.11.2016 № 397-ФЗ)</w:t>
      </w:r>
    </w:p>
    <w:p>
      <w:r>
        <w:rPr>
          <w:b/>
        </w:rPr>
        <w:t xml:space="preserve">5. </w:t>
      </w:r>
      <w:r>
        <w:t>Установить, что федеральные органы исполнительной власти, иные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предоставившие из федерального бюджета средства, указанные в части 4 настоящей статьи, а также средства, указанные в части 1 статьи 5 Федерального закона от 1 декабря 2014 года № 384-ФЗ "О федеральном бюджете на 2015 год и на плановый период 2016 и 2017 годов", находящиеся на счетах, открытых территориальным органам Федерального казначейства в подразделениях Центрального банка Российской Федерации, не позднее 1 июля 2016 года в установленном Правительством Российской Федерации порядке принимают решение об использовании в 2016 году полностью или частично остатков указанных средств с внесением соответствующих изменений в договоры (соглашения) о предоставлении субсидий и бюджетных инвестиций: на цели, ранее установленные условиями предоставления соответствующих средств; на иные цели, определенные настоящим Федеральным законом, при одновременном сокращении субсидий (бюджетных инвестиций), подлежащих предоставлению в 2016 году соответствующим юридическим лицам на указанные цели. При отсутствии указанных решений до 1 июля 2016 года остатки средств, указанные в абзаце первом настоящей части, подлежат перечислению в доход федерального бюджета с внесением соответствующих изменений в договоры (соглашения) о предоставлении субсидий и бюджетных инвестиций, в порядке, установленном Правительством Российской Федерации. Правительство Российской Федерации до 15 октября 2016 года вносит в Государственную Думу Федерального Собрания Российской Федерации проект федерального закона "О внесении изменений в Федеральный закон "О федеральном бюджете на 2016 год", предусматривающий в том числе увеличение бюджетных ассигнований, указанных в пункте 9 части 1 статьи 21 настоящего Федерального закона, в объеме, эквивалентном объему остатков средств, указанных в абзаце первом настоящей части, без учета остатков средств, используемых в 2016 году на цели, ранее установленные условиями предоставления соответствующих средств</w:t>
      </w:r>
    </w:p>
    <w:p>
      <w:r>
        <w:rPr>
          <w:b/>
        </w:rPr>
        <w:t xml:space="preserve">6. </w:t>
      </w:r>
      <w:r>
        <w:t>Требования, установленные частью 4 настоящей статьи, не распространяются на средства, предоставленные из федерального бюджета банкам и государственной корпорации "Банк развития и внешнеэкономической деятельности (Внешэкономбанк)", а также иным юридическим лицам, определенным на основании решений Правительства Российской Федерации. (В редакции Федерального закона от 22.11.2016 № 397-ФЗ)</w:t>
      </w:r>
    </w:p>
    <w:p>
      <w:r>
        <w:rPr>
          <w:b/>
        </w:rPr>
        <w:t xml:space="preserve">7. </w:t>
      </w:r>
      <w:r>
        <w:t>Установить, что в 2016 году при казначейском сопровождении договоров (соглашений) о предоставлении субсидий юридическим лицам (за исключением субсидий федеральным бюджетным и автономным учреждениям) полномочия получателя средств федерального бюджета по перечислению субсидий юридическим лицам в пределах суммы, необходимой для оплаты денежных обязательств по расходам юридических лиц, источником финансового обеспечения которых являются данные субсидии, осуществляются территориальными органами Федерального казначейства в порядке, установленном Правительством Российской Федерации</w:t>
      </w:r>
    </w:p>
    <w:p>
      <w:r>
        <w:rPr>
          <w:b/>
        </w:rPr>
        <w:t xml:space="preserve">8. </w:t>
      </w:r>
      <w:r>
        <w:t>Остатки средств на счетах территориальных органов Федерального казначейства, открытых в подразделениях Центрального банка Российской Федерации в соответствии с законодательством Российской Федерации, на которых отражаются соответственно операции по учету средств бюджетов государственных внебюджетных фондов Российской Федерации, перечисляются территориальными органами Федерального казначейства на единый счет федерального бюджета 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
        <w:rPr>
          <w:b/>
        </w:rPr>
        <w:t xml:space="preserve">9. </w:t>
      </w:r>
      <w:r>
        <w:t>Территориальные органы Федерального казначейства осуществляют проведение кассовых выплат за счет средств, указанных в части 8 настоящей статьи, не позднее второго рабочего дня, следующего за днем представления органами управления государственными внебюджетными фондами Российской Федерации, получателями средств бюджетов государственных внебюджетных фондов Российской Федерации платежных документов, в порядке, установленном Федеральным казначейством</w:t>
      </w:r>
    </w:p>
    <w:p>
      <w:r>
        <w:rPr>
          <w:b/>
        </w:rPr>
        <w:t xml:space="preserve">10.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кредитных организациях, включенных в перечень банков, предусмотренный пунктом 3 статьи 741 Налогового кодекса Российской Федерации</w:t>
      </w:r>
    </w:p>
    <w:p>
      <w:r>
        <w:rPr>
          <w:b/>
        </w:rPr>
        <w:t xml:space="preserve">11. </w:t>
      </w:r>
      <w:r>
        <w:t>Остатки средств федерального бюджета по состоянию на 1 января 2016 года на счетах Федерального казначейства, образовавшиеся в связи с неиспользованием по состоянию на 1 января 2016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2016 году в соответствии с пунктом 10 статьи 241 Бюджетного кодекса Российской Федерации</w:t>
      </w:r>
    </w:p>
    <w:p>
      <w:r>
        <w:rPr>
          <w:b/>
        </w:rPr>
        <w:t xml:space="preserve">2. </w:t>
      </w:r>
      <w:r>
        <w:t>договоры (соглашения) о предоставлении субсидий юридическим лицам (за исключением субсидий федеральным бюджетным и автономным учреждениям), в том числе государственным корпорациям и Государственной компании "Российские автомобильные дороги", и бюджетных инвестиций юридическим лицам в соответствии со статьей 80 Бюджетного кодекса Российской Федерации</w:t>
      </w:r>
    </w:p>
    <w:p>
      <w:r>
        <w:rPr>
          <w:b/>
        </w:rPr>
        <w:t xml:space="preserve">2. </w:t>
      </w:r>
      <w:r>
        <w:t>договоры о предоставлении взносов в уставные (складочные) капиталы юридических лиц, источником финансового обеспечения которых являются субсидии государственным корпорациям и Государственной компании "Российские автомобильные дороги" и бюджетные инвестиции, указанные в пункте 1 настоящей части</w:t>
      </w:r>
    </w:p>
    <w:p>
      <w:r>
        <w:rPr>
          <w:b/>
        </w:rPr>
        <w:t xml:space="preserve">2. </w:t>
      </w:r>
      <w:r>
        <w:t>контракты (договоры) о поставке товаров, выполнении работ, оказании услуг, заключаемые юридическими лицами, получающими бюджетные инвестиции, юридическими лицами, получающими субсидии, указанные в пункте 1 настоящей части, а также юридическими лицами, в уставные (складочные) капиталы которых предоставляются взносы, указанные в пункте 2 настоящей части, с юридическими лицами - исполнителями по контрактам (договорам), источником финансового обеспечения которых являются данные бюджетные инвестиции, субсидии и взносы в уставные (складочные) капиталы, если условиями данных контрактов (договоров) предусмотрены авансовые платежи</w:t>
      </w:r>
    </w:p>
    <w:p>
      <w:r>
        <w:rPr>
          <w:b/>
        </w:rPr>
        <w:t xml:space="preserve">2. </w:t>
      </w:r>
      <w:r>
        <w:t>контракты (договоры) о поставке товаров, выполнении работ, оказании услуг, заключаемые в целях исполнения контрактов (договоров), указанных в пункте 3 настоящей части, их исполнителями и соисполнителями, если условиями данных контрактов (договоров) предусмотрены авансовые платежи</w:t>
      </w:r>
    </w:p>
    <w:p>
      <w:r>
        <w:rPr>
          <w:b/>
        </w:rPr>
        <w:t xml:space="preserve">2. </w:t>
      </w:r>
      <w:r>
        <w:t>государственные контракты о поставке товаров, выполнении работ, оказании услуг (за исключением государственных контрактов, заключаемых в рамках реализации государственного оборонного заказа,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 сумму более 100 000,0 тыс. рублей, если условиями данных государственных контрактов предусмотрены авансовые платежи</w:t>
      </w:r>
    </w:p>
    <w:p>
      <w:r>
        <w:rPr>
          <w:b/>
        </w:rPr>
        <w:t xml:space="preserve">2. </w:t>
      </w:r>
      <w:r>
        <w:t>контракты (договоры) о поставке товаров, выполнении работ, оказании услуг, заключаемые исполнителями и соисполнителями по государственным контрактам, указанным в пункте 5 настоящей части, в рамках исполнения указанных государственных контрактов, если условиями данных контрактов (договоров) предусмотрены авансовые платежи</w:t>
      </w:r>
    </w:p>
    <w:p>
      <w:r>
        <w:rPr>
          <w:b/>
        </w:rPr>
        <w:t xml:space="preserve">2. </w:t>
      </w:r>
      <w:r>
        <w:t>государственные контракты (контракты, договоры) об осуществлении отдельных закупок товаров, работ, услуг в случаях, установленных Правительством Российской Федерации</w:t>
      </w:r>
    </w:p>
    <w:p>
      <w:r>
        <w:rPr>
          <w:b/>
        </w:rPr>
        <w:t>Статья 6. Бюджетные ассигнования федерального бюджета на 2016 год</w:t>
      </w:r>
    </w:p>
    <w:p>
      <w:r>
        <w:rPr>
          <w:b/>
        </w:rPr>
        <w:t xml:space="preserve">1. </w:t>
      </w:r>
      <w:r>
        <w:t>Утвердить общий объем бюджетных ассигнований на исполнение публичных нормативных обязательств на 2016 год в сумме 705 727 429,3 тыс. рублей. (В редакции Федерального закона от 22.11.2016 № 397-ФЗ)</w:t>
      </w:r>
    </w:p>
    <w:p>
      <w:r>
        <w:rPr>
          <w:b/>
        </w:rPr>
        <w:t xml:space="preserve">2. </w:t>
      </w:r>
      <w:r>
        <w:t>Утвердить ведомственную структуру расходов федерального бюджета на 2016 год согласно приложениям 7, 8 (секретно) и 9 (совершенно секретно) к настоящему Федеральному закону</w:t>
      </w:r>
    </w:p>
    <w:p>
      <w:r>
        <w:rPr>
          <w:b/>
        </w:rPr>
        <w:t xml:space="preserve">3.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2016 год согласно приложениям 10 и 11 (секретно) к настоящему Федеральному закону</w:t>
      </w:r>
    </w:p>
    <w:p>
      <w:r>
        <w:rPr>
          <w:b/>
        </w:rPr>
        <w:t xml:space="preserve">4.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2016 год согласно приложениям 12 и 13 (секретно) к настоящему Федеральному закону</w:t>
      </w:r>
    </w:p>
    <w:p>
      <w:r>
        <w:rPr>
          <w:b/>
        </w:rPr>
        <w:t xml:space="preserve">5. </w:t>
      </w:r>
      <w:r>
        <w:t>Утвердить основные показатели государственного оборонного заказа на 2016 год согласно приложению 14 (секретно) к настоящему Федеральному закону</w:t>
      </w:r>
    </w:p>
    <w:p>
      <w:r>
        <w:rPr>
          <w:b/>
        </w:rPr>
        <w:t xml:space="preserve">6. </w:t>
      </w:r>
      <w:r>
        <w:t>Утвердить распределение бюджетных ассигнований на реализацию федеральных целевых программ на 2016 год согласно приложениям 15, 16 (секретно) и 17 (совершенно секретно) к настоящему Федеральному закону</w:t>
      </w:r>
    </w:p>
    <w:p>
      <w:r>
        <w:rPr>
          <w:b/>
        </w:rPr>
        <w:t xml:space="preserve">7.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8. </w:t>
      </w:r>
      <w:r>
        <w:t>Главные распорядители средств федерального бюджета в течение трех рабочих дней со дня заключения соглашения (договора)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обеспечивают формирование и представление информации и документов по каждому соглашению (договору) в реестр соглашений (договоров), ведение которого осуществляется Федеральным казначейством в порядке, установленном Министерством финансов Российской Федерации. Реестр соглашений (договоров)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9. </w:t>
      </w:r>
      <w:r>
        <w:t>Установить, что субсидии из федерального бюджета бюджетам субъектов Российской Федерации на возмещение части затрат на создание инфраструктуры индустриальных парков и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технопарка налогов, сборов и таможенных пошлин, учитываемых при расчете объема указанных субсидий в соответствии с правилами, утвержденными Правительством Российской Федерации, в объеме до 4 348 330,0 тыс. рублей</w:t>
      </w:r>
    </w:p>
    <w:p>
      <w:r>
        <w:rPr>
          <w:b/>
        </w:rPr>
        <w:t xml:space="preserve">10.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185 900,0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2016 году численности федеральных государственных служащих, а также работников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2016 году осуществляется исходя из штатной численности</w:t>
      </w:r>
    </w:p>
    <w:p>
      <w:r>
        <w:rPr>
          <w:b/>
        </w:rPr>
        <w:t xml:space="preserve">3. </w:t>
      </w:r>
      <w:r>
        <w:t>Использование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2012 - 2017 годы" и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 осуществляется в порядке, установленном Правительством Российской Федерации</w:t>
      </w:r>
    </w:p>
    <w:p>
      <w:r>
        <w:rPr>
          <w:b/>
        </w:rPr>
        <w:t xml:space="preserve">2. </w:t>
      </w:r>
      <w:r>
        <w:t>судей судов общей юрисдикции (без мировых судей)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системы арбитражных судов Российской Федерации в количестве 4 319 единиц и работников их аппаратов (без персонала по охране и обслуживанию зданий, транспортного хозяйства) в количестве 11 856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2016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2. </w:t>
      </w:r>
      <w:r>
        <w:t>Установить в 2016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245,88 тыс. рублей</w:t>
      </w:r>
    </w:p>
    <w:p>
      <w:r>
        <w:rPr>
          <w:b/>
        </w:rPr>
        <w:t xml:space="preserve">3. </w:t>
      </w:r>
      <w:r>
        <w:t>Установить с 1 января 2016 года размер ежегодной денежной выплаты гражданам, награжденным нагрудным знаком "Почетный донор России", в сумме 12 373,0 рубля</w:t>
      </w:r>
    </w:p>
    <w:p>
      <w:r>
        <w:rPr>
          <w:b/>
        </w:rPr>
        <w:t xml:space="preserve">4. </w:t>
      </w:r>
      <w:r>
        <w:t>Установить с 1 января 2016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1,04</w:t>
      </w:r>
    </w:p>
    <w:p>
      <w:r>
        <w:rPr>
          <w:b/>
        </w:rPr>
        <w:t xml:space="preserve">5. </w:t>
      </w:r>
      <w:r>
        <w:t>Утвердить распределение бюджетных ассигнований на 2016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2015 - 2020 годы согласно приложению 18 к настоящему Федеральному закону</w:t>
      </w:r>
    </w:p>
    <w:p>
      <w:r>
        <w:rPr>
          <w:b/>
        </w:rPr>
        <w:t xml:space="preserve">6.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2016 год в размере 8 803 рублей</w:t>
      </w:r>
    </w:p>
    <w:p>
      <w:r>
        <w:rPr>
          <w:b/>
        </w:rPr>
        <w:t xml:space="preserve">7. </w:t>
      </w:r>
      <w:r>
        <w:t>Установить с 1 января 2016 года размер индексации компенсации и с 1 февраля 2016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1,07. (Часть введена - Федеральный закон от 22.11.2016 № 397-ФЗ)</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и Государственной корпорацией по атомной энергии "Росатом",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субсидий государственным корпорациям и Государственной компании "Российские автомобильные дороги" на 2016 год согласно приложениям 19 и 20 (секретно) к настоящему Федеральному закону</w:t>
      </w:r>
    </w:p>
    <w:p>
      <w:r>
        <w:rPr>
          <w:b/>
        </w:rPr>
        <w:t xml:space="preserve">2. </w:t>
      </w:r>
      <w:r>
        <w:t>Правительство Российской Федерации вправе в 2016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2016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Установить, что взносы в уставные капиталы публичного акционерного общества "Объединенная авиастроительная корпорация" (г. Москва) и акционерного общества "Объединенная двигателестроительная корпорация" (г. Москва) в целях реализации проекта по разработке и организации серийного производства самолета Ил-114 и двигателя для него, проекта глубокой модернизации самолета Ил-96 и проекта создания перспективного двигателя большой тяги ПД-35 осуществляются по решениям Правительства Российской Федерации в случае и в пределах поступления доходов федерального бюджета от дивидендов по акциям акционерного общества "РОСНЕФТЕГАЗ", принадлежащим Российской Федерации, сверх суммы 36 038 724,0 тыс. рублей, а также сверх поступлений, связанных с реализацией пакета акций публичного акционерного общества "Нефтяная компания "Роснефть", принадлежащих акционерному обществу "РОСНЕФТЕГАЗ". (Часть введена - Федеральный закон от 22.11.2016 № 397-ФЗ)</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 на 2016 год согласно приложению 21 к настоящему Федеральному закону</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приложением 21 к настоящему Федеральному закону,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утверждается Правительством Российской Федерации</w:t>
      </w:r>
    </w:p>
    <w:p>
      <w:r>
        <w:rPr>
          <w:b/>
        </w:rPr>
        <w:t xml:space="preserve">3. </w:t>
      </w:r>
      <w:r>
        <w:t>Распределение субсидий бюджетам субъектов Российской Федерации на 2016 год (за исключением субсидий, распределение которых утверждено приложением 21 к настоящему Федеральному закону, а также субсидий на софинансирование расходных обязательств субъектов Российской Федерации по поддержке сельскохозяйственного производства и устойчивого развития сельских территорий) утверждается Правительством Российской Федерации до 1 апреля 2016 года</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 xml:space="preserve">5.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6. </w:t>
      </w:r>
      <w:r>
        <w:t>Установить, что в 2016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2016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этими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 Установить, что в 2016 году предоставление межбюджетных трансфертов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Установить, что в 2016 году полномочия получателя средств федерального бюджета по перечислению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осуществляются территориальными органами Федерального казначейства в порядке, установленном Правительством Российской Федерации. Положения абзацев третьего и четвертого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Российской Федерации. Установить, что территориальные органы Федерального казначейства вправе осуществлять в 2016 году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
        <w:rPr>
          <w:b/>
        </w:rPr>
        <w:t>Статья 11. Предоставление бюджетных кредитов в 2016 году</w:t>
      </w:r>
    </w:p>
    <w:p>
      <w:r>
        <w:rPr>
          <w:b/>
        </w:rPr>
        <w:t xml:space="preserve">1. </w:t>
      </w:r>
      <w:r>
        <w:t>Установить, что в 2016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310 000 000,0 тыс. рублей 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Бюджетные кредиты за счет средств целевых иностранных кредитов (заимствований) предоставляются в 2016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18 990,0 тыс. рублей</w:t>
      </w:r>
    </w:p>
    <w:p>
      <w:r>
        <w:rPr>
          <w:b/>
        </w:rPr>
        <w:t xml:space="preserve">4.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w:t>
      </w:r>
    </w:p>
    <w:p>
      <w:r>
        <w:rPr>
          <w:b/>
        </w:rPr>
        <w:t xml:space="preserve">2. </w:t>
      </w:r>
      <w:r>
        <w:t>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 в размере 0,1 процента годовых</w:t>
      </w:r>
    </w:p>
    <w:p>
      <w:r>
        <w:rPr>
          <w:b/>
        </w:rPr>
        <w:t xml:space="preserve">2. </w:t>
      </w:r>
      <w:r>
        <w:t>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2016 год согласно приложению 22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2016 год согласно приложению 23 к настоящему Федеральному закону</w:t>
      </w:r>
    </w:p>
    <w:p>
      <w:r>
        <w:rPr>
          <w:b/>
        </w:rPr>
        <w:t xml:space="preserve">2. </w:t>
      </w:r>
      <w:r>
        <w:t>Правительство Российской Федерации вправе в 2016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2017 года в сумме 3 726 660 883,6 тыс. рублей. (В редакции Федерального закона от 22.11.2016 № 397-ФЗ)</w:t>
      </w:r>
    </w:p>
    <w:p>
      <w:r>
        <w:rPr>
          <w:b/>
        </w:rPr>
        <w:t xml:space="preserve">4. </w:t>
      </w:r>
      <w:r>
        <w:t>Утвердить Программу государственных гарантий Российской Федерации в валюте Российской Федерации на 2016 год согласно приложению 24 к настоящему Федеральному закону</w:t>
      </w:r>
    </w:p>
    <w:p>
      <w:r>
        <w:rPr>
          <w:b/>
        </w:rPr>
        <w:t xml:space="preserve">5. </w:t>
      </w:r>
      <w:r>
        <w:t>Правительство Российской Федерации вправе в 2016 году в пределах сумм, определенных Программой государственных гарантий Российской Федерации в валюте Российской Федерации на 2016 год,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и на цели, которые установлены Правительством Российской Федерации (строка 1 раздела 1.1 приложения 24 к настоящему Федеральному закону), а также по кредитам, привлекаемым юридическими лицами, отобранными в порядке, установленном Правительством Российской Федерации, в целях проектного финансирования (строка 2 раздела 1.1 приложения 24 к настоящему Федеральному закону)</w:t>
      </w:r>
    </w:p>
    <w:p>
      <w:r>
        <w:rPr>
          <w:b/>
        </w:rPr>
        <w:t xml:space="preserve">6. </w:t>
      </w:r>
      <w:r>
        <w:t>Правительство Российской Федерации вправе в 2016 году в целях снижения объема государственного внутреннего долга Российской Федерации или сокращения расходов на обслуживание государственного внутреннего долга Российской Федерации принимать решения об обмене государственных ценных бумаг Российской Федерации номинальной стоимостью до 200 000 000,0 тыс. рублей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2016 год согласно приложению 25 к настоящему Федеральному закону</w:t>
      </w:r>
    </w:p>
    <w:p>
      <w:r>
        <w:rPr>
          <w:b/>
        </w:rPr>
        <w:t xml:space="preserve">2.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2016 год</w:t>
      </w:r>
    </w:p>
    <w:p>
      <w:r>
        <w:rPr>
          <w:b/>
        </w:rPr>
        <w:t xml:space="preserve">3.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2017 года в сумме 15,3 млрд. долларов США, или 13,8 млрд. евро. (В редакции Федерального закона от 22.11.2016 № 397-ФЗ)</w:t>
      </w:r>
    </w:p>
    <w:p>
      <w:r>
        <w:rPr>
          <w:b/>
        </w:rPr>
        <w:t xml:space="preserve">4. </w:t>
      </w:r>
      <w:r>
        <w:t>Утвердить Программу государственных гарантий Российской Федерации в иностранной валюте на 2016 год согласно приложению 26 к настоящему Федеральному закону</w:t>
      </w:r>
    </w:p>
    <w:p>
      <w:r>
        <w:rPr>
          <w:b/>
        </w:rPr>
        <w:t xml:space="preserve">5. </w:t>
      </w:r>
      <w:r>
        <w:t>Правительство Российской Федерации в 2016 году в пределах сумм, определенных Программой государственных гарантий Российской Федерации в иностранной валюте на 2016 год,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6. </w:t>
      </w:r>
      <w:r>
        <w:t>Правительство Российской Федерации вправе в 2016 году в целях снижения объема государственного внешнего долга Российской Федерации или сокращения расходов на обслуживание государственного внешнего долга Российской Федерации принимать решения об обмене государственных ценных бумаг Российской Федерации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rPr>
          <w:b/>
        </w:rPr>
        <w:t xml:space="preserve">7. </w:t>
      </w:r>
      <w:r>
        <w:t>Правительство Российской Федерации вправе в 2016 году принимать решения о списании государственного внешнего долга Российской Федерации по государственным займам, осуществленным путем выпуска от имени Российской Федерации ценных бумаг, номинальная стоимость которых указана в иностранной валюте и по которым истек срок исковой давности, установленный законодательством Российской Федерации</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2016 году в сумме 5 500 000,0 тыс. рублей, предусмотренные настоящим Федеральным законом на погашение государственного внутреннего долга Российской Федерации. (В редакции Федерального закона от 22.11.2016 № 397-ФЗ)</w:t>
      </w:r>
    </w:p>
    <w:p>
      <w:r>
        <w:rPr>
          <w:b/>
        </w:rPr>
        <w:t xml:space="preserve">2. </w:t>
      </w:r>
      <w:r>
        <w:t>В 2016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2001 - 2016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2016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2016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Задолженность субъектов Российской Федерации по уплате пеней и штрафов, начисленных за несвоевременный возврат в государственный материальный резерв заимствованных до 1 января 2001 года материальных ценностей, подлежит списанию (прощению) пропорционально фактически произведенному органами исполнительной власти субъектов Российской Федерации погашению стоимости указанных материальных ценностей либо возврату количества аналогичных материальных ценностей в государственный материальный резерв с учетом внесения платы за пользование этими материальными ценностями в порядке, установленном Правительством Российской Федерации</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2016 год согласно приложению 27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2016 году на сумму до 4 522 000,0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2016 году на сумму до 5 018 000,0 тыс. рублей. (В редакции Федерального закона от 22.11.2016 № 397-ФЗ)</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2016 году в сумме 699 532 500,0 тыс. рублей; (В редакции Федерального закона от 22.11.2016 № 397-ФЗ)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2016 году в сумме 87 705 700,2 тыс. рублей; (В редакции Федерального закона от 22.11.2016 № 397-ФЗ)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2016 году в сумме 30 570 851,3 тыс. рублей. (В редакции Федерального закона от 22.11.2016 № 397-ФЗ)</w:t>
      </w:r>
    </w:p>
    <w:p>
      <w:r>
        <w:rPr>
          <w:b/>
        </w:rPr>
        <w:t>Статья 18. Организации, выполняющие в 2016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 (В редакции Федерального закона от 22.11.2016 № 397-ФЗ)</w:t>
      </w:r>
    </w:p>
    <w:p>
      <w:r>
        <w:rPr>
          <w:b/>
        </w:rPr>
        <w:t xml:space="preserve">4.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публичным акционерным обществом "Сбербанк России"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2016 году функций агентов Правительства Российской Федерации, предусмотренных частью 5 настоящей статьи,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"Росэксимбанк", "Российский Сельскохозяйственный банк" и открытому акционерному обществу "Росагроснаб" выплачивается вознаграждение в общей сумме до 760 600,0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 (В редакции Федерального закона от 22.11.2016 № 397-ФЗ)</w:t>
      </w:r>
    </w:p>
    <w:p>
      <w:r>
        <w:rPr>
          <w:b/>
        </w:rPr>
        <w:t xml:space="preserve">7. </w:t>
      </w:r>
      <w:r>
        <w:t>За выполнение в 2016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132 930,0 тыс. рублей за счет средств, привлеченных в результате размещения в 2016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государственная корпорация "Банк развития и внешнеэкономической деятельности (Внешэкономбанк)",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статьи 11 настоящего Федерального закона),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"Банк развития и внешнеэкономической деятельности (Внешэкономбанк)"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w:t>
      </w:r>
    </w:p>
    <w:p>
      <w:r>
        <w:rPr>
          <w:b/>
        </w:rPr>
        <w:t xml:space="preserve">5. </w:t>
      </w:r>
      <w:r>
        <w:t>акционерное общество "Росэксимбанк" - по вопросам обеспечения государственной поддержки экспорта промышленной продукции в рамках оказания государственной гарантийной поддержки (за исключением вопросов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w:t>
      </w:r>
    </w:p>
    <w:p>
      <w:r>
        <w:rPr>
          <w:b/>
        </w:rPr>
        <w:t xml:space="preserve">5. </w:t>
      </w:r>
      <w:r>
        <w:t>открытое акционерное общество "Росагроснаб" и акционерное общество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государственная корпорация "Банк развития и внешнеэкономической деятельности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 xml:space="preserve">5. </w:t>
      </w:r>
      <w:r>
        <w:t>государственная корпорация "Банк развития и внешнеэкономической деятельности (Внешэкономбанк)"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2016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подразделения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подразделениях Центрального банка Российской Федерации и кредитных организациях</w:t>
      </w:r>
    </w:p>
    <w:p>
      <w:r>
        <w:rPr>
          <w:b/>
        </w:rPr>
        <w:t xml:space="preserve">4. </w:t>
      </w:r>
      <w:r>
        <w:t>При установлении факта незакрытия в подразделениях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Федеральному казначейству и его территориальным органам по изготовлению на бумажном носителе копий электронных сообщений, содержащих распоряжения</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Статья 20. Особенности исполнения в 2016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2015 году, подлежат использованию в 2016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2016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в 2016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для направления их на иные цели без внесения изменений в настоящий Федеральный закон не допускается</w:t>
      </w:r>
    </w:p>
    <w:p>
      <w:r>
        <w:rPr>
          <w:b/>
        </w:rPr>
        <w:t xml:space="preserve">3. </w:t>
      </w:r>
      <w:r>
        <w:t>Установить, что Правительство Российской Федерации вправе в 2016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4. </w:t>
      </w:r>
      <w:r>
        <w:t>Установить, что остатки средств по состоянию на 1 января 2016 года на счетах Федерального казначейства, открытых в подразделениях Центрального банка Российской Федерации, образовавшиеся в связи с реализацией сельскохозяйственной продукции и продовольственных товаров, поставленных в Российскую Федерацию в виде гуманитарной помощи, в сумме 161 462 030,64 рубля подлежат перечислению Федеральным казначейством в доход федерального бюджета в порядке, установленном Правительством Российской Федерации</w:t>
      </w:r>
    </w:p>
    <w:p>
      <w:r>
        <w:rPr>
          <w:b/>
        </w:rPr>
        <w:t xml:space="preserve">5. </w:t>
      </w:r>
      <w:r>
        <w:t>Установить, что в 2016 году в случае снижения объема денежных средств, составляющих активы закрытого паевого инвестиционного фонда долгосрочных прямых инвестиций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6. </w:t>
      </w:r>
      <w:r>
        <w:t>Установить, что Правительство Российской Федерации с учетом ситуации, складывающейся в экономике и социальной сфере, вправе внести в Государственную Думу Федерального Собрания Российской Федерации: проект федерального закона об увеличении стоимости одного пенсионного коэффициента, размера фиксированной выплаты к страховой пенсии и индексации социальных пенсий, предусмотренных Федеральным законом от 15 декабря 2001 года № 166-ФЗ "О государственном пенсионном обеспечении в Российской Федерации", в 2016 году; проект федерального закона "О внесении изменений в Федеральный закон "О бюджете Пенсионного фонда Российской Федерации на 2016 год", предусматривающий в том числе изменение показателей бюджета Пенсионного фонда Российской Федерации в связи с финансовым обеспечением реализации федерального закона, указанного в абзаце втором настоящей части; проект федерального закона "О внесении изменений в Федеральный закон "О федеральном бюджете на 2016 год", предусматривающий в том числе увеличение межбюджетных трансфертов из федерального бюджета бюджету Пенсионного фонда Российской Федерации в связи с принятием федерального закона, указанного в абзаце втором настоящей части</w:t>
      </w:r>
    </w:p>
    <w:p>
      <w:r>
        <w:rPr>
          <w:b/>
        </w:rPr>
        <w:t xml:space="preserve">7. </w:t>
      </w:r>
      <w:r>
        <w:t>Установить, что в 2016 году отдельные субсидии юридическим лицам и отдельные межбюджетные трансферты бюджетам субъектов Российской Федерации согласно приложению 28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29 (секретно) к настоящему Федеральному закону в объеме до 125 800 830,7 тыс. рублей. (В редакции Федерального закона от 22.11.2016 № 397-ФЗ)</w:t>
      </w:r>
    </w:p>
    <w:p>
      <w:r>
        <w:rPr>
          <w:b/>
        </w:rPr>
        <w:t xml:space="preserve">8. </w:t>
      </w:r>
      <w:r>
        <w:t>Установить, что государственная корпорация "Банк развития и внешнеэкономической деятельности (Внешэкономбанк)" вправе использовать средства субсидии, предоставленной ей в виде имущественного взноса на реализацию приоритетных инвестиционных проектов по развитию промышленной, транспортной и энергетической инфраструктуры на территории Дальнего Востока и Байкальского региона в соответствии с приложением 62 к Федеральному закону от 30 ноября 2011 года № 371-ФЗ "О федеральном бюджете на 2012 год и на плановый период 2013 и 2014 годов", для предоставления средств акционерному обществу "Фонд развития Дальнего Востока и Байкальского региона" на реализацию приоритетных инвестиционных проектов на территории Дальнего Востока и Байкальского региона</w:t>
      </w:r>
    </w:p>
    <w:p>
      <w:r>
        <w:rPr>
          <w:b/>
        </w:rPr>
        <w:t xml:space="preserve">9. </w:t>
      </w:r>
      <w:r>
        <w:t>Установить, что публичное акционерное общество "Федеральная сетевая компания Единой энергетической системы" вправе использовать средства неиспользованных взносов в уставный капитал открытого акционерного общества "Федеральная сетевая компания Единой энергетической системы", предусмотренных приложением 6 к Федеральному закону от 24 ноября 2008 года № 204-ФЗ "О федеральном бюджете на 2009 год и на плановый период 2010 и 2011 годов", приложением 6 к Федеральному закону от 2 декабря 2009 года № 308-ФЗ "О федеральном бюджете на 2010 год и на плановый период 2011 и 2012 годов", приложениями 8, 81 и 82 к Федеральному закону от 13 декабря 2010 года № 357-ФЗ "О федеральном бюджете на 2011 год и на плановый период 2012 и 2013 годов", в целях реализации проекта "Строительство ПС 500 кВ Усть-Кут с заходами ВЛ 500 кВ и ВЛ 220 кВ, Иркутская область" в размере 1 661 624,55 тыс. рублей по решению Правительства Российской Федерации</w:t>
      </w:r>
    </w:p>
    <w:p>
      <w:r>
        <w:rPr>
          <w:b/>
        </w:rPr>
        <w:t xml:space="preserve">10. </w:t>
      </w:r>
      <w:r>
        <w:t>Установить, что публичное акционерное общество "РАО Энергетические системы Востока" вправе использовать средства неиспользованного взноса в уставный капитал открытого акционерного общества "РАО Энергетические системы Востока", предусмотренного приложениями 81 и 82 к Федеральному закону от 13 декабря 2010 года № 357-ФЗ "О федеральном бюджете на 2011 год и на плановый период 2012 и 2013 годов" на проведение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в целях реализации проекта "Расширение ПС 220 кВ Майя и строительство заходов ЛЭП Мегино-Кангаласского района Республики Саха (Якутия) для присоединения к электрическим сетям ПАО "ФСК ЕЭС" электроустановок ПАО "Якутскэнерго", Республика Саха (Якутия)" в размере 110 497,13 тыс. рублей по решению Правительства Российской Федерации</w:t>
      </w:r>
    </w:p>
    <w:p>
      <w:r>
        <w:rPr>
          <w:b/>
        </w:rPr>
        <w:t xml:space="preserve">11. </w:t>
      </w:r>
      <w:r>
        <w:t>Установить, что публичное акционерное общество "Федеральная гидрогенерирующая компания - РусГидро" по решению Правительства Российской Федерации вправе использовать средства неиспользованного взноса в уставный капитал открытого акционерного общества "РусГидро", осуществленного в соответствии с</w:t>
      </w:r>
    </w:p>
    <w:p>
      <w:r>
        <w:rPr>
          <w:b/>
        </w:rPr>
        <w:t xml:space="preserve">12. </w:t>
      </w:r>
      <w:r>
        <w:t>Установить, что публичное акционерное общество "Объединенная авиастроительная корпорация" вправе использовать средства неиспользованных взносов в уставный капитал открытого акционерного общества "Объединенная авиастроительная корпорация", предусмотренных приложением 6 к Федеральному закону от 24 ноября 2008 года № 204-ФЗ "О федеральном бюджете на 2009 год и на плановый период 2010 и 2011 годов" и приложением 8 к Федеральному закону от 13 декабря 2010 года № 357-ФЗ "О федеральном бюджете на 2011 год и на плановый период 2012 и 2013 годов" в целях выполнения российской части обязательств по проекту создания российско-индийского многоцелевого транспортного самолета, на реализацию программы по созданию самолетов семейства МС-21 в размере, не превышающем суммы, эквивалентной 278 283,9 тыс. долларов США, по решению Правительства Российской Федерации</w:t>
      </w:r>
    </w:p>
    <w:p>
      <w:r>
        <w:rPr>
          <w:b/>
        </w:rPr>
        <w:t xml:space="preserve">13. </w:t>
      </w:r>
      <w:r>
        <w:t>Установить, что публичное акционерное общество "Межрегиональная распределительная сетевая компания Сибири"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в уставный капитал открытого акционерного общества "Холдинг межрегиональных распределительных сетевых компаний", предусмотренного приложением 81 к Федеральному закону от 13 декабря 2010 года № 357-ФЗ "О федеральном бюджете на 2011 год и на плановый период 2012 и 2013 годов" на проведение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на возмещение расходов, связанных с погашением кредитов и займов, привлеченных ранее на проведение указанных работ, в размере 342 517,45 тыс. рублей по решению Правительства Российской Федерации. (В редакции Федерального закона от 22.11.2016 № 397-ФЗ)</w:t>
      </w:r>
    </w:p>
    <w:p>
      <w:r>
        <w:rPr>
          <w:b/>
        </w:rPr>
        <w:t xml:space="preserve">14. </w:t>
      </w:r>
      <w:r>
        <w:t>Правительство Российской Федерации вправе установить особенности предоставления в 2016 году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 субсидий государственным корпорациям и Государственной компании "Российские автомобильные дороги", предусмотренных разделом III приложения 19 к настоящему Федеральному закону, а также вправе принять решение об учете бюджетных ассигнований на предоставление указанных бюджетных инвестиций и субсидий в федеральной адресной инвестиционной программе на 2016 год и в государственном оборонном заказе на 2016 год и об особенностях такого учета</w:t>
      </w:r>
    </w:p>
    <w:p>
      <w:r>
        <w:rPr>
          <w:b/>
        </w:rPr>
        <w:t xml:space="preserve">15. </w:t>
      </w:r>
      <w:r>
        <w:t>Установить, что в 2016 году субсидии на государственную поддержку отдельных общественных и иных некоммерческих организаций согласно приложению 30 к настоящему Федеральному закону предоставляются в порядке, установленном Правительством Российской Федерации</w:t>
      </w:r>
    </w:p>
    <w:p>
      <w:r>
        <w:rPr>
          <w:b/>
        </w:rPr>
        <w:t xml:space="preserve">16. </w:t>
      </w:r>
      <w:r>
        <w:t>Установить, что в соответствии с решением Правительства Российской Федерации средства Резервного фонда в размере до 705 000 000,0 тыс. рублей могут направляться на замещение не поступающих в ходе исполнения федерального бюджета в 2016 году доходов федерального бюджета (за исключением нефтегазовых доходов федерального бюджета) и источников финансирования дефицита федерального бюджета. (Часть введена - Федеральный закон от 22.11.2016 № 397-ФЗ)</w:t>
      </w:r>
    </w:p>
    <w:p>
      <w:r>
        <w:rPr>
          <w:b/>
        </w:rPr>
        <w:t xml:space="preserve">17. </w:t>
      </w:r>
      <w:r>
        <w:t>В случае отчуждения в 2016 году акционерным обществом "РОСНЕФТЕГАЗ" акций публичного акционерного общества "Нефтяная компания "Роснефть" вся сумма средств, полученных акционерным обществом "РОСНЕФТЕГАЗ" от продажи указанных акций, подлежит перечислению акционерным обществом "РОСНЕФТЕГАЗ" в 2016 году в федеральный бюджет в счет выплаты дивидендов по акциям акционерного общества "РОСНЕФТЕГАЗ" в 2017 году по итогам 2016 года. (Часть введена - Федеральный закон от 22.11.2016 № 397-ФЗ)</w:t>
      </w:r>
    </w:p>
    <w:p>
      <w:r>
        <w:rPr>
          <w:b/>
        </w:rPr>
        <w:t xml:space="preserve">1. </w:t>
      </w:r>
      <w:r>
        <w:t>бюджетных ассигнований в объеме до 2 000 000,0 тыс. рублей, предусмотренных по подразделу "Резервные фонды" раздела "Общегосударственные вопросы" классификации расходов бюджетов, на реализацию мероприятий по ликвидации последствий крупномасштабных стихийных бедствий, определенных решениями (поручениями) Президента Российской Федерации, на территориях субъектов Российской Федерации, по решениям Правительства Российской Федерации</w:t>
      </w:r>
    </w:p>
    <w:p>
      <w:r>
        <w:rPr>
          <w:b/>
        </w:rPr>
        <w:t xml:space="preserve">1. </w:t>
      </w:r>
      <w:r>
        <w:t>бюджетных ассигнований в объеме 3 858 361,9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федеральными государственными органами, федеральными государственными учреждениями, организациями, участвующими в мобилизационной подготовке экономики, в связи с отменой налоговых льгот по уплате налога на имущество организаций и земельного налога и в связи с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 и кадастровой стоимости земельных участков, в порядке, установленном Правительством Российской Федерации; (В редакции Федерального закона от 22.11.2016 № 397-ФЗ) 3) бюджетных ассигнований в объеме 13 522 478,6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редакции Федерального закона от 22.11.2016 № 397-ФЗ) 4) бюджетных ассигнований в объеме 93 238 595,3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направленных на совершенствование системы материальной мотивации государственных гражданских служащих</w:t>
      </w:r>
    </w:p>
    <w:p>
      <w:r>
        <w:rPr>
          <w:b/>
        </w:rPr>
        <w:t xml:space="preserve">1. </w:t>
      </w:r>
      <w:r>
        <w:t>бюджетных ассигнований в объеме 450 000,0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 (В редакции Федерального закона от 22.11.2016 № 397-ФЗ) 6) бюджетных ассигнований в объеме 134 882 459,4 тыс. рублей и в объеме согласно приложениям 8 (секретно), 11 (секретно) и 13 (секретно) к настоящему Федеральному закону, предусмотренных по подразделу "Другие вопросы в области национальной обороны" раздела "Национальная оборона", подразделам "Органы безопасности", "Защита населения и территории от чрезвычайных ситуаций природного и техногенного характера, гражданская оборона"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подразделам "Исследование и использование космического пространства" и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 (В редакции Федерального закона от 22.11.2016 № 397-ФЗ) 7)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выполнением работ по договорам, заключенным с открытым акционерным обществом "Российские железные дороги", проведением паспортизации объектов Министерства обороны Российской Федерации, регистрацией прав собственности и оформлением правоустанавливающих документов, подготовкой и проведением III зимних Всемирных военных игр 2017 года в городе Сочи, в объеме до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(включая договоры, заключенные с открытым акционерным обществом "Российские железные дороги"),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 (В редакции Федерального закона от 22.11.2016 № 397-ФЗ) 8) бюджетных ассигнований в объеме 300 000,0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начислений на выплаты по оплате труда работников федеральных государственных органов, перечисляемых в установленном порядке в бюджеты государственных внебюджетных фондов, в порядке, установленном Министерством финансов Российской Федерации; (В редакции Федерального закона от 22.11.2016 № 397-ФЗ) 9) бюджетных ассигнований в объеме до 79 361 774,4 тыс. рублей, предусмотренных по подразделу "Общеэкономические вопросы" раздела "Национальная экономика" классификации расходов бюджетов, на реализацию дополнительных мер по поддержке отраслей экономики, проектов, направленных на повышение конкурентоспособности отечественной продукции на мировом рынке и импортозамещение, развития инновационных проектов, по поддержке малого и среднего предпринимательства, несырьевого экспорта, производства высокотехнологичной продукции, ипотечного жилищного кредитования, дополнительных мер по социальной поддержке граждан, снижению напряженности на рынке труда и поддержке эффективной занятости, на обеспечение расходных обязательств на реализацию отдельных полномочий в области лекарственного обеспечения, по закупке лекарственных препаратов, диагностических средств и антивирусных препаратов, а также по поддержке бюджетов субъектов Российской Федерации, оказанию гуманитарной помощи населению иностранных государств и финансовой помощи иностранным государствам, по решениям Правительства Российской Федерации; (В редакции Федерального закона от 22.11.2016 № 397-ФЗ) 10) бюджетных ассигнований в объеме до 175 000 000,0 тыс. рублей, предусмотренных по подразделу "Общеэкономические вопросы" раздела "Национальная экономика" классификации расходов бюджетов, по решениям Президента Российской Федерации, а также в установленных поручениями Президента Российской Федерации случаях, определяемых решениями Правительства Российской Федерации; (В редакции Федерального закона от 22.11.2016 № 397-ФЗ) 11) бюджетных ассигнований в объеме 1 475 926,6 тыс. рублей, предусмотренных по подразделу "Сельское хозяйство и рыболовство" раздела "Национальная экономика" классификации расходов бюджетов, на компенсацию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на территориях субъектов Российской Федерации, по решениям Правительства Российской Федерации; (В редакции Федерального закона от 22.11.2016 № 397-ФЗ) 12) бюджетных ассигнований в объеме 6 120 000,0 тыс. рублей, предусмотренных по подразделу "Транспорт" раздела "Национальная экономика" классификации расходов бюджетов, на обеспечение деятельности организации железнодорожного транспорта общего пользования на территории Крымского федерального округа по решениям Правительства Российской Федерации; (В редакции Федерального закона от 22.11.2016 № 397-ФЗ) 13) бюджетных ассигнований в объеме до 450 000,0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федерального,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 (В редакции Федерального закона от 22.11.2016 № 397-ФЗ) 14) бюджетных ассигнований в объеме 2 648 322,8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и бюджетных ассигнований в объеме 163 306,7 тыс. рублей, предусмотренных по подразделу "Другие вопросы в области жилищно-коммунального хозяйства" раздела "Жилищно-коммунальное хозяйство" классификации расходов бюджетов, на исполнение государственных гарантий Российской Федерации при наступлении гарантийных случаев; (В редакции Федерального закона от 22.11.2016 № 397-ФЗ) 15) бюджетных ассигнований в объеме до 9 000 000,0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ключевых проектов дорожных карт Национальной технологической инициативы по решениям Правительства Российской Федерации; (В редакции Федерального закона от 22.11.2016 № 397-ФЗ) 16) бюджетных ассигнований в объеме до 2 079 697,3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компенсацию затрат в связи с ростом цены закупки природного газа у участников консорциума "Сахалин-1" для потребителей Хабаровского края по решению Правительства Российской Федерации; (В редакции Федерального закона от 22.11.2016 № 397-ФЗ) 17) бюджетных ассигнований в объеме до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взнос в уставный капитал публичного акционерного общества "Федеральная гидрогенерирующая компания - РусГидро", г. Красноярск, на реализацию мероприятий по обеспечению энергоснабжения потребителей Чаун-Билибинского энергоузла Чукотского автономного округа по решению Правительства Российской Федерации</w:t>
      </w:r>
    </w:p>
    <w:p>
      <w:r>
        <w:rPr>
          <w:b/>
        </w:rPr>
        <w:t xml:space="preserve">1. </w:t>
      </w:r>
      <w:r>
        <w:t>бюджетных ассигнований в объеме 3 149 027,4 тыс. рублей, предусмотренных по подразделу "Охрана семьи и детства" раздела "Социальная политика" классификации расходов бюджетов, на предоставление субсидий в целях софинансирования расходных обязательств субъектов Российской Федерации, возникающих при назначении ежемесячной денежной выплаты нуждающимся в поддержке семьям в связи с рождением третьего ребенка или последующих детей до достижения ребенком возраста трех лет; (В редакции Федерального закона от 22.11.2016 № 397-ФЗ) 19) бюджетных ассигнований в объеме до 5 482 303,7 тыс. рублей, предусмотренных по подразделу "Прочие межбюджетные трансферты общего характера" раздела "Межбюджетные трансферты общего характера бюджетам бюджетной системы Российской Федерации" классификации расходов бюджетов, на реализацию мероприятий государственной программы Российской Федерации "Развитие Северо-Кавказского федерального округа" на период до 2025 года по решениям Правительства Российской Федерации; (В редакции Федерального закона от 22.11.2016 № 397-ФЗ) 20) бюджетных ассигнований в объеме 25 000 000,0 тыс. рублей на финансовое обеспечение реализации программы содействия созданию в субъектах Российской Федерации (исходя из прогнозируемой потребности) новых мест в общеобразовательных организациях для решения приоритетных задач по ликвидации третьей смены обучения, переводу обучающихся из зданий с высоким уровнем износа и ликвидации проблемы отсутствия санитарно-гигиенических помещений в школьных зданиях по решениям Правительства Российской Федерации. (В редакции Федерального закона от 22.11.2016 № 397-ФЗ)</w:t>
      </w:r>
    </w:p>
    <w:p>
      <w:r>
        <w:rPr>
          <w:b/>
        </w:rPr>
        <w:t xml:space="preserve">11. </w:t>
      </w:r>
      <w:r>
        <w:t>частью 6 статьи 25 Федерального закона от 24 ноября 2008 года № 204-ФЗ "О федеральном бюджете на 2009 год и на плановый период 2010 и 2011 годов" на завершение строительства берегового водосброса Саяно-Шушенской ГЭС, в целях реализации проекта "Расширение ПС 220 кВ Майя и строительство заходов ЛЭП Мегино-Кангаласского района Республики Саха (Якутия) для присоединения к электрическим сетям ПАО "ФСК ЕЭС" электроустановок ПАО "Якутскэнерго", Республика Саха (Якутия)" в размере 241 898,00 тыс. рублей и инвестиционного проекта "Строительство Усть-Среднеканской ГЭС на реке Колыма (Магаданская область)" в размере 235 036,68 тыс. рублей путем внесения взноса в уставный капитал акционерного общества "Усть-Среднеканская ГЭС"</w:t>
      </w:r>
    </w:p>
    <w:p>
      <w:r>
        <w:rPr>
          <w:b/>
        </w:rPr>
        <w:t xml:space="preserve">11. </w:t>
      </w:r>
      <w:r>
        <w:t>пунктом 2 части 1 статьи 12 Федерального закона от 24 ноября 2008 года № 204-ФЗ "О федеральном бюджете на 2009 год и на плановый период 2010 и 2011 годов" на реализацию комплексного инвестиционного проекта "Разработка проектной документации для реализации инвестиционного проекта "Комплексное развитие Южной Якутии", в целях реализации инвестиционного проекта "Строительство Усть-Среднеканской ГЭС на реке Колыма (Магаданская область)" в размере 422 369,48 тыс. рублей путем внесения взноса в уставный капитал акционерного общества "Усть-Среднеканская ГЭС". (Часть в редакции Федерального закона от 22.11.2016 № 397-ФЗ)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